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id w:val="863719798"/>
        <w:docPartObj>
          <w:docPartGallery w:val="Cover Pages"/>
          <w:docPartUnique/>
        </w:docPartObj>
      </w:sdtPr>
      <w:sdtEndPr>
        <w:rPr>
          <w:rFonts w:ascii="Cambria" w:hAnsi="Cambria"/>
        </w:rPr>
      </w:sdtEndPr>
      <w:sdtContent>
        <w:p w14:paraId="3E73DBE1" w14:textId="1F3AD465" w:rsidR="00E142E9" w:rsidRDefault="00E142E9">
          <w:r>
            <w:rPr>
              <w:noProof/>
            </w:rPr>
            <mc:AlternateContent>
              <mc:Choice Requires="wpg">
                <w:drawing>
                  <wp:anchor distT="0" distB="0" distL="114300" distR="114300" simplePos="0" relativeHeight="251669504" behindDoc="0" locked="0" layoutInCell="1" allowOverlap="1" wp14:anchorId="7DC72B24" wp14:editId="2EF2F571">
                    <wp:simplePos x="0" y="0"/>
                    <wp:positionH relativeFrom="page">
                      <wp:align>center</wp:align>
                    </wp:positionH>
                    <mc:AlternateContent>
                      <mc:Choice Requires="wp14">
                        <wp:positionV relativeFrom="page">
                          <wp14:pctPosVOffset>2300</wp14:pctPosVOffset>
                        </wp:positionV>
                      </mc:Choice>
                      <mc:Fallback>
                        <wp:positionV relativeFrom="page">
                          <wp:posOffset>231140</wp:posOffset>
                        </wp:positionV>
                      </mc:Fallback>
                    </mc:AlternateContent>
                    <wp:extent cx="7315200" cy="1215391"/>
                    <wp:effectExtent l="0" t="0" r="1270" b="1905"/>
                    <wp:wrapNone/>
                    <wp:docPr id="149" name="Gruppe 149"/>
                    <wp:cNvGraphicFramePr/>
                    <a:graphic xmlns:a="http://schemas.openxmlformats.org/drawingml/2006/main">
                      <a:graphicData uri="http://schemas.microsoft.com/office/word/2010/wordprocessingGroup">
                        <wpg:wgp>
                          <wpg:cNvGrpSpPr/>
                          <wpg:grpSpPr>
                            <a:xfrm>
                              <a:off x="0" y="0"/>
                              <a:ext cx="7315200" cy="1215391"/>
                              <a:chOff x="0" y="-1"/>
                              <a:chExt cx="7315200" cy="1216153"/>
                            </a:xfrm>
                          </wpg:grpSpPr>
                          <wps:wsp>
                            <wps:cNvPr id="150" name="Rechteck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7312660" h="1129665">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1" name="Rechteck 151"/>
                            <wps:cNvSpPr/>
                            <wps:spPr>
                              <a:xfrm>
                                <a:off x="0" y="0"/>
                                <a:ext cx="7315200" cy="1216152"/>
                              </a:xfrm>
                              <a:prstGeom prst="rect">
                                <a:avLst/>
                              </a:prstGeom>
                              <a:blipFill>
                                <a:blip r:embed="rId9"/>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94100</wp14:pctWidth>
                    </wp14:sizeRelH>
                    <wp14:sizeRelV relativeFrom="page">
                      <wp14:pctHeight>12100</wp14:pctHeight>
                    </wp14:sizeRelV>
                  </wp:anchor>
                </w:drawing>
              </mc:Choice>
              <mc:Fallback>
                <w:pict>
                  <v:group w14:anchorId="50A4EA84" id="Gruppe 149" o:spid="_x0000_s1026" style="position:absolute;margin-left:0;margin-top:0;width:8in;height:95.7pt;z-index:251669504;mso-width-percent:941;mso-height-percent:121;mso-top-percent:23;mso-position-horizontal:center;mso-position-horizontal-relative:page;mso-position-vertical-relative:page;mso-width-percent:941;mso-height-percent:121;mso-top-percent:23" coordorigin="" coordsize="73152,1216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">
                    <v:shape id="Rechteck 51" o:spid="_x0000_s1027" style="position:absolute;width:73152;height:11303;visibility:visible;mso-wrap-style:square;v-text-anchor:middle" coordsize="7312660,1129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" path="m,l7312660,r,1129665l3619500,733425,,1091565,,xe" fillcolor="#4f81bd [3204]" stroked="f" strokeweight="2pt">
                      <v:path arrowok="t" o:connecttype="custom" o:connectlocs="0,0;7315200,0;7315200,1130373;3620757,733885;0,1092249;0,0" o:connectangles="0,0,0,0,0,0"/>
                    </v:shape>
                    <v:rect id="Rechteck 151" o:spid="_x0000_s1028" style="position:absolute;width:73152;height:1216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" stroked="f" strokeweight="2pt">
                      <v:fill r:id="rId10" o:title="" recolor="t" rotate="t" type="frame"/>
                    </v:rect>
                    <w10:wrap anchorx="page" anchory="page"/>
                  </v:group>
                </w:pict>
              </mc:Fallback>
            </mc:AlternateContent>
          </w:r>
          <w:r>
            <w:rPr>
              <w:noProof/>
            </w:rPr>
            <mc:AlternateContent>
              <mc:Choice Requires="wps">
                <w:drawing>
                  <wp:anchor distT="0" distB="0" distL="114300" distR="114300" simplePos="0" relativeHeight="251667456" behindDoc="0" locked="0" layoutInCell="1" allowOverlap="1" wp14:anchorId="096EB7BD" wp14:editId="778B8AF3">
                    <wp:simplePos x="0" y="0"/>
                    <wp:positionH relativeFrom="page">
                      <wp:align>center</wp:align>
                    </wp:positionH>
                    <mc:AlternateContent>
                      <mc:Choice Requires="wp14">
                        <wp:positionV relativeFrom="page">
                          <wp14:pctPosVOffset>81800</wp14:pctPosVOffset>
                        </wp:positionV>
                      </mc:Choice>
                      <mc:Fallback>
                        <wp:positionV relativeFrom="page">
                          <wp:posOffset>8227695</wp:posOffset>
                        </wp:positionV>
                      </mc:Fallback>
                    </mc:AlternateContent>
                    <wp:extent cx="7315200" cy="914400"/>
                    <wp:effectExtent l="0" t="0" r="0" b="8255"/>
                    <wp:wrapSquare wrapText="bothSides"/>
                    <wp:docPr id="152" name="Textfeld 152"/>
                    <wp:cNvGraphicFramePr/>
                    <a:graphic xmlns:a="http://schemas.openxmlformats.org/drawingml/2006/main">
                      <a:graphicData uri="http://schemas.microsoft.com/office/word/2010/wordprocessingShape">
                        <wps:wsp>
                          <wps:cNvSpPr txBox="1"/>
                          <wps:spPr>
                            <a:xfrm>
                              <a:off x="0" y="0"/>
                              <a:ext cx="7315200" cy="9144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595959" w:themeColor="text1" w:themeTint="A6"/>
                                    <w:sz w:val="28"/>
                                    <w:szCs w:val="28"/>
                                  </w:rPr>
                                  <w:alias w:val="Autor"/>
                                  <w:tag w:val=""/>
                                  <w:id w:val="789243997"/>
                                  <w:dataBinding w:prefixMappings="xmlns:ns0='http://purl.org/dc/elements/1.1/' xmlns:ns1='http://schemas.openxmlformats.org/package/2006/metadata/core-properties' " w:xpath="/ns1:coreProperties[1]/ns0:creator[1]" w:storeItemID="{6C3C8BC8-F283-45AE-878A-BAB7291924A1}"/>
                                  <w:text/>
                                </w:sdtPr>
                                <w:sdtContent>
                                  <w:p w14:paraId="50679B94" w14:textId="1BBFFDD9" w:rsidR="00E142E9" w:rsidRDefault="00E142E9">
                                    <w:pPr>
                                      <w:pStyle w:val="KeinLeerraum"/>
                                      <w:jc w:val="right"/>
                                      <w:rPr>
                                        <w:color w:val="595959" w:themeColor="text1" w:themeTint="A6"/>
                                        <w:sz w:val="28"/>
                                        <w:szCs w:val="28"/>
                                      </w:rPr>
                                    </w:pPr>
                                    <w:proofErr w:type="spellStart"/>
                                    <w:r>
                                      <w:rPr>
                                        <w:color w:val="595959" w:themeColor="text1" w:themeTint="A6"/>
                                        <w:sz w:val="28"/>
                                        <w:szCs w:val="28"/>
                                      </w:rPr>
                                      <w:t>Onur</w:t>
                                    </w:r>
                                    <w:proofErr w:type="spellEnd"/>
                                    <w:r>
                                      <w:rPr>
                                        <w:color w:val="595959" w:themeColor="text1" w:themeTint="A6"/>
                                        <w:sz w:val="28"/>
                                        <w:szCs w:val="28"/>
                                      </w:rPr>
                                      <w:t xml:space="preserve"> </w:t>
                                    </w:r>
                                    <w:proofErr w:type="spellStart"/>
                                    <w:r>
                                      <w:rPr>
                                        <w:color w:val="595959" w:themeColor="text1" w:themeTint="A6"/>
                                        <w:sz w:val="28"/>
                                        <w:szCs w:val="28"/>
                                      </w:rPr>
                                      <w:t>Caglayan</w:t>
                                    </w:r>
                                    <w:proofErr w:type="spellEnd"/>
                                  </w:p>
                                </w:sdtContent>
                              </w:sdt>
                              <w:p w14:paraId="31C866CA" w14:textId="5856FDAD" w:rsidR="00E142E9" w:rsidRDefault="00E142E9">
                                <w:pPr>
                                  <w:pStyle w:val="KeinLeerraum"/>
                                  <w:jc w:val="right"/>
                                  <w:rPr>
                                    <w:color w:val="595959" w:themeColor="text1" w:themeTint="A6"/>
                                    <w:sz w:val="18"/>
                                    <w:szCs w:val="18"/>
                                  </w:rPr>
                                </w:pPr>
                                <w:sdt>
                                  <w:sdtPr>
                                    <w:rPr>
                                      <w:color w:val="595959" w:themeColor="text1" w:themeTint="A6"/>
                                      <w:sz w:val="18"/>
                                      <w:szCs w:val="18"/>
                                    </w:rPr>
                                    <w:alias w:val="E-Mail"/>
                                    <w:tag w:val="E-Mail"/>
                                    <w:id w:val="942260680"/>
                                    <w:dataBinding w:prefixMappings="xmlns:ns0='http://schemas.microsoft.com/office/2006/coverPageProps' " w:xpath="/ns0:CoverPageProperties[1]/ns0:CompanyEmail[1]" w:storeItemID="{55AF091B-3C7A-41E3-B477-F2FDAA23CFDA}"/>
                                    <w:text/>
                                  </w:sdtPr>
                                  <w:sdtContent>
                                    <w:r>
                                      <w:rPr>
                                        <w:color w:val="595959" w:themeColor="text1" w:themeTint="A6"/>
                                        <w:sz w:val="18"/>
                                        <w:szCs w:val="18"/>
                                      </w:rPr>
                                      <w:t>Onur.caglayan@outlook.de</w:t>
                                    </w:r>
                                  </w:sdtContent>
                                </w:sdt>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9200</wp14:pctHeight>
                    </wp14:sizeRelV>
                  </wp:anchor>
                </w:drawing>
              </mc:Choice>
              <mc:Fallback>
                <w:pict>
                  <v:shapetype w14:anchorId="096EB7BD" id="_x0000_t202" coordsize="21600,21600" o:spt="202" path="m,l,21600r21600,l21600,xe">
                    <v:stroke joinstyle="miter"/>
                    <v:path gradientshapeok="t" o:connecttype="rect"/>
                  </v:shapetype>
                  <v:shape id="Textfeld 152" o:spid="_x0000_s1026" type="#_x0000_t202" style="position:absolute;margin-left:0;margin-top:0;width:8in;height:1in;z-index:251667456;visibility:visible;mso-wrap-style:square;mso-width-percent:941;mso-height-percent:92;mso-top-percent:818;mso-wrap-distance-left:9pt;mso-wrap-distance-top:0;mso-wrap-distance-right:9pt;mso-wrap-distance-bottom:0;mso-position-horizontal:center;mso-position-horizontal-relative:page;mso-position-vertical-relative:page;mso-width-percent:941;mso-height-percent:92;mso-top-percent:818;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" filled="f" stroked="f" strokeweight=".5pt">
                    <v:textbox inset="126pt,0,54pt,0">
                      <w:txbxContent>
                        <w:sdt>
                          <w:sdtPr>
                            <w:rPr>
                              <w:color w:val="595959" w:themeColor="text1" w:themeTint="A6"/>
                              <w:sz w:val="28"/>
                              <w:szCs w:val="28"/>
                            </w:rPr>
                            <w:alias w:val="Autor"/>
                            <w:tag w:val=""/>
                            <w:id w:val="789243997"/>
                            <w:dataBinding w:prefixMappings="xmlns:ns0='http://purl.org/dc/elements/1.1/' xmlns:ns1='http://schemas.openxmlformats.org/package/2006/metadata/core-properties' " w:xpath="/ns1:coreProperties[1]/ns0:creator[1]" w:storeItemID="{6C3C8BC8-F283-45AE-878A-BAB7291924A1}"/>
                            <w:text/>
                          </w:sdtPr>
                          <w:sdtContent>
                            <w:p w14:paraId="50679B94" w14:textId="1BBFFDD9" w:rsidR="00E142E9" w:rsidRDefault="00E142E9">
                              <w:pPr>
                                <w:pStyle w:val="KeinLeerraum"/>
                                <w:jc w:val="right"/>
                                <w:rPr>
                                  <w:color w:val="595959" w:themeColor="text1" w:themeTint="A6"/>
                                  <w:sz w:val="28"/>
                                  <w:szCs w:val="28"/>
                                </w:rPr>
                              </w:pPr>
                              <w:proofErr w:type="spellStart"/>
                              <w:r>
                                <w:rPr>
                                  <w:color w:val="595959" w:themeColor="text1" w:themeTint="A6"/>
                                  <w:sz w:val="28"/>
                                  <w:szCs w:val="28"/>
                                </w:rPr>
                                <w:t>Onur</w:t>
                              </w:r>
                              <w:proofErr w:type="spellEnd"/>
                              <w:r>
                                <w:rPr>
                                  <w:color w:val="595959" w:themeColor="text1" w:themeTint="A6"/>
                                  <w:sz w:val="28"/>
                                  <w:szCs w:val="28"/>
                                </w:rPr>
                                <w:t xml:space="preserve"> </w:t>
                              </w:r>
                              <w:proofErr w:type="spellStart"/>
                              <w:r>
                                <w:rPr>
                                  <w:color w:val="595959" w:themeColor="text1" w:themeTint="A6"/>
                                  <w:sz w:val="28"/>
                                  <w:szCs w:val="28"/>
                                </w:rPr>
                                <w:t>Caglayan</w:t>
                              </w:r>
                              <w:proofErr w:type="spellEnd"/>
                            </w:p>
                          </w:sdtContent>
                        </w:sdt>
                        <w:p w14:paraId="31C866CA" w14:textId="5856FDAD" w:rsidR="00E142E9" w:rsidRDefault="00E142E9">
                          <w:pPr>
                            <w:pStyle w:val="KeinLeerraum"/>
                            <w:jc w:val="right"/>
                            <w:rPr>
                              <w:color w:val="595959" w:themeColor="text1" w:themeTint="A6"/>
                              <w:sz w:val="18"/>
                              <w:szCs w:val="18"/>
                            </w:rPr>
                          </w:pPr>
                          <w:sdt>
                            <w:sdtPr>
                              <w:rPr>
                                <w:color w:val="595959" w:themeColor="text1" w:themeTint="A6"/>
                                <w:sz w:val="18"/>
                                <w:szCs w:val="18"/>
                              </w:rPr>
                              <w:alias w:val="E-Mail"/>
                              <w:tag w:val="E-Mail"/>
                              <w:id w:val="942260680"/>
                              <w:dataBinding w:prefixMappings="xmlns:ns0='http://schemas.microsoft.com/office/2006/coverPageProps' " w:xpath="/ns0:CoverPageProperties[1]/ns0:CompanyEmail[1]" w:storeItemID="{55AF091B-3C7A-41E3-B477-F2FDAA23CFDA}"/>
                              <w:text/>
                            </w:sdtPr>
                            <w:sdtContent>
                              <w:r>
                                <w:rPr>
                                  <w:color w:val="595959" w:themeColor="text1" w:themeTint="A6"/>
                                  <w:sz w:val="18"/>
                                  <w:szCs w:val="18"/>
                                </w:rPr>
                                <w:t>Onur.caglayan@outlook.de</w:t>
                              </w:r>
                            </w:sdtContent>
                          </w:sdt>
                        </w:p>
                      </w:txbxContent>
                    </v:textbox>
                    <w10:wrap type="square" anchorx="page" anchory="page"/>
                  </v:shape>
                </w:pict>
              </mc:Fallback>
            </mc:AlternateContent>
          </w:r>
        </w:p>
        <w:p w14:paraId="784D8155" w14:textId="7B929CD0" w:rsidR="00E142E9" w:rsidRDefault="001D277B">
          <w:pPr>
            <w:rPr>
              <w:rFonts w:ascii="Cambria" w:hAnsi="Cambria"/>
            </w:rPr>
          </w:pPr>
          <w:r>
            <w:rPr>
              <w:noProof/>
            </w:rPr>
            <w:drawing>
              <wp:anchor distT="0" distB="0" distL="114300" distR="114300" simplePos="0" relativeHeight="251670528" behindDoc="0" locked="0" layoutInCell="1" allowOverlap="1" wp14:anchorId="4296C196" wp14:editId="0C09888D">
                <wp:simplePos x="0" y="0"/>
                <wp:positionH relativeFrom="margin">
                  <wp:align>center</wp:align>
                </wp:positionH>
                <wp:positionV relativeFrom="paragraph">
                  <wp:posOffset>1341755</wp:posOffset>
                </wp:positionV>
                <wp:extent cx="6444143" cy="3571875"/>
                <wp:effectExtent l="0" t="0" r="0" b="0"/>
                <wp:wrapNone/>
                <wp:docPr id="5" name="Grafik 5" descr="Partitionen mit PowerShell formatieren [Ausführliche Anleitung]- Ease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artitionen mit PowerShell formatieren [Ausführliche Anleitung]- EaseUS"/>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444143" cy="357187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66432" behindDoc="0" locked="0" layoutInCell="1" allowOverlap="1" wp14:anchorId="6CB303B7" wp14:editId="088A5978">
                    <wp:simplePos x="0" y="0"/>
                    <wp:positionH relativeFrom="margin">
                      <wp:align>center</wp:align>
                    </wp:positionH>
                    <wp:positionV relativeFrom="margin">
                      <wp:posOffset>6181090</wp:posOffset>
                    </wp:positionV>
                    <wp:extent cx="7315200" cy="1349375"/>
                    <wp:effectExtent l="0" t="0" r="0" b="3175"/>
                    <wp:wrapSquare wrapText="bothSides"/>
                    <wp:docPr id="154" name="Textfeld 154"/>
                    <wp:cNvGraphicFramePr/>
                    <a:graphic xmlns:a="http://schemas.openxmlformats.org/drawingml/2006/main">
                      <a:graphicData uri="http://schemas.microsoft.com/office/word/2010/wordprocessingShape">
                        <wps:wsp>
                          <wps:cNvSpPr txBox="1"/>
                          <wps:spPr>
                            <a:xfrm>
                              <a:off x="0" y="0"/>
                              <a:ext cx="7315200" cy="13493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053F7D1" w14:textId="3D1C3F92" w:rsidR="00E142E9" w:rsidRDefault="00E142E9">
                                <w:pPr>
                                  <w:jc w:val="right"/>
                                  <w:rPr>
                                    <w:color w:val="4F81BD" w:themeColor="accent1"/>
                                    <w:sz w:val="64"/>
                                    <w:szCs w:val="64"/>
                                  </w:rPr>
                                </w:pPr>
                                <w:sdt>
                                  <w:sdtPr>
                                    <w:rPr>
                                      <w:caps/>
                                      <w:color w:val="4F81BD" w:themeColor="accent1"/>
                                      <w:sz w:val="64"/>
                                      <w:szCs w:val="64"/>
                                    </w:rPr>
                                    <w:alias w:val="Titel"/>
                                    <w:tag w:val=""/>
                                    <w:id w:val="630141079"/>
                                    <w:showingPlcHdr/>
                                    <w:dataBinding w:prefixMappings="xmlns:ns0='http://purl.org/dc/elements/1.1/' xmlns:ns1='http://schemas.openxmlformats.org/package/2006/metadata/core-properties' " w:xpath="/ns1:coreProperties[1]/ns0:title[1]" w:storeItemID="{6C3C8BC8-F283-45AE-878A-BAB7291924A1}"/>
                                    <w:text w:multiLine="1"/>
                                  </w:sdtPr>
                                  <w:sdtEndPr>
                                    <w:rPr>
                                      <w:caps w:val="0"/>
                                    </w:rPr>
                                  </w:sdtEndPr>
                                  <w:sdtContent>
                                    <w:r w:rsidR="001D277B">
                                      <w:rPr>
                                        <w:caps/>
                                        <w:color w:val="4F81BD" w:themeColor="accent1"/>
                                        <w:sz w:val="64"/>
                                        <w:szCs w:val="64"/>
                                      </w:rPr>
                                      <w:t xml:space="preserve">     </w:t>
                                    </w:r>
                                  </w:sdtContent>
                                </w:sdt>
                              </w:p>
                              <w:p w14:paraId="5056D42F" w14:textId="2C9DC044" w:rsidR="00E142E9" w:rsidRDefault="00E142E9">
                                <w:pPr>
                                  <w:jc w:val="right"/>
                                  <w:rPr>
                                    <w:smallCaps/>
                                    <w:color w:val="404040" w:themeColor="text1" w:themeTint="BF"/>
                                    <w:sz w:val="36"/>
                                    <w:szCs w:val="36"/>
                                  </w:rPr>
                                </w:pPr>
                                <w:sdt>
                                  <w:sdtPr>
                                    <w:rPr>
                                      <w:color w:val="404040" w:themeColor="text1" w:themeTint="BF"/>
                                      <w:sz w:val="36"/>
                                      <w:szCs w:val="36"/>
                                    </w:rPr>
                                    <w:alias w:val="Untertitel"/>
                                    <w:tag w:val=""/>
                                    <w:id w:val="1759551507"/>
                                    <w:dataBinding w:prefixMappings="xmlns:ns0='http://purl.org/dc/elements/1.1/' xmlns:ns1='http://schemas.openxmlformats.org/package/2006/metadata/core-properties' " w:xpath="/ns1:coreProperties[1]/ns0:subject[1]" w:storeItemID="{6C3C8BC8-F283-45AE-878A-BAB7291924A1}"/>
                                    <w:text/>
                                  </w:sdtPr>
                                  <w:sdtContent>
                                    <w:r>
                                      <w:rPr>
                                        <w:color w:val="404040" w:themeColor="text1" w:themeTint="BF"/>
                                        <w:sz w:val="36"/>
                                        <w:szCs w:val="36"/>
                                      </w:rPr>
                                      <w:t xml:space="preserve">Eine </w:t>
                                    </w:r>
                                    <w:proofErr w:type="spellStart"/>
                                    <w:r>
                                      <w:rPr>
                                        <w:color w:val="404040" w:themeColor="text1" w:themeTint="BF"/>
                                        <w:sz w:val="36"/>
                                        <w:szCs w:val="36"/>
                                      </w:rPr>
                                      <w:t>Einführung</w:t>
                                    </w:r>
                                    <w:proofErr w:type="spellEnd"/>
                                  </w:sdtContent>
                                </w:sdt>
                                <w:r w:rsidR="001D277B">
                                  <w:rPr>
                                    <w:color w:val="404040" w:themeColor="text1" w:themeTint="BF"/>
                                    <w:sz w:val="36"/>
                                    <w:szCs w:val="36"/>
                                  </w:rPr>
                                  <w:t xml:space="preserve"> in das </w:t>
                                </w:r>
                                <w:proofErr w:type="spellStart"/>
                                <w:r w:rsidR="001D277B">
                                  <w:rPr>
                                    <w:color w:val="404040" w:themeColor="text1" w:themeTint="BF"/>
                                    <w:sz w:val="36"/>
                                    <w:szCs w:val="36"/>
                                  </w:rPr>
                                  <w:t>Programmieren</w:t>
                                </w:r>
                                <w:proofErr w:type="spellEnd"/>
                                <w:r w:rsidR="001D277B">
                                  <w:rPr>
                                    <w:color w:val="404040" w:themeColor="text1" w:themeTint="BF"/>
                                    <w:sz w:val="36"/>
                                    <w:szCs w:val="36"/>
                                  </w:rPr>
                                  <w:t xml:space="preserve"> </w:t>
                                </w:r>
                                <w:proofErr w:type="spellStart"/>
                                <w:r w:rsidR="001D277B">
                                  <w:rPr>
                                    <w:color w:val="404040" w:themeColor="text1" w:themeTint="BF"/>
                                    <w:sz w:val="36"/>
                                    <w:szCs w:val="36"/>
                                  </w:rPr>
                                  <w:t>mit</w:t>
                                </w:r>
                                <w:proofErr w:type="spellEnd"/>
                                <w:r w:rsidR="001D277B">
                                  <w:rPr>
                                    <w:color w:val="404040" w:themeColor="text1" w:themeTint="BF"/>
                                    <w:sz w:val="36"/>
                                    <w:szCs w:val="36"/>
                                  </w:rPr>
                                  <w:t xml:space="preserve"> PowerShell. Bill Gates </w:t>
                                </w:r>
                                <w:proofErr w:type="spellStart"/>
                                <w:r w:rsidR="001D277B">
                                  <w:rPr>
                                    <w:color w:val="404040" w:themeColor="text1" w:themeTint="BF"/>
                                    <w:sz w:val="36"/>
                                    <w:szCs w:val="36"/>
                                  </w:rPr>
                                  <w:t>währe</w:t>
                                </w:r>
                                <w:proofErr w:type="spellEnd"/>
                                <w:r w:rsidR="001D277B">
                                  <w:rPr>
                                    <w:color w:val="404040" w:themeColor="text1" w:themeTint="BF"/>
                                    <w:sz w:val="36"/>
                                    <w:szCs w:val="36"/>
                                  </w:rPr>
                                  <w:t xml:space="preserve"> </w:t>
                                </w:r>
                                <w:proofErr w:type="spellStart"/>
                                <w:r w:rsidR="001D277B">
                                  <w:rPr>
                                    <w:color w:val="404040" w:themeColor="text1" w:themeTint="BF"/>
                                    <w:sz w:val="36"/>
                                    <w:szCs w:val="36"/>
                                  </w:rPr>
                                  <w:t>stolz</w:t>
                                </w:r>
                                <w:proofErr w:type="spellEnd"/>
                                <w:r w:rsidR="001D277B">
                                  <w:rPr>
                                    <w:color w:val="404040" w:themeColor="text1" w:themeTint="BF"/>
                                    <w:sz w:val="36"/>
                                    <w:szCs w:val="36"/>
                                  </w:rPr>
                                  <w:t xml:space="preserve"> auf dich.</w:t>
                                </w:r>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0</wp14:pctHeight>
                    </wp14:sizeRelV>
                  </wp:anchor>
                </w:drawing>
              </mc:Choice>
              <mc:Fallback>
                <w:pict>
                  <v:shape w14:anchorId="6CB303B7" id="Textfeld 154" o:spid="_x0000_s1027" type="#_x0000_t202" style="position:absolute;margin-left:0;margin-top:486.7pt;width:8in;height:106.25pt;z-index:251666432;visibility:visible;mso-wrap-style:square;mso-width-percent:941;mso-height-percent:0;mso-wrap-distance-left:9pt;mso-wrap-distance-top:0;mso-wrap-distance-right:9pt;mso-wrap-distance-bottom:0;mso-position-horizontal:center;mso-position-horizontal-relative:margin;mso-position-vertical:absolute;mso-position-vertical-relative:margin;mso-width-percent:941;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" filled="f" stroked="f" strokeweight=".5pt">
                    <v:textbox inset="126pt,0,54pt,0">
                      <w:txbxContent>
                        <w:p w14:paraId="2053F7D1" w14:textId="3D1C3F92" w:rsidR="00E142E9" w:rsidRDefault="00E142E9">
                          <w:pPr>
                            <w:jc w:val="right"/>
                            <w:rPr>
                              <w:color w:val="4F81BD" w:themeColor="accent1"/>
                              <w:sz w:val="64"/>
                              <w:szCs w:val="64"/>
                            </w:rPr>
                          </w:pPr>
                          <w:sdt>
                            <w:sdtPr>
                              <w:rPr>
                                <w:caps/>
                                <w:color w:val="4F81BD" w:themeColor="accent1"/>
                                <w:sz w:val="64"/>
                                <w:szCs w:val="64"/>
                              </w:rPr>
                              <w:alias w:val="Titel"/>
                              <w:tag w:val=""/>
                              <w:id w:val="630141079"/>
                              <w:showingPlcHdr/>
                              <w:dataBinding w:prefixMappings="xmlns:ns0='http://purl.org/dc/elements/1.1/' xmlns:ns1='http://schemas.openxmlformats.org/package/2006/metadata/core-properties' " w:xpath="/ns1:coreProperties[1]/ns0:title[1]" w:storeItemID="{6C3C8BC8-F283-45AE-878A-BAB7291924A1}"/>
                              <w:text w:multiLine="1"/>
                            </w:sdtPr>
                            <w:sdtEndPr>
                              <w:rPr>
                                <w:caps w:val="0"/>
                              </w:rPr>
                            </w:sdtEndPr>
                            <w:sdtContent>
                              <w:r w:rsidR="001D277B">
                                <w:rPr>
                                  <w:caps/>
                                  <w:color w:val="4F81BD" w:themeColor="accent1"/>
                                  <w:sz w:val="64"/>
                                  <w:szCs w:val="64"/>
                                </w:rPr>
                                <w:t xml:space="preserve">     </w:t>
                              </w:r>
                            </w:sdtContent>
                          </w:sdt>
                        </w:p>
                        <w:p w14:paraId="5056D42F" w14:textId="2C9DC044" w:rsidR="00E142E9" w:rsidRDefault="00E142E9">
                          <w:pPr>
                            <w:jc w:val="right"/>
                            <w:rPr>
                              <w:smallCaps/>
                              <w:color w:val="404040" w:themeColor="text1" w:themeTint="BF"/>
                              <w:sz w:val="36"/>
                              <w:szCs w:val="36"/>
                            </w:rPr>
                          </w:pPr>
                          <w:sdt>
                            <w:sdtPr>
                              <w:rPr>
                                <w:color w:val="404040" w:themeColor="text1" w:themeTint="BF"/>
                                <w:sz w:val="36"/>
                                <w:szCs w:val="36"/>
                              </w:rPr>
                              <w:alias w:val="Untertitel"/>
                              <w:tag w:val=""/>
                              <w:id w:val="1759551507"/>
                              <w:dataBinding w:prefixMappings="xmlns:ns0='http://purl.org/dc/elements/1.1/' xmlns:ns1='http://schemas.openxmlformats.org/package/2006/metadata/core-properties' " w:xpath="/ns1:coreProperties[1]/ns0:subject[1]" w:storeItemID="{6C3C8BC8-F283-45AE-878A-BAB7291924A1}"/>
                              <w:text/>
                            </w:sdtPr>
                            <w:sdtContent>
                              <w:r>
                                <w:rPr>
                                  <w:color w:val="404040" w:themeColor="text1" w:themeTint="BF"/>
                                  <w:sz w:val="36"/>
                                  <w:szCs w:val="36"/>
                                </w:rPr>
                                <w:t xml:space="preserve">Eine </w:t>
                              </w:r>
                              <w:proofErr w:type="spellStart"/>
                              <w:r>
                                <w:rPr>
                                  <w:color w:val="404040" w:themeColor="text1" w:themeTint="BF"/>
                                  <w:sz w:val="36"/>
                                  <w:szCs w:val="36"/>
                                </w:rPr>
                                <w:t>Einführung</w:t>
                              </w:r>
                              <w:proofErr w:type="spellEnd"/>
                            </w:sdtContent>
                          </w:sdt>
                          <w:r w:rsidR="001D277B">
                            <w:rPr>
                              <w:color w:val="404040" w:themeColor="text1" w:themeTint="BF"/>
                              <w:sz w:val="36"/>
                              <w:szCs w:val="36"/>
                            </w:rPr>
                            <w:t xml:space="preserve"> in das </w:t>
                          </w:r>
                          <w:proofErr w:type="spellStart"/>
                          <w:r w:rsidR="001D277B">
                            <w:rPr>
                              <w:color w:val="404040" w:themeColor="text1" w:themeTint="BF"/>
                              <w:sz w:val="36"/>
                              <w:szCs w:val="36"/>
                            </w:rPr>
                            <w:t>Programmieren</w:t>
                          </w:r>
                          <w:proofErr w:type="spellEnd"/>
                          <w:r w:rsidR="001D277B">
                            <w:rPr>
                              <w:color w:val="404040" w:themeColor="text1" w:themeTint="BF"/>
                              <w:sz w:val="36"/>
                              <w:szCs w:val="36"/>
                            </w:rPr>
                            <w:t xml:space="preserve"> </w:t>
                          </w:r>
                          <w:proofErr w:type="spellStart"/>
                          <w:r w:rsidR="001D277B">
                            <w:rPr>
                              <w:color w:val="404040" w:themeColor="text1" w:themeTint="BF"/>
                              <w:sz w:val="36"/>
                              <w:szCs w:val="36"/>
                            </w:rPr>
                            <w:t>mit</w:t>
                          </w:r>
                          <w:proofErr w:type="spellEnd"/>
                          <w:r w:rsidR="001D277B">
                            <w:rPr>
                              <w:color w:val="404040" w:themeColor="text1" w:themeTint="BF"/>
                              <w:sz w:val="36"/>
                              <w:szCs w:val="36"/>
                            </w:rPr>
                            <w:t xml:space="preserve"> PowerShell. Bill Gates </w:t>
                          </w:r>
                          <w:proofErr w:type="spellStart"/>
                          <w:r w:rsidR="001D277B">
                            <w:rPr>
                              <w:color w:val="404040" w:themeColor="text1" w:themeTint="BF"/>
                              <w:sz w:val="36"/>
                              <w:szCs w:val="36"/>
                            </w:rPr>
                            <w:t>währe</w:t>
                          </w:r>
                          <w:proofErr w:type="spellEnd"/>
                          <w:r w:rsidR="001D277B">
                            <w:rPr>
                              <w:color w:val="404040" w:themeColor="text1" w:themeTint="BF"/>
                              <w:sz w:val="36"/>
                              <w:szCs w:val="36"/>
                            </w:rPr>
                            <w:t xml:space="preserve"> </w:t>
                          </w:r>
                          <w:proofErr w:type="spellStart"/>
                          <w:r w:rsidR="001D277B">
                            <w:rPr>
                              <w:color w:val="404040" w:themeColor="text1" w:themeTint="BF"/>
                              <w:sz w:val="36"/>
                              <w:szCs w:val="36"/>
                            </w:rPr>
                            <w:t>stolz</w:t>
                          </w:r>
                          <w:proofErr w:type="spellEnd"/>
                          <w:r w:rsidR="001D277B">
                            <w:rPr>
                              <w:color w:val="404040" w:themeColor="text1" w:themeTint="BF"/>
                              <w:sz w:val="36"/>
                              <w:szCs w:val="36"/>
                            </w:rPr>
                            <w:t xml:space="preserve"> auf dich.</w:t>
                          </w:r>
                        </w:p>
                      </w:txbxContent>
                    </v:textbox>
                    <w10:wrap type="square" anchorx="margin" anchory="margin"/>
                  </v:shape>
                </w:pict>
              </mc:Fallback>
            </mc:AlternateContent>
          </w:r>
          <w:r w:rsidR="00E142E9">
            <w:rPr>
              <w:rFonts w:ascii="Cambria" w:hAnsi="Cambria"/>
            </w:rPr>
            <w:br w:type="page"/>
          </w:r>
        </w:p>
      </w:sdtContent>
    </w:sdt>
    <w:sdt>
      <w:sdtPr>
        <w:rPr>
          <w:lang w:val="de-DE"/>
        </w:rPr>
        <w:id w:val="81268320"/>
        <w:docPartObj>
          <w:docPartGallery w:val="Table of Contents"/>
          <w:docPartUnique/>
        </w:docPartObj>
      </w:sdtPr>
      <w:sdtEndPr>
        <w:rPr>
          <w:rFonts w:asciiTheme="minorHAnsi" w:eastAsiaTheme="minorEastAsia" w:hAnsiTheme="minorHAnsi" w:cstheme="minorBidi"/>
          <w:color w:val="auto"/>
          <w:sz w:val="22"/>
          <w:szCs w:val="22"/>
          <w:lang w:val="en-US"/>
        </w:rPr>
      </w:sdtEndPr>
      <w:sdtContent>
        <w:p w14:paraId="26397ABC" w14:textId="4C361DF8" w:rsidR="00B5055F" w:rsidRDefault="00B5055F">
          <w:pPr>
            <w:pStyle w:val="Inhaltsverzeichnisberschrift"/>
          </w:pPr>
          <w:r>
            <w:rPr>
              <w:lang w:val="de-DE"/>
            </w:rPr>
            <w:t>Inhaltsverzeichnis</w:t>
          </w:r>
        </w:p>
        <w:p w14:paraId="1021A77E" w14:textId="57C74692" w:rsidR="00B5055F" w:rsidRDefault="00B5055F">
          <w:pPr>
            <w:pStyle w:val="Verzeichnis1"/>
            <w:tabs>
              <w:tab w:val="right" w:leader="dot" w:pos="8630"/>
            </w:tabs>
            <w:rPr>
              <w:noProof/>
            </w:rPr>
          </w:pPr>
          <w:r>
            <w:fldChar w:fldCharType="begin"/>
          </w:r>
          <w:r>
            <w:instrText xml:space="preserve"> TOC \o "1-3" \h \z \u </w:instrText>
          </w:r>
          <w:r>
            <w:fldChar w:fldCharType="separate"/>
          </w:r>
          <w:hyperlink w:anchor="_Toc193136490" w:history="1">
            <w:r w:rsidRPr="0020184C">
              <w:rPr>
                <w:rStyle w:val="Hyperlink"/>
                <w:noProof/>
              </w:rPr>
              <w:t>Schleifen</w:t>
            </w:r>
            <w:r>
              <w:rPr>
                <w:noProof/>
                <w:webHidden/>
              </w:rPr>
              <w:tab/>
            </w:r>
            <w:r>
              <w:rPr>
                <w:noProof/>
                <w:webHidden/>
              </w:rPr>
              <w:fldChar w:fldCharType="begin"/>
            </w:r>
            <w:r>
              <w:rPr>
                <w:noProof/>
                <w:webHidden/>
              </w:rPr>
              <w:instrText xml:space="preserve"> PAGEREF _Toc193136490 \h </w:instrText>
            </w:r>
            <w:r>
              <w:rPr>
                <w:noProof/>
                <w:webHidden/>
              </w:rPr>
            </w:r>
            <w:r>
              <w:rPr>
                <w:noProof/>
                <w:webHidden/>
              </w:rPr>
              <w:fldChar w:fldCharType="separate"/>
            </w:r>
            <w:r>
              <w:rPr>
                <w:noProof/>
                <w:webHidden/>
              </w:rPr>
              <w:t>5</w:t>
            </w:r>
            <w:r>
              <w:rPr>
                <w:noProof/>
                <w:webHidden/>
              </w:rPr>
              <w:fldChar w:fldCharType="end"/>
            </w:r>
          </w:hyperlink>
        </w:p>
        <w:p w14:paraId="76235587" w14:textId="2C9574F0" w:rsidR="00B5055F" w:rsidRDefault="00B5055F">
          <w:pPr>
            <w:pStyle w:val="Verzeichnis2"/>
            <w:tabs>
              <w:tab w:val="right" w:leader="dot" w:pos="8630"/>
            </w:tabs>
            <w:rPr>
              <w:noProof/>
            </w:rPr>
          </w:pPr>
          <w:hyperlink w:anchor="_Toc193136491" w:history="1">
            <w:r w:rsidRPr="0020184C">
              <w:rPr>
                <w:rStyle w:val="Hyperlink"/>
                <w:noProof/>
              </w:rPr>
              <w:t>While-Schleife</w:t>
            </w:r>
            <w:r>
              <w:rPr>
                <w:noProof/>
                <w:webHidden/>
              </w:rPr>
              <w:tab/>
            </w:r>
            <w:r>
              <w:rPr>
                <w:noProof/>
                <w:webHidden/>
              </w:rPr>
              <w:fldChar w:fldCharType="begin"/>
            </w:r>
            <w:r>
              <w:rPr>
                <w:noProof/>
                <w:webHidden/>
              </w:rPr>
              <w:instrText xml:space="preserve"> PAGEREF _Toc193136491 \h </w:instrText>
            </w:r>
            <w:r>
              <w:rPr>
                <w:noProof/>
                <w:webHidden/>
              </w:rPr>
            </w:r>
            <w:r>
              <w:rPr>
                <w:noProof/>
                <w:webHidden/>
              </w:rPr>
              <w:fldChar w:fldCharType="separate"/>
            </w:r>
            <w:r>
              <w:rPr>
                <w:noProof/>
                <w:webHidden/>
              </w:rPr>
              <w:t>5</w:t>
            </w:r>
            <w:r>
              <w:rPr>
                <w:noProof/>
                <w:webHidden/>
              </w:rPr>
              <w:fldChar w:fldCharType="end"/>
            </w:r>
          </w:hyperlink>
        </w:p>
        <w:p w14:paraId="44950431" w14:textId="1B81A51C" w:rsidR="00B5055F" w:rsidRDefault="00B5055F">
          <w:pPr>
            <w:pStyle w:val="Verzeichnis2"/>
            <w:tabs>
              <w:tab w:val="right" w:leader="dot" w:pos="8630"/>
            </w:tabs>
            <w:rPr>
              <w:noProof/>
            </w:rPr>
          </w:pPr>
          <w:hyperlink w:anchor="_Toc193136492" w:history="1">
            <w:r w:rsidRPr="0020184C">
              <w:rPr>
                <w:rStyle w:val="Hyperlink"/>
                <w:noProof/>
              </w:rPr>
              <w:t>Do-While-Schleife</w:t>
            </w:r>
            <w:r>
              <w:rPr>
                <w:noProof/>
                <w:webHidden/>
              </w:rPr>
              <w:tab/>
            </w:r>
            <w:r>
              <w:rPr>
                <w:noProof/>
                <w:webHidden/>
              </w:rPr>
              <w:fldChar w:fldCharType="begin"/>
            </w:r>
            <w:r>
              <w:rPr>
                <w:noProof/>
                <w:webHidden/>
              </w:rPr>
              <w:instrText xml:space="preserve"> PAGEREF _Toc193136492 \h </w:instrText>
            </w:r>
            <w:r>
              <w:rPr>
                <w:noProof/>
                <w:webHidden/>
              </w:rPr>
            </w:r>
            <w:r>
              <w:rPr>
                <w:noProof/>
                <w:webHidden/>
              </w:rPr>
              <w:fldChar w:fldCharType="separate"/>
            </w:r>
            <w:r>
              <w:rPr>
                <w:noProof/>
                <w:webHidden/>
              </w:rPr>
              <w:t>5</w:t>
            </w:r>
            <w:r>
              <w:rPr>
                <w:noProof/>
                <w:webHidden/>
              </w:rPr>
              <w:fldChar w:fldCharType="end"/>
            </w:r>
          </w:hyperlink>
        </w:p>
        <w:p w14:paraId="23CEB839" w14:textId="5F8E9132" w:rsidR="00B5055F" w:rsidRDefault="00B5055F">
          <w:pPr>
            <w:pStyle w:val="Verzeichnis2"/>
            <w:tabs>
              <w:tab w:val="right" w:leader="dot" w:pos="8630"/>
            </w:tabs>
            <w:rPr>
              <w:noProof/>
            </w:rPr>
          </w:pPr>
          <w:hyperlink w:anchor="_Toc193136493" w:history="1">
            <w:r w:rsidRPr="0020184C">
              <w:rPr>
                <w:rStyle w:val="Hyperlink"/>
                <w:noProof/>
              </w:rPr>
              <w:t>For-Schleife</w:t>
            </w:r>
            <w:r>
              <w:rPr>
                <w:noProof/>
                <w:webHidden/>
              </w:rPr>
              <w:tab/>
            </w:r>
            <w:r>
              <w:rPr>
                <w:noProof/>
                <w:webHidden/>
              </w:rPr>
              <w:fldChar w:fldCharType="begin"/>
            </w:r>
            <w:r>
              <w:rPr>
                <w:noProof/>
                <w:webHidden/>
              </w:rPr>
              <w:instrText xml:space="preserve"> PAGEREF _Toc193136493 \h </w:instrText>
            </w:r>
            <w:r>
              <w:rPr>
                <w:noProof/>
                <w:webHidden/>
              </w:rPr>
            </w:r>
            <w:r>
              <w:rPr>
                <w:noProof/>
                <w:webHidden/>
              </w:rPr>
              <w:fldChar w:fldCharType="separate"/>
            </w:r>
            <w:r>
              <w:rPr>
                <w:noProof/>
                <w:webHidden/>
              </w:rPr>
              <w:t>6</w:t>
            </w:r>
            <w:r>
              <w:rPr>
                <w:noProof/>
                <w:webHidden/>
              </w:rPr>
              <w:fldChar w:fldCharType="end"/>
            </w:r>
          </w:hyperlink>
        </w:p>
        <w:p w14:paraId="4C7E362D" w14:textId="6FEAAD19" w:rsidR="00B5055F" w:rsidRDefault="00B5055F">
          <w:pPr>
            <w:pStyle w:val="Verzeichnis2"/>
            <w:tabs>
              <w:tab w:val="right" w:leader="dot" w:pos="8630"/>
            </w:tabs>
            <w:rPr>
              <w:noProof/>
            </w:rPr>
          </w:pPr>
          <w:hyperlink w:anchor="_Toc193136494" w:history="1">
            <w:r w:rsidRPr="0020184C">
              <w:rPr>
                <w:rStyle w:val="Hyperlink"/>
                <w:noProof/>
              </w:rPr>
              <w:t>Foreach-Schleife</w:t>
            </w:r>
            <w:r>
              <w:rPr>
                <w:noProof/>
                <w:webHidden/>
              </w:rPr>
              <w:tab/>
            </w:r>
            <w:r>
              <w:rPr>
                <w:noProof/>
                <w:webHidden/>
              </w:rPr>
              <w:fldChar w:fldCharType="begin"/>
            </w:r>
            <w:r>
              <w:rPr>
                <w:noProof/>
                <w:webHidden/>
              </w:rPr>
              <w:instrText xml:space="preserve"> PAGEREF _Toc193136494 \h </w:instrText>
            </w:r>
            <w:r>
              <w:rPr>
                <w:noProof/>
                <w:webHidden/>
              </w:rPr>
            </w:r>
            <w:r>
              <w:rPr>
                <w:noProof/>
                <w:webHidden/>
              </w:rPr>
              <w:fldChar w:fldCharType="separate"/>
            </w:r>
            <w:r>
              <w:rPr>
                <w:noProof/>
                <w:webHidden/>
              </w:rPr>
              <w:t>6</w:t>
            </w:r>
            <w:r>
              <w:rPr>
                <w:noProof/>
                <w:webHidden/>
              </w:rPr>
              <w:fldChar w:fldCharType="end"/>
            </w:r>
          </w:hyperlink>
        </w:p>
        <w:p w14:paraId="20F14387" w14:textId="1F4B883C" w:rsidR="00B5055F" w:rsidRDefault="00B5055F">
          <w:pPr>
            <w:pStyle w:val="Verzeichnis2"/>
            <w:tabs>
              <w:tab w:val="right" w:leader="dot" w:pos="8630"/>
            </w:tabs>
            <w:rPr>
              <w:noProof/>
            </w:rPr>
          </w:pPr>
          <w:hyperlink w:anchor="_Toc193136495" w:history="1">
            <w:r w:rsidRPr="0020184C">
              <w:rPr>
                <w:rStyle w:val="Hyperlink"/>
                <w:noProof/>
              </w:rPr>
              <w:t>Foreach-Object-Schleife (Pipeline-Schleife)</w:t>
            </w:r>
            <w:r>
              <w:rPr>
                <w:noProof/>
                <w:webHidden/>
              </w:rPr>
              <w:tab/>
            </w:r>
            <w:r>
              <w:rPr>
                <w:noProof/>
                <w:webHidden/>
              </w:rPr>
              <w:fldChar w:fldCharType="begin"/>
            </w:r>
            <w:r>
              <w:rPr>
                <w:noProof/>
                <w:webHidden/>
              </w:rPr>
              <w:instrText xml:space="preserve"> PAGEREF _Toc193136495 \h </w:instrText>
            </w:r>
            <w:r>
              <w:rPr>
                <w:noProof/>
                <w:webHidden/>
              </w:rPr>
            </w:r>
            <w:r>
              <w:rPr>
                <w:noProof/>
                <w:webHidden/>
              </w:rPr>
              <w:fldChar w:fldCharType="separate"/>
            </w:r>
            <w:r>
              <w:rPr>
                <w:noProof/>
                <w:webHidden/>
              </w:rPr>
              <w:t>6</w:t>
            </w:r>
            <w:r>
              <w:rPr>
                <w:noProof/>
                <w:webHidden/>
              </w:rPr>
              <w:fldChar w:fldCharType="end"/>
            </w:r>
          </w:hyperlink>
        </w:p>
        <w:p w14:paraId="62B84A16" w14:textId="7C63D104" w:rsidR="00B5055F" w:rsidRDefault="00B5055F">
          <w:pPr>
            <w:pStyle w:val="Verzeichnis2"/>
            <w:tabs>
              <w:tab w:val="right" w:leader="dot" w:pos="8630"/>
            </w:tabs>
            <w:rPr>
              <w:noProof/>
            </w:rPr>
          </w:pPr>
          <w:hyperlink w:anchor="_Toc193136496" w:history="1">
            <w:r w:rsidRPr="0020184C">
              <w:rPr>
                <w:rStyle w:val="Hyperlink"/>
                <w:noProof/>
              </w:rPr>
              <w:t>Wichtige Begriffe für Schleifen</w:t>
            </w:r>
            <w:r>
              <w:rPr>
                <w:noProof/>
                <w:webHidden/>
              </w:rPr>
              <w:tab/>
            </w:r>
            <w:r>
              <w:rPr>
                <w:noProof/>
                <w:webHidden/>
              </w:rPr>
              <w:fldChar w:fldCharType="begin"/>
            </w:r>
            <w:r>
              <w:rPr>
                <w:noProof/>
                <w:webHidden/>
              </w:rPr>
              <w:instrText xml:space="preserve"> PAGEREF _Toc193136496 \h </w:instrText>
            </w:r>
            <w:r>
              <w:rPr>
                <w:noProof/>
                <w:webHidden/>
              </w:rPr>
            </w:r>
            <w:r>
              <w:rPr>
                <w:noProof/>
                <w:webHidden/>
              </w:rPr>
              <w:fldChar w:fldCharType="separate"/>
            </w:r>
            <w:r>
              <w:rPr>
                <w:noProof/>
                <w:webHidden/>
              </w:rPr>
              <w:t>7</w:t>
            </w:r>
            <w:r>
              <w:rPr>
                <w:noProof/>
                <w:webHidden/>
              </w:rPr>
              <w:fldChar w:fldCharType="end"/>
            </w:r>
          </w:hyperlink>
        </w:p>
        <w:p w14:paraId="52FF2919" w14:textId="3BEC2A10" w:rsidR="00B5055F" w:rsidRDefault="00B5055F">
          <w:pPr>
            <w:pStyle w:val="Verzeichnis2"/>
            <w:tabs>
              <w:tab w:val="right" w:leader="dot" w:pos="8630"/>
            </w:tabs>
            <w:rPr>
              <w:noProof/>
            </w:rPr>
          </w:pPr>
          <w:hyperlink w:anchor="_Toc193136497" w:history="1">
            <w:r w:rsidRPr="0020184C">
              <w:rPr>
                <w:rStyle w:val="Hyperlink"/>
                <w:noProof/>
              </w:rPr>
              <w:t>Iteration</w:t>
            </w:r>
            <w:r>
              <w:rPr>
                <w:noProof/>
                <w:webHidden/>
              </w:rPr>
              <w:tab/>
            </w:r>
            <w:r>
              <w:rPr>
                <w:noProof/>
                <w:webHidden/>
              </w:rPr>
              <w:fldChar w:fldCharType="begin"/>
            </w:r>
            <w:r>
              <w:rPr>
                <w:noProof/>
                <w:webHidden/>
              </w:rPr>
              <w:instrText xml:space="preserve"> PAGEREF _Toc193136497 \h </w:instrText>
            </w:r>
            <w:r>
              <w:rPr>
                <w:noProof/>
                <w:webHidden/>
              </w:rPr>
            </w:r>
            <w:r>
              <w:rPr>
                <w:noProof/>
                <w:webHidden/>
              </w:rPr>
              <w:fldChar w:fldCharType="separate"/>
            </w:r>
            <w:r>
              <w:rPr>
                <w:noProof/>
                <w:webHidden/>
              </w:rPr>
              <w:t>7</w:t>
            </w:r>
            <w:r>
              <w:rPr>
                <w:noProof/>
                <w:webHidden/>
              </w:rPr>
              <w:fldChar w:fldCharType="end"/>
            </w:r>
          </w:hyperlink>
        </w:p>
        <w:p w14:paraId="0626543E" w14:textId="5C711CD1" w:rsidR="00B5055F" w:rsidRDefault="00B5055F">
          <w:r>
            <w:rPr>
              <w:b/>
              <w:bCs/>
            </w:rPr>
            <w:fldChar w:fldCharType="end"/>
          </w:r>
        </w:p>
      </w:sdtContent>
    </w:sdt>
    <w:p w14:paraId="7C561D4D" w14:textId="77777777" w:rsidR="00B5055F" w:rsidRDefault="00B5055F" w:rsidP="008E658C">
      <w:pPr>
        <w:spacing w:after="0" w:line="240" w:lineRule="auto"/>
        <w:jc w:val="center"/>
        <w:rPr>
          <w:rFonts w:ascii="Cambria" w:hAnsi="Cambria" w:cstheme="minorHAnsi"/>
          <w:color w:val="4F81BD" w:themeColor="accent1"/>
          <w:sz w:val="40"/>
          <w:szCs w:val="40"/>
        </w:rPr>
      </w:pPr>
    </w:p>
    <w:p w14:paraId="6E656CBF" w14:textId="77777777" w:rsidR="00B5055F" w:rsidRDefault="00B5055F" w:rsidP="008E658C">
      <w:pPr>
        <w:spacing w:after="0" w:line="240" w:lineRule="auto"/>
        <w:jc w:val="center"/>
        <w:rPr>
          <w:rFonts w:ascii="Cambria" w:hAnsi="Cambria" w:cstheme="minorHAnsi"/>
          <w:color w:val="4F81BD" w:themeColor="accent1"/>
          <w:sz w:val="40"/>
          <w:szCs w:val="40"/>
        </w:rPr>
      </w:pPr>
    </w:p>
    <w:p w14:paraId="46CA3DBE" w14:textId="77777777" w:rsidR="00B5055F" w:rsidRDefault="00B5055F" w:rsidP="008E658C">
      <w:pPr>
        <w:spacing w:after="0" w:line="240" w:lineRule="auto"/>
        <w:jc w:val="center"/>
        <w:rPr>
          <w:rFonts w:ascii="Cambria" w:hAnsi="Cambria" w:cstheme="minorHAnsi"/>
          <w:color w:val="4F81BD" w:themeColor="accent1"/>
          <w:sz w:val="40"/>
          <w:szCs w:val="40"/>
        </w:rPr>
      </w:pPr>
    </w:p>
    <w:p w14:paraId="003E5556" w14:textId="77777777" w:rsidR="00B5055F" w:rsidRDefault="00B5055F" w:rsidP="008E658C">
      <w:pPr>
        <w:spacing w:after="0" w:line="240" w:lineRule="auto"/>
        <w:jc w:val="center"/>
        <w:rPr>
          <w:rFonts w:ascii="Cambria" w:hAnsi="Cambria" w:cstheme="minorHAnsi"/>
          <w:color w:val="4F81BD" w:themeColor="accent1"/>
          <w:sz w:val="40"/>
          <w:szCs w:val="40"/>
        </w:rPr>
      </w:pPr>
    </w:p>
    <w:p w14:paraId="5DF41BD7" w14:textId="77777777" w:rsidR="00B5055F" w:rsidRDefault="00B5055F" w:rsidP="008E658C">
      <w:pPr>
        <w:spacing w:after="0" w:line="240" w:lineRule="auto"/>
        <w:jc w:val="center"/>
        <w:rPr>
          <w:rFonts w:ascii="Cambria" w:hAnsi="Cambria" w:cstheme="minorHAnsi"/>
          <w:color w:val="4F81BD" w:themeColor="accent1"/>
          <w:sz w:val="40"/>
          <w:szCs w:val="40"/>
        </w:rPr>
      </w:pPr>
    </w:p>
    <w:p w14:paraId="4C0D7CD4" w14:textId="77777777" w:rsidR="00B5055F" w:rsidRDefault="00B5055F" w:rsidP="008E658C">
      <w:pPr>
        <w:spacing w:after="0" w:line="240" w:lineRule="auto"/>
        <w:jc w:val="center"/>
        <w:rPr>
          <w:rFonts w:ascii="Cambria" w:hAnsi="Cambria" w:cstheme="minorHAnsi"/>
          <w:color w:val="4F81BD" w:themeColor="accent1"/>
          <w:sz w:val="40"/>
          <w:szCs w:val="40"/>
        </w:rPr>
      </w:pPr>
    </w:p>
    <w:p w14:paraId="4904E4B7" w14:textId="77777777" w:rsidR="00B5055F" w:rsidRDefault="00B5055F" w:rsidP="008E658C">
      <w:pPr>
        <w:spacing w:after="0" w:line="240" w:lineRule="auto"/>
        <w:jc w:val="center"/>
        <w:rPr>
          <w:rFonts w:ascii="Cambria" w:hAnsi="Cambria" w:cstheme="minorHAnsi"/>
          <w:color w:val="4F81BD" w:themeColor="accent1"/>
          <w:sz w:val="40"/>
          <w:szCs w:val="40"/>
        </w:rPr>
      </w:pPr>
    </w:p>
    <w:p w14:paraId="7DBFEAAF" w14:textId="77777777" w:rsidR="00B5055F" w:rsidRDefault="00B5055F" w:rsidP="008E658C">
      <w:pPr>
        <w:spacing w:after="0" w:line="240" w:lineRule="auto"/>
        <w:jc w:val="center"/>
        <w:rPr>
          <w:rFonts w:ascii="Cambria" w:hAnsi="Cambria" w:cstheme="minorHAnsi"/>
          <w:color w:val="4F81BD" w:themeColor="accent1"/>
          <w:sz w:val="40"/>
          <w:szCs w:val="40"/>
        </w:rPr>
      </w:pPr>
    </w:p>
    <w:p w14:paraId="4DD80173" w14:textId="77777777" w:rsidR="00B5055F" w:rsidRDefault="00B5055F" w:rsidP="008E658C">
      <w:pPr>
        <w:spacing w:after="0" w:line="240" w:lineRule="auto"/>
        <w:jc w:val="center"/>
        <w:rPr>
          <w:rFonts w:ascii="Cambria" w:hAnsi="Cambria" w:cstheme="minorHAnsi"/>
          <w:color w:val="4F81BD" w:themeColor="accent1"/>
          <w:sz w:val="40"/>
          <w:szCs w:val="40"/>
        </w:rPr>
      </w:pPr>
    </w:p>
    <w:p w14:paraId="45BEE3F4" w14:textId="77777777" w:rsidR="00B5055F" w:rsidRDefault="00B5055F" w:rsidP="008E658C">
      <w:pPr>
        <w:spacing w:after="0" w:line="240" w:lineRule="auto"/>
        <w:jc w:val="center"/>
        <w:rPr>
          <w:rFonts w:ascii="Cambria" w:hAnsi="Cambria" w:cstheme="minorHAnsi"/>
          <w:color w:val="4F81BD" w:themeColor="accent1"/>
          <w:sz w:val="40"/>
          <w:szCs w:val="40"/>
        </w:rPr>
      </w:pPr>
    </w:p>
    <w:p w14:paraId="6031B2C0" w14:textId="77777777" w:rsidR="00B5055F" w:rsidRDefault="00B5055F" w:rsidP="008E658C">
      <w:pPr>
        <w:spacing w:after="0" w:line="240" w:lineRule="auto"/>
        <w:jc w:val="center"/>
        <w:rPr>
          <w:rFonts w:ascii="Cambria" w:hAnsi="Cambria" w:cstheme="minorHAnsi"/>
          <w:color w:val="4F81BD" w:themeColor="accent1"/>
          <w:sz w:val="40"/>
          <w:szCs w:val="40"/>
        </w:rPr>
      </w:pPr>
    </w:p>
    <w:p w14:paraId="2D536BA1" w14:textId="77777777" w:rsidR="00B5055F" w:rsidRDefault="00B5055F" w:rsidP="008E658C">
      <w:pPr>
        <w:spacing w:after="0" w:line="240" w:lineRule="auto"/>
        <w:jc w:val="center"/>
        <w:rPr>
          <w:rFonts w:ascii="Cambria" w:hAnsi="Cambria" w:cstheme="minorHAnsi"/>
          <w:color w:val="4F81BD" w:themeColor="accent1"/>
          <w:sz w:val="40"/>
          <w:szCs w:val="40"/>
        </w:rPr>
      </w:pPr>
    </w:p>
    <w:p w14:paraId="76C335F1" w14:textId="77777777" w:rsidR="00B5055F" w:rsidRDefault="00B5055F" w:rsidP="008E658C">
      <w:pPr>
        <w:spacing w:after="0" w:line="240" w:lineRule="auto"/>
        <w:jc w:val="center"/>
        <w:rPr>
          <w:rFonts w:ascii="Cambria" w:hAnsi="Cambria" w:cstheme="minorHAnsi"/>
          <w:color w:val="4F81BD" w:themeColor="accent1"/>
          <w:sz w:val="40"/>
          <w:szCs w:val="40"/>
        </w:rPr>
      </w:pPr>
    </w:p>
    <w:p w14:paraId="2E92656A" w14:textId="77777777" w:rsidR="00B5055F" w:rsidRDefault="00B5055F" w:rsidP="008E658C">
      <w:pPr>
        <w:spacing w:after="0" w:line="240" w:lineRule="auto"/>
        <w:jc w:val="center"/>
        <w:rPr>
          <w:rFonts w:ascii="Cambria" w:hAnsi="Cambria" w:cstheme="minorHAnsi"/>
          <w:color w:val="4F81BD" w:themeColor="accent1"/>
          <w:sz w:val="40"/>
          <w:szCs w:val="40"/>
        </w:rPr>
      </w:pPr>
    </w:p>
    <w:p w14:paraId="35D884D4" w14:textId="77777777" w:rsidR="00B5055F" w:rsidRDefault="00B5055F" w:rsidP="008E658C">
      <w:pPr>
        <w:spacing w:after="0" w:line="240" w:lineRule="auto"/>
        <w:jc w:val="center"/>
        <w:rPr>
          <w:rFonts w:ascii="Cambria" w:hAnsi="Cambria" w:cstheme="minorHAnsi"/>
          <w:color w:val="4F81BD" w:themeColor="accent1"/>
          <w:sz w:val="40"/>
          <w:szCs w:val="40"/>
        </w:rPr>
      </w:pPr>
    </w:p>
    <w:p w14:paraId="34D21E2C" w14:textId="77777777" w:rsidR="00B5055F" w:rsidRDefault="00B5055F" w:rsidP="008E658C">
      <w:pPr>
        <w:spacing w:after="0" w:line="240" w:lineRule="auto"/>
        <w:jc w:val="center"/>
        <w:rPr>
          <w:rFonts w:ascii="Cambria" w:hAnsi="Cambria" w:cstheme="minorHAnsi"/>
          <w:color w:val="4F81BD" w:themeColor="accent1"/>
          <w:sz w:val="40"/>
          <w:szCs w:val="40"/>
        </w:rPr>
      </w:pPr>
    </w:p>
    <w:p w14:paraId="4F7B2751" w14:textId="77777777" w:rsidR="00B5055F" w:rsidRDefault="00B5055F" w:rsidP="008E658C">
      <w:pPr>
        <w:spacing w:after="0" w:line="240" w:lineRule="auto"/>
        <w:jc w:val="center"/>
        <w:rPr>
          <w:rFonts w:ascii="Cambria" w:hAnsi="Cambria" w:cstheme="minorHAnsi"/>
          <w:color w:val="4F81BD" w:themeColor="accent1"/>
          <w:sz w:val="40"/>
          <w:szCs w:val="40"/>
        </w:rPr>
      </w:pPr>
    </w:p>
    <w:p w14:paraId="134160E1" w14:textId="77777777" w:rsidR="00B5055F" w:rsidRDefault="00B5055F" w:rsidP="008E658C">
      <w:pPr>
        <w:spacing w:after="0" w:line="240" w:lineRule="auto"/>
        <w:jc w:val="center"/>
        <w:rPr>
          <w:rFonts w:ascii="Cambria" w:hAnsi="Cambria" w:cstheme="minorHAnsi"/>
          <w:color w:val="4F81BD" w:themeColor="accent1"/>
          <w:sz w:val="40"/>
          <w:szCs w:val="40"/>
        </w:rPr>
      </w:pPr>
    </w:p>
    <w:p w14:paraId="1C9C3D8D" w14:textId="42A01B3A" w:rsidR="008E658C" w:rsidRPr="00066AE8" w:rsidRDefault="008E658C" w:rsidP="008E658C">
      <w:pPr>
        <w:spacing w:after="0" w:line="240" w:lineRule="auto"/>
        <w:jc w:val="center"/>
        <w:rPr>
          <w:rFonts w:ascii="Cambria" w:hAnsi="Cambria" w:cstheme="minorHAnsi"/>
          <w:color w:val="4F81BD" w:themeColor="accent1"/>
          <w:sz w:val="40"/>
          <w:szCs w:val="40"/>
        </w:rPr>
      </w:pPr>
      <w:r w:rsidRPr="00066AE8">
        <w:rPr>
          <w:rFonts w:ascii="Cambria" w:hAnsi="Cambria" w:cstheme="minorHAnsi"/>
          <w:color w:val="4F81BD" w:themeColor="accent1"/>
          <w:sz w:val="40"/>
          <w:szCs w:val="40"/>
        </w:rPr>
        <w:lastRenderedPageBreak/>
        <w:t>PowerShell</w:t>
      </w:r>
    </w:p>
    <w:p w14:paraId="30F2021F" w14:textId="77777777" w:rsidR="008E658C" w:rsidRDefault="008E658C" w:rsidP="008E658C">
      <w:pPr>
        <w:spacing w:after="0" w:line="240" w:lineRule="auto"/>
        <w:jc w:val="both"/>
        <w:rPr>
          <w:rFonts w:ascii="Cambria" w:hAnsi="Cambria" w:cstheme="minorHAnsi"/>
          <w:color w:val="4F81BD" w:themeColor="accent1"/>
          <w:sz w:val="26"/>
          <w:szCs w:val="26"/>
        </w:rPr>
      </w:pPr>
    </w:p>
    <w:p w14:paraId="4F482611" w14:textId="77777777" w:rsidR="008E658C" w:rsidRPr="00F171CB" w:rsidRDefault="008E658C" w:rsidP="008E658C">
      <w:pPr>
        <w:spacing w:after="0" w:line="240" w:lineRule="auto"/>
        <w:jc w:val="both"/>
        <w:rPr>
          <w:rFonts w:cstheme="minorHAnsi"/>
          <w:color w:val="4F81BD" w:themeColor="accent1"/>
          <w:sz w:val="26"/>
          <w:szCs w:val="26"/>
        </w:rPr>
      </w:pPr>
      <w:proofErr w:type="spellStart"/>
      <w:r w:rsidRPr="00F171CB">
        <w:rPr>
          <w:rFonts w:cstheme="minorHAnsi"/>
          <w:color w:val="4F81BD" w:themeColor="accent1"/>
          <w:sz w:val="26"/>
          <w:szCs w:val="26"/>
        </w:rPr>
        <w:t>Allgemein</w:t>
      </w:r>
      <w:proofErr w:type="spellEnd"/>
    </w:p>
    <w:p w14:paraId="1DE94CF8" w14:textId="77777777" w:rsidR="008E658C" w:rsidRPr="00F171CB" w:rsidRDefault="008E658C" w:rsidP="008E658C">
      <w:pPr>
        <w:spacing w:after="0" w:line="240" w:lineRule="auto"/>
        <w:jc w:val="both"/>
        <w:rPr>
          <w:rFonts w:cstheme="minorHAnsi"/>
        </w:rPr>
      </w:pPr>
    </w:p>
    <w:p w14:paraId="1A3A8410" w14:textId="77777777" w:rsidR="008E658C" w:rsidRPr="00F171CB" w:rsidRDefault="008E658C" w:rsidP="008E658C">
      <w:pPr>
        <w:spacing w:after="0" w:line="240" w:lineRule="auto"/>
        <w:jc w:val="both"/>
        <w:rPr>
          <w:rFonts w:cstheme="minorHAnsi"/>
        </w:rPr>
      </w:pPr>
      <w:r w:rsidRPr="00F171CB">
        <w:rPr>
          <w:rFonts w:cstheme="minorHAnsi"/>
        </w:rPr>
        <w:t xml:space="preserve">PowerShell </w:t>
      </w:r>
      <w:proofErr w:type="spellStart"/>
      <w:r w:rsidRPr="00F171CB">
        <w:rPr>
          <w:rFonts w:cstheme="minorHAnsi"/>
        </w:rPr>
        <w:t>ist</w:t>
      </w:r>
      <w:proofErr w:type="spellEnd"/>
      <w:r w:rsidRPr="00F171CB">
        <w:rPr>
          <w:rFonts w:cstheme="minorHAnsi"/>
        </w:rPr>
        <w:t xml:space="preserve"> </w:t>
      </w:r>
      <w:proofErr w:type="spellStart"/>
      <w:r w:rsidRPr="00F171CB">
        <w:rPr>
          <w:rFonts w:cstheme="minorHAnsi"/>
        </w:rPr>
        <w:t>eine</w:t>
      </w:r>
      <w:proofErr w:type="spellEnd"/>
      <w:r w:rsidRPr="00F171CB">
        <w:rPr>
          <w:rFonts w:cstheme="minorHAnsi"/>
        </w:rPr>
        <w:t xml:space="preserve"> </w:t>
      </w:r>
      <w:proofErr w:type="spellStart"/>
      <w:r w:rsidRPr="00F171CB">
        <w:rPr>
          <w:rFonts w:cstheme="minorHAnsi"/>
        </w:rPr>
        <w:t>leistungsstarke</w:t>
      </w:r>
      <w:proofErr w:type="spellEnd"/>
      <w:r w:rsidRPr="00F171CB">
        <w:rPr>
          <w:rFonts w:cstheme="minorHAnsi"/>
        </w:rPr>
        <w:t xml:space="preserve"> </w:t>
      </w:r>
      <w:proofErr w:type="spellStart"/>
      <w:r w:rsidRPr="00F171CB">
        <w:rPr>
          <w:rFonts w:cstheme="minorHAnsi"/>
        </w:rPr>
        <w:t>Befehlszeilen</w:t>
      </w:r>
      <w:proofErr w:type="spellEnd"/>
      <w:r w:rsidRPr="00F171CB">
        <w:rPr>
          <w:rFonts w:cstheme="minorHAnsi"/>
        </w:rPr>
        <w:t xml:space="preserve">-Shell und </w:t>
      </w:r>
      <w:proofErr w:type="spellStart"/>
      <w:r w:rsidRPr="00F171CB">
        <w:rPr>
          <w:rFonts w:cstheme="minorHAnsi"/>
        </w:rPr>
        <w:t>Skriptsprache</w:t>
      </w:r>
      <w:proofErr w:type="spellEnd"/>
      <w:r w:rsidRPr="00F171CB">
        <w:rPr>
          <w:rFonts w:cstheme="minorHAnsi"/>
        </w:rPr>
        <w:t xml:space="preserve"> von Microsoft. Sie </w:t>
      </w:r>
      <w:proofErr w:type="spellStart"/>
      <w:r w:rsidRPr="00F171CB">
        <w:rPr>
          <w:rFonts w:cstheme="minorHAnsi"/>
        </w:rPr>
        <w:t>basiert</w:t>
      </w:r>
      <w:proofErr w:type="spellEnd"/>
      <w:r w:rsidRPr="00F171CB">
        <w:rPr>
          <w:rFonts w:cstheme="minorHAnsi"/>
        </w:rPr>
        <w:t xml:space="preserve"> auf .NET und </w:t>
      </w:r>
      <w:proofErr w:type="spellStart"/>
      <w:r w:rsidRPr="00F171CB">
        <w:rPr>
          <w:rFonts w:cstheme="minorHAnsi"/>
        </w:rPr>
        <w:t>ermöglicht</w:t>
      </w:r>
      <w:proofErr w:type="spellEnd"/>
      <w:r w:rsidRPr="00F171CB">
        <w:rPr>
          <w:rFonts w:cstheme="minorHAnsi"/>
        </w:rPr>
        <w:t xml:space="preserve"> die </w:t>
      </w:r>
      <w:proofErr w:type="spellStart"/>
      <w:r w:rsidRPr="00F171CB">
        <w:rPr>
          <w:rFonts w:cstheme="minorHAnsi"/>
        </w:rPr>
        <w:t>Automatisierung</w:t>
      </w:r>
      <w:proofErr w:type="spellEnd"/>
      <w:r w:rsidRPr="00F171CB">
        <w:rPr>
          <w:rFonts w:cstheme="minorHAnsi"/>
        </w:rPr>
        <w:t xml:space="preserve"> und </w:t>
      </w:r>
      <w:proofErr w:type="spellStart"/>
      <w:r w:rsidRPr="00F171CB">
        <w:rPr>
          <w:rFonts w:cstheme="minorHAnsi"/>
        </w:rPr>
        <w:t>Verwaltung</w:t>
      </w:r>
      <w:proofErr w:type="spellEnd"/>
      <w:r w:rsidRPr="00F171CB">
        <w:rPr>
          <w:rFonts w:cstheme="minorHAnsi"/>
        </w:rPr>
        <w:t xml:space="preserve"> von Windows-</w:t>
      </w:r>
      <w:proofErr w:type="spellStart"/>
      <w:r w:rsidRPr="00F171CB">
        <w:rPr>
          <w:rFonts w:cstheme="minorHAnsi"/>
        </w:rPr>
        <w:t>Systemen</w:t>
      </w:r>
      <w:proofErr w:type="spellEnd"/>
      <w:r w:rsidRPr="00F171CB">
        <w:rPr>
          <w:rFonts w:cstheme="minorHAnsi"/>
        </w:rPr>
        <w:t xml:space="preserve"> </w:t>
      </w:r>
      <w:proofErr w:type="spellStart"/>
      <w:r w:rsidRPr="00F171CB">
        <w:rPr>
          <w:rFonts w:cstheme="minorHAnsi"/>
        </w:rPr>
        <w:t>sowie</w:t>
      </w:r>
      <w:proofErr w:type="spellEnd"/>
      <w:r w:rsidRPr="00F171CB">
        <w:rPr>
          <w:rFonts w:cstheme="minorHAnsi"/>
        </w:rPr>
        <w:t xml:space="preserve"> </w:t>
      </w:r>
      <w:proofErr w:type="spellStart"/>
      <w:r w:rsidRPr="00F171CB">
        <w:rPr>
          <w:rFonts w:cstheme="minorHAnsi"/>
        </w:rPr>
        <w:t>anderen</w:t>
      </w:r>
      <w:proofErr w:type="spellEnd"/>
      <w:r w:rsidRPr="00F171CB">
        <w:rPr>
          <w:rFonts w:cstheme="minorHAnsi"/>
        </w:rPr>
        <w:t xml:space="preserve"> </w:t>
      </w:r>
      <w:proofErr w:type="spellStart"/>
      <w:r w:rsidRPr="00F171CB">
        <w:rPr>
          <w:rFonts w:cstheme="minorHAnsi"/>
        </w:rPr>
        <w:t>Plattformen</w:t>
      </w:r>
      <w:proofErr w:type="spellEnd"/>
      <w:r w:rsidRPr="00F171CB">
        <w:rPr>
          <w:rFonts w:cstheme="minorHAnsi"/>
        </w:rPr>
        <w:t xml:space="preserve"> (Linux, macOS). </w:t>
      </w:r>
      <w:proofErr w:type="spellStart"/>
      <w:r w:rsidRPr="00F171CB">
        <w:rPr>
          <w:rFonts w:cstheme="minorHAnsi"/>
        </w:rPr>
        <w:t>Im</w:t>
      </w:r>
      <w:proofErr w:type="spellEnd"/>
      <w:r w:rsidRPr="00F171CB">
        <w:rPr>
          <w:rFonts w:cstheme="minorHAnsi"/>
        </w:rPr>
        <w:t xml:space="preserve"> </w:t>
      </w:r>
      <w:proofErr w:type="spellStart"/>
      <w:r w:rsidRPr="00F171CB">
        <w:rPr>
          <w:rFonts w:cstheme="minorHAnsi"/>
        </w:rPr>
        <w:t>Gegensatz</w:t>
      </w:r>
      <w:proofErr w:type="spellEnd"/>
      <w:r w:rsidRPr="00F171CB">
        <w:rPr>
          <w:rFonts w:cstheme="minorHAnsi"/>
        </w:rPr>
        <w:t xml:space="preserve"> </w:t>
      </w:r>
      <w:proofErr w:type="spellStart"/>
      <w:r w:rsidRPr="00F171CB">
        <w:rPr>
          <w:rFonts w:cstheme="minorHAnsi"/>
        </w:rPr>
        <w:t>zur</w:t>
      </w:r>
      <w:proofErr w:type="spellEnd"/>
      <w:r w:rsidRPr="00F171CB">
        <w:rPr>
          <w:rFonts w:cstheme="minorHAnsi"/>
        </w:rPr>
        <w:t xml:space="preserve"> </w:t>
      </w:r>
      <w:proofErr w:type="spellStart"/>
      <w:r w:rsidRPr="00F171CB">
        <w:rPr>
          <w:rFonts w:cstheme="minorHAnsi"/>
        </w:rPr>
        <w:t>klassischen</w:t>
      </w:r>
      <w:proofErr w:type="spellEnd"/>
      <w:r w:rsidRPr="00F171CB">
        <w:rPr>
          <w:rFonts w:cstheme="minorHAnsi"/>
        </w:rPr>
        <w:t xml:space="preserve"> </w:t>
      </w:r>
      <w:proofErr w:type="spellStart"/>
      <w:r w:rsidRPr="00F171CB">
        <w:rPr>
          <w:rFonts w:cstheme="minorHAnsi"/>
        </w:rPr>
        <w:t>Eingabeaufforderung</w:t>
      </w:r>
      <w:proofErr w:type="spellEnd"/>
      <w:r w:rsidRPr="00F171CB">
        <w:rPr>
          <w:rFonts w:cstheme="minorHAnsi"/>
        </w:rPr>
        <w:t xml:space="preserve"> (CMD) </w:t>
      </w:r>
      <w:proofErr w:type="spellStart"/>
      <w:r w:rsidRPr="00F171CB">
        <w:rPr>
          <w:rFonts w:cstheme="minorHAnsi"/>
        </w:rPr>
        <w:t>arbeitet</w:t>
      </w:r>
      <w:proofErr w:type="spellEnd"/>
      <w:r w:rsidRPr="00F171CB">
        <w:rPr>
          <w:rFonts w:cstheme="minorHAnsi"/>
        </w:rPr>
        <w:t xml:space="preserve"> PowerShell </w:t>
      </w:r>
      <w:proofErr w:type="spellStart"/>
      <w:r w:rsidRPr="00F171CB">
        <w:rPr>
          <w:rFonts w:cstheme="minorHAnsi"/>
        </w:rPr>
        <w:t>objektorientiert</w:t>
      </w:r>
      <w:proofErr w:type="spellEnd"/>
      <w:r w:rsidRPr="00F171CB">
        <w:rPr>
          <w:rFonts w:cstheme="minorHAnsi"/>
        </w:rPr>
        <w:t xml:space="preserve">, was </w:t>
      </w:r>
      <w:proofErr w:type="spellStart"/>
      <w:r w:rsidRPr="00F171CB">
        <w:rPr>
          <w:rFonts w:cstheme="minorHAnsi"/>
        </w:rPr>
        <w:t>komplexe</w:t>
      </w:r>
      <w:proofErr w:type="spellEnd"/>
      <w:r w:rsidRPr="00F171CB">
        <w:rPr>
          <w:rFonts w:cstheme="minorHAnsi"/>
        </w:rPr>
        <w:t xml:space="preserve"> </w:t>
      </w:r>
      <w:proofErr w:type="spellStart"/>
      <w:r w:rsidRPr="00F171CB">
        <w:rPr>
          <w:rFonts w:cstheme="minorHAnsi"/>
        </w:rPr>
        <w:t>Aufgaben</w:t>
      </w:r>
      <w:proofErr w:type="spellEnd"/>
      <w:r w:rsidRPr="00F171CB">
        <w:rPr>
          <w:rFonts w:cstheme="minorHAnsi"/>
        </w:rPr>
        <w:t xml:space="preserve"> </w:t>
      </w:r>
      <w:proofErr w:type="spellStart"/>
      <w:r w:rsidRPr="00F171CB">
        <w:rPr>
          <w:rFonts w:cstheme="minorHAnsi"/>
        </w:rPr>
        <w:t>effizienter</w:t>
      </w:r>
      <w:proofErr w:type="spellEnd"/>
      <w:r w:rsidRPr="00F171CB">
        <w:rPr>
          <w:rFonts w:cstheme="minorHAnsi"/>
        </w:rPr>
        <w:t xml:space="preserve"> </w:t>
      </w:r>
      <w:proofErr w:type="spellStart"/>
      <w:r w:rsidRPr="00F171CB">
        <w:rPr>
          <w:rFonts w:cstheme="minorHAnsi"/>
        </w:rPr>
        <w:t>macht</w:t>
      </w:r>
      <w:proofErr w:type="spellEnd"/>
      <w:r w:rsidRPr="00F171CB">
        <w:rPr>
          <w:rFonts w:cstheme="minorHAnsi"/>
        </w:rPr>
        <w:t>.</w:t>
      </w:r>
    </w:p>
    <w:p w14:paraId="51E9159B" w14:textId="77777777" w:rsidR="008E658C" w:rsidRPr="00F171CB" w:rsidRDefault="008E658C" w:rsidP="008E658C">
      <w:pPr>
        <w:spacing w:after="0" w:line="240" w:lineRule="auto"/>
        <w:jc w:val="both"/>
        <w:rPr>
          <w:rFonts w:cstheme="minorHAnsi"/>
          <w:color w:val="4F81BD" w:themeColor="accent1"/>
        </w:rPr>
      </w:pPr>
    </w:p>
    <w:p w14:paraId="75EEB332" w14:textId="77777777" w:rsidR="008E658C" w:rsidRPr="00F171CB" w:rsidRDefault="008E658C" w:rsidP="008E658C">
      <w:pPr>
        <w:spacing w:after="0" w:line="240" w:lineRule="auto"/>
        <w:contextualSpacing/>
        <w:jc w:val="both"/>
        <w:rPr>
          <w:rFonts w:cstheme="minorHAnsi"/>
          <w:color w:val="4F81BD" w:themeColor="accent1"/>
          <w:sz w:val="26"/>
          <w:szCs w:val="26"/>
        </w:rPr>
      </w:pPr>
      <w:proofErr w:type="spellStart"/>
      <w:r w:rsidRPr="00F171CB">
        <w:rPr>
          <w:rFonts w:cstheme="minorHAnsi"/>
          <w:color w:val="4F81BD" w:themeColor="accent1"/>
          <w:sz w:val="26"/>
          <w:szCs w:val="26"/>
        </w:rPr>
        <w:t>Starten</w:t>
      </w:r>
      <w:proofErr w:type="spellEnd"/>
    </w:p>
    <w:p w14:paraId="615D87D6" w14:textId="77777777" w:rsidR="008E658C" w:rsidRPr="00F171CB" w:rsidRDefault="008E658C" w:rsidP="008E658C">
      <w:pPr>
        <w:spacing w:after="0" w:line="240" w:lineRule="auto"/>
        <w:contextualSpacing/>
        <w:jc w:val="both"/>
        <w:rPr>
          <w:rFonts w:cstheme="minorHAnsi"/>
        </w:rPr>
      </w:pPr>
    </w:p>
    <w:p w14:paraId="5C31148D" w14:textId="77777777" w:rsidR="008E658C" w:rsidRPr="00F171CB" w:rsidRDefault="008E658C" w:rsidP="008E658C">
      <w:pPr>
        <w:spacing w:after="0" w:line="240" w:lineRule="auto"/>
        <w:contextualSpacing/>
        <w:jc w:val="both"/>
        <w:rPr>
          <w:rFonts w:cstheme="minorHAnsi"/>
        </w:rPr>
      </w:pPr>
      <w:r w:rsidRPr="00F171CB">
        <w:rPr>
          <w:rStyle w:val="Fett"/>
          <w:rFonts w:cstheme="minorHAnsi"/>
          <w:b w:val="0"/>
          <w:bCs w:val="0"/>
        </w:rPr>
        <w:t>PowerShell</w:t>
      </w:r>
      <w:r w:rsidRPr="00F171CB">
        <w:rPr>
          <w:rFonts w:cstheme="minorHAnsi"/>
        </w:rPr>
        <w:t xml:space="preserve"> </w:t>
      </w:r>
      <w:proofErr w:type="spellStart"/>
      <w:r w:rsidRPr="00F171CB">
        <w:rPr>
          <w:rFonts w:cstheme="minorHAnsi"/>
        </w:rPr>
        <w:t>kann</w:t>
      </w:r>
      <w:proofErr w:type="spellEnd"/>
      <w:r w:rsidRPr="00F171CB">
        <w:rPr>
          <w:rFonts w:cstheme="minorHAnsi"/>
        </w:rPr>
        <w:t xml:space="preserve"> auf </w:t>
      </w:r>
      <w:proofErr w:type="spellStart"/>
      <w:r w:rsidRPr="00F171CB">
        <w:rPr>
          <w:rFonts w:cstheme="minorHAnsi"/>
        </w:rPr>
        <w:t>verschiedene</w:t>
      </w:r>
      <w:proofErr w:type="spellEnd"/>
      <w:r w:rsidRPr="00F171CB">
        <w:rPr>
          <w:rFonts w:cstheme="minorHAnsi"/>
        </w:rPr>
        <w:t xml:space="preserve"> </w:t>
      </w:r>
      <w:proofErr w:type="spellStart"/>
      <w:r w:rsidRPr="00F171CB">
        <w:rPr>
          <w:rFonts w:cstheme="minorHAnsi"/>
        </w:rPr>
        <w:t>Arten</w:t>
      </w:r>
      <w:proofErr w:type="spellEnd"/>
      <w:r w:rsidRPr="00F171CB">
        <w:rPr>
          <w:rFonts w:cstheme="minorHAnsi"/>
        </w:rPr>
        <w:t xml:space="preserve"> </w:t>
      </w:r>
      <w:proofErr w:type="spellStart"/>
      <w:r w:rsidRPr="00F171CB">
        <w:rPr>
          <w:rFonts w:cstheme="minorHAnsi"/>
        </w:rPr>
        <w:t>gestartet</w:t>
      </w:r>
      <w:proofErr w:type="spellEnd"/>
      <w:r w:rsidRPr="00F171CB">
        <w:rPr>
          <w:rFonts w:cstheme="minorHAnsi"/>
        </w:rPr>
        <w:t xml:space="preserve"> </w:t>
      </w:r>
      <w:proofErr w:type="spellStart"/>
      <w:r w:rsidRPr="00F171CB">
        <w:rPr>
          <w:rFonts w:cstheme="minorHAnsi"/>
        </w:rPr>
        <w:t>werden</w:t>
      </w:r>
      <w:proofErr w:type="spellEnd"/>
      <w:r w:rsidRPr="00F171CB">
        <w:rPr>
          <w:rFonts w:cstheme="minorHAnsi"/>
        </w:rPr>
        <w:t xml:space="preserve">. Je </w:t>
      </w:r>
      <w:proofErr w:type="spellStart"/>
      <w:r w:rsidRPr="00F171CB">
        <w:rPr>
          <w:rFonts w:cstheme="minorHAnsi"/>
        </w:rPr>
        <w:t>nach</w:t>
      </w:r>
      <w:proofErr w:type="spellEnd"/>
      <w:r w:rsidRPr="00F171CB">
        <w:rPr>
          <w:rFonts w:cstheme="minorHAnsi"/>
        </w:rPr>
        <w:t xml:space="preserve"> </w:t>
      </w:r>
      <w:proofErr w:type="spellStart"/>
      <w:r w:rsidRPr="00F171CB">
        <w:rPr>
          <w:rFonts w:cstheme="minorHAnsi"/>
        </w:rPr>
        <w:t>Betriebssystem</w:t>
      </w:r>
      <w:proofErr w:type="spellEnd"/>
      <w:r w:rsidRPr="00F171CB">
        <w:rPr>
          <w:rFonts w:cstheme="minorHAnsi"/>
        </w:rPr>
        <w:t xml:space="preserve"> und </w:t>
      </w:r>
      <w:proofErr w:type="spellStart"/>
      <w:r w:rsidRPr="00F171CB">
        <w:rPr>
          <w:rFonts w:cstheme="minorHAnsi"/>
        </w:rPr>
        <w:t>Umgebung</w:t>
      </w:r>
      <w:proofErr w:type="spellEnd"/>
    </w:p>
    <w:p w14:paraId="61EE5012" w14:textId="77777777" w:rsidR="008E658C" w:rsidRPr="00F171CB" w:rsidRDefault="008E658C" w:rsidP="008E658C">
      <w:pPr>
        <w:spacing w:after="0" w:line="240" w:lineRule="auto"/>
        <w:contextualSpacing/>
        <w:jc w:val="both"/>
        <w:rPr>
          <w:rFonts w:cstheme="minorHAnsi"/>
        </w:rPr>
      </w:pPr>
      <w:r w:rsidRPr="00F171CB">
        <w:rPr>
          <w:rFonts w:cstheme="minorHAnsi"/>
        </w:rPr>
        <w:t xml:space="preserve">1. </w:t>
      </w:r>
      <w:r w:rsidRPr="00F171CB">
        <w:rPr>
          <w:rFonts w:cstheme="minorHAnsi"/>
          <w:highlight w:val="lightGray"/>
        </w:rPr>
        <w:t>Win</w:t>
      </w:r>
      <w:r w:rsidRPr="00F171CB">
        <w:rPr>
          <w:rFonts w:cstheme="minorHAnsi"/>
        </w:rPr>
        <w:t xml:space="preserve"> </w:t>
      </w:r>
      <w:proofErr w:type="spellStart"/>
      <w:r w:rsidRPr="00F171CB">
        <w:rPr>
          <w:rFonts w:cstheme="minorHAnsi"/>
        </w:rPr>
        <w:t>dann</w:t>
      </w:r>
      <w:proofErr w:type="spellEnd"/>
      <w:r w:rsidRPr="00F171CB">
        <w:rPr>
          <w:rFonts w:cstheme="minorHAnsi"/>
        </w:rPr>
        <w:t xml:space="preserve"> </w:t>
      </w:r>
      <w:proofErr w:type="spellStart"/>
      <w:r w:rsidRPr="00F171CB">
        <w:rPr>
          <w:rFonts w:cstheme="minorHAnsi"/>
        </w:rPr>
        <w:t>nach</w:t>
      </w:r>
      <w:proofErr w:type="spellEnd"/>
      <w:r w:rsidRPr="00F171CB">
        <w:rPr>
          <w:rFonts w:cstheme="minorHAnsi"/>
        </w:rPr>
        <w:t xml:space="preserve"> PowerShell </w:t>
      </w:r>
      <w:proofErr w:type="spellStart"/>
      <w:r w:rsidRPr="00F171CB">
        <w:rPr>
          <w:rFonts w:cstheme="minorHAnsi"/>
        </w:rPr>
        <w:t>suchen</w:t>
      </w:r>
      <w:proofErr w:type="spellEnd"/>
      <w:r w:rsidRPr="00F171CB">
        <w:rPr>
          <w:rFonts w:cstheme="minorHAnsi"/>
        </w:rPr>
        <w:t xml:space="preserve">. 2. </w:t>
      </w:r>
      <w:proofErr w:type="spellStart"/>
      <w:r w:rsidRPr="00F171CB">
        <w:rPr>
          <w:rFonts w:cstheme="minorHAnsi"/>
        </w:rPr>
        <w:t>Über</w:t>
      </w:r>
      <w:proofErr w:type="spellEnd"/>
      <w:r w:rsidRPr="00F171CB">
        <w:rPr>
          <w:rFonts w:cstheme="minorHAnsi"/>
        </w:rPr>
        <w:t xml:space="preserve"> </w:t>
      </w:r>
      <w:proofErr w:type="spellStart"/>
      <w:r w:rsidRPr="00F171CB">
        <w:rPr>
          <w:rFonts w:cstheme="minorHAnsi"/>
        </w:rPr>
        <w:t>Ausführen</w:t>
      </w:r>
      <w:proofErr w:type="spellEnd"/>
      <w:r w:rsidRPr="00F171CB">
        <w:rPr>
          <w:rFonts w:cstheme="minorHAnsi"/>
        </w:rPr>
        <w:t xml:space="preserve"> </w:t>
      </w:r>
      <w:r w:rsidRPr="00F171CB">
        <w:rPr>
          <w:rFonts w:cstheme="minorHAnsi"/>
          <w:highlight w:val="lightGray"/>
        </w:rPr>
        <w:t>Win + R</w:t>
      </w:r>
      <w:r w:rsidRPr="00F171CB">
        <w:rPr>
          <w:rFonts w:cstheme="minorHAnsi"/>
        </w:rPr>
        <w:t xml:space="preserve"> </w:t>
      </w:r>
      <w:proofErr w:type="spellStart"/>
      <w:r w:rsidRPr="00F171CB">
        <w:rPr>
          <w:rFonts w:cstheme="minorHAnsi"/>
        </w:rPr>
        <w:t>dann</w:t>
      </w:r>
      <w:proofErr w:type="spellEnd"/>
      <w:r w:rsidRPr="00F171CB">
        <w:rPr>
          <w:rFonts w:cstheme="minorHAnsi"/>
        </w:rPr>
        <w:t xml:space="preserve"> PowerShell </w:t>
      </w:r>
      <w:proofErr w:type="spellStart"/>
      <w:r w:rsidRPr="00F171CB">
        <w:rPr>
          <w:rFonts w:cstheme="minorHAnsi"/>
        </w:rPr>
        <w:t>Eingeben</w:t>
      </w:r>
      <w:proofErr w:type="spellEnd"/>
      <w:r w:rsidRPr="00F171CB">
        <w:rPr>
          <w:rFonts w:cstheme="minorHAnsi"/>
        </w:rPr>
        <w:t xml:space="preserve">. 3. </w:t>
      </w:r>
      <w:proofErr w:type="spellStart"/>
      <w:r w:rsidRPr="00F171CB">
        <w:rPr>
          <w:rFonts w:cstheme="minorHAnsi"/>
        </w:rPr>
        <w:t>Über</w:t>
      </w:r>
      <w:proofErr w:type="spellEnd"/>
      <w:r w:rsidRPr="00F171CB">
        <w:rPr>
          <w:rFonts w:cstheme="minorHAnsi"/>
        </w:rPr>
        <w:t xml:space="preserve"> Start. </w:t>
      </w:r>
      <w:r w:rsidRPr="00F171CB">
        <w:rPr>
          <w:rFonts w:cstheme="minorHAnsi"/>
          <w:highlight w:val="lightGray"/>
        </w:rPr>
        <w:t>Win + X</w:t>
      </w:r>
      <w:r w:rsidRPr="00F171CB">
        <w:rPr>
          <w:rFonts w:cstheme="minorHAnsi"/>
        </w:rPr>
        <w:t xml:space="preserve"> </w:t>
      </w:r>
      <w:proofErr w:type="spellStart"/>
      <w:r w:rsidRPr="00F171CB">
        <w:rPr>
          <w:rFonts w:cstheme="minorHAnsi"/>
        </w:rPr>
        <w:t>oder</w:t>
      </w:r>
      <w:proofErr w:type="spellEnd"/>
      <w:r w:rsidRPr="00F171CB">
        <w:rPr>
          <w:rFonts w:cstheme="minorHAnsi"/>
        </w:rPr>
        <w:t xml:space="preserve"> </w:t>
      </w:r>
      <w:proofErr w:type="spellStart"/>
      <w:r w:rsidRPr="00F171CB">
        <w:rPr>
          <w:rFonts w:cstheme="minorHAnsi"/>
        </w:rPr>
        <w:t>rechtsklick</w:t>
      </w:r>
      <w:proofErr w:type="spellEnd"/>
      <w:r w:rsidRPr="00F171CB">
        <w:rPr>
          <w:rFonts w:cstheme="minorHAnsi"/>
        </w:rPr>
        <w:t xml:space="preserve"> auf das Start Symbol </w:t>
      </w:r>
      <w:proofErr w:type="spellStart"/>
      <w:r w:rsidRPr="00F171CB">
        <w:rPr>
          <w:rFonts w:cstheme="minorHAnsi"/>
        </w:rPr>
        <w:t>dann</w:t>
      </w:r>
      <w:proofErr w:type="spellEnd"/>
      <w:r w:rsidRPr="00F171CB">
        <w:rPr>
          <w:rFonts w:cstheme="minorHAnsi"/>
        </w:rPr>
        <w:t xml:space="preserve"> Terminal </w:t>
      </w:r>
      <w:proofErr w:type="spellStart"/>
      <w:r w:rsidRPr="00F171CB">
        <w:rPr>
          <w:rFonts w:cstheme="minorHAnsi"/>
        </w:rPr>
        <w:t>anklicken</w:t>
      </w:r>
      <w:proofErr w:type="spellEnd"/>
      <w:r w:rsidRPr="00F171CB">
        <w:rPr>
          <w:rFonts w:cstheme="minorHAnsi"/>
        </w:rPr>
        <w:t xml:space="preserve">. 4. In der PowerShell </w:t>
      </w:r>
      <w:proofErr w:type="spellStart"/>
      <w:r w:rsidRPr="00F171CB">
        <w:rPr>
          <w:rFonts w:cstheme="minorHAnsi"/>
        </w:rPr>
        <w:t>oder</w:t>
      </w:r>
      <w:proofErr w:type="spellEnd"/>
      <w:r w:rsidRPr="00F171CB">
        <w:rPr>
          <w:rFonts w:cstheme="minorHAnsi"/>
        </w:rPr>
        <w:t xml:space="preserve"> in der </w:t>
      </w:r>
      <w:proofErr w:type="spellStart"/>
      <w:r w:rsidRPr="00F171CB">
        <w:rPr>
          <w:rFonts w:cstheme="minorHAnsi"/>
        </w:rPr>
        <w:t>Eingabeaufforderung</w:t>
      </w:r>
      <w:proofErr w:type="spellEnd"/>
      <w:r w:rsidRPr="00F171CB">
        <w:rPr>
          <w:rFonts w:cstheme="minorHAnsi"/>
        </w:rPr>
        <w:t xml:space="preserve"> PowerShell </w:t>
      </w:r>
      <w:proofErr w:type="spellStart"/>
      <w:r w:rsidRPr="00F171CB">
        <w:rPr>
          <w:rFonts w:cstheme="minorHAnsi"/>
        </w:rPr>
        <w:t>ausführen</w:t>
      </w:r>
      <w:proofErr w:type="spellEnd"/>
      <w:r w:rsidRPr="00F171CB">
        <w:rPr>
          <w:rFonts w:cstheme="minorHAnsi"/>
        </w:rPr>
        <w:t>.</w:t>
      </w:r>
    </w:p>
    <w:p w14:paraId="0E829D21" w14:textId="77777777" w:rsidR="008E658C" w:rsidRPr="00F171CB" w:rsidRDefault="008E658C" w:rsidP="008E658C">
      <w:pPr>
        <w:spacing w:after="0" w:line="240" w:lineRule="auto"/>
        <w:jc w:val="both"/>
        <w:rPr>
          <w:rFonts w:cstheme="minorHAnsi"/>
        </w:rPr>
      </w:pPr>
    </w:p>
    <w:p w14:paraId="43D2C59E" w14:textId="77777777" w:rsidR="008E658C" w:rsidRPr="00F171CB" w:rsidRDefault="008E658C" w:rsidP="008E658C">
      <w:pPr>
        <w:spacing w:after="0" w:line="240" w:lineRule="auto"/>
        <w:jc w:val="both"/>
        <w:rPr>
          <w:rFonts w:cstheme="minorHAnsi"/>
          <w:color w:val="4F81BD" w:themeColor="accent1"/>
          <w:sz w:val="26"/>
          <w:szCs w:val="26"/>
        </w:rPr>
      </w:pPr>
      <w:r w:rsidRPr="00F171CB">
        <w:rPr>
          <w:rFonts w:cstheme="minorHAnsi"/>
          <w:color w:val="4F81BD" w:themeColor="accent1"/>
          <w:sz w:val="26"/>
          <w:szCs w:val="26"/>
        </w:rPr>
        <w:t>Shell</w:t>
      </w:r>
    </w:p>
    <w:p w14:paraId="07F414F2" w14:textId="77777777" w:rsidR="008E658C" w:rsidRPr="00F171CB" w:rsidRDefault="008E658C" w:rsidP="008E658C">
      <w:pPr>
        <w:spacing w:after="0" w:line="240" w:lineRule="auto"/>
        <w:jc w:val="both"/>
        <w:rPr>
          <w:rFonts w:cstheme="minorHAnsi"/>
        </w:rPr>
      </w:pPr>
    </w:p>
    <w:p w14:paraId="39D43386" w14:textId="77777777" w:rsidR="008E658C" w:rsidRPr="00F171CB" w:rsidRDefault="008E658C" w:rsidP="008E658C">
      <w:pPr>
        <w:spacing w:after="0" w:line="240" w:lineRule="auto"/>
        <w:jc w:val="both"/>
        <w:rPr>
          <w:rFonts w:cstheme="minorHAnsi"/>
        </w:rPr>
      </w:pPr>
      <w:r w:rsidRPr="00F171CB">
        <w:rPr>
          <w:rFonts w:cstheme="minorHAnsi"/>
        </w:rPr>
        <w:t xml:space="preserve">Eine </w:t>
      </w:r>
      <w:r w:rsidRPr="00F171CB">
        <w:rPr>
          <w:rStyle w:val="Fett"/>
          <w:rFonts w:cstheme="minorHAnsi"/>
          <w:b w:val="0"/>
          <w:bCs w:val="0"/>
        </w:rPr>
        <w:t>Shell</w:t>
      </w:r>
      <w:r w:rsidRPr="00F171CB">
        <w:rPr>
          <w:rFonts w:cstheme="minorHAnsi"/>
        </w:rPr>
        <w:t xml:space="preserve"> </w:t>
      </w:r>
      <w:proofErr w:type="spellStart"/>
      <w:r w:rsidRPr="00F171CB">
        <w:rPr>
          <w:rFonts w:cstheme="minorHAnsi"/>
        </w:rPr>
        <w:t>ist</w:t>
      </w:r>
      <w:proofErr w:type="spellEnd"/>
      <w:r w:rsidRPr="00F171CB">
        <w:rPr>
          <w:rFonts w:cstheme="minorHAnsi"/>
        </w:rPr>
        <w:t xml:space="preserve"> </w:t>
      </w:r>
      <w:proofErr w:type="spellStart"/>
      <w:r w:rsidRPr="00F171CB">
        <w:rPr>
          <w:rFonts w:cstheme="minorHAnsi"/>
        </w:rPr>
        <w:t>eine</w:t>
      </w:r>
      <w:proofErr w:type="spellEnd"/>
      <w:r w:rsidRPr="00F171CB">
        <w:rPr>
          <w:rFonts w:cstheme="minorHAnsi"/>
        </w:rPr>
        <w:t xml:space="preserve"> </w:t>
      </w:r>
      <w:proofErr w:type="spellStart"/>
      <w:r w:rsidRPr="00F171CB">
        <w:rPr>
          <w:rFonts w:cstheme="minorHAnsi"/>
        </w:rPr>
        <w:t>Benutzeroberfläche</w:t>
      </w:r>
      <w:proofErr w:type="spellEnd"/>
      <w:r w:rsidRPr="00F171CB">
        <w:rPr>
          <w:rFonts w:cstheme="minorHAnsi"/>
        </w:rPr>
        <w:t xml:space="preserve"> </w:t>
      </w:r>
      <w:proofErr w:type="spellStart"/>
      <w:r w:rsidRPr="00F171CB">
        <w:rPr>
          <w:rFonts w:cstheme="minorHAnsi"/>
        </w:rPr>
        <w:t>zur</w:t>
      </w:r>
      <w:proofErr w:type="spellEnd"/>
      <w:r w:rsidRPr="00F171CB">
        <w:rPr>
          <w:rFonts w:cstheme="minorHAnsi"/>
        </w:rPr>
        <w:t xml:space="preserve"> </w:t>
      </w:r>
      <w:proofErr w:type="spellStart"/>
      <w:r w:rsidRPr="00F171CB">
        <w:rPr>
          <w:rFonts w:cstheme="minorHAnsi"/>
        </w:rPr>
        <w:t>Interaktion</w:t>
      </w:r>
      <w:proofErr w:type="spellEnd"/>
      <w:r w:rsidRPr="00F171CB">
        <w:rPr>
          <w:rFonts w:cstheme="minorHAnsi"/>
        </w:rPr>
        <w:t xml:space="preserve"> </w:t>
      </w:r>
      <w:proofErr w:type="spellStart"/>
      <w:r w:rsidRPr="00F171CB">
        <w:rPr>
          <w:rFonts w:cstheme="minorHAnsi"/>
        </w:rPr>
        <w:t>mit</w:t>
      </w:r>
      <w:proofErr w:type="spellEnd"/>
      <w:r w:rsidRPr="00F171CB">
        <w:rPr>
          <w:rFonts w:cstheme="minorHAnsi"/>
        </w:rPr>
        <w:t xml:space="preserve"> </w:t>
      </w:r>
      <w:proofErr w:type="spellStart"/>
      <w:r w:rsidRPr="00F171CB">
        <w:rPr>
          <w:rFonts w:cstheme="minorHAnsi"/>
        </w:rPr>
        <w:t>einem</w:t>
      </w:r>
      <w:proofErr w:type="spellEnd"/>
      <w:r w:rsidRPr="00F171CB">
        <w:rPr>
          <w:rFonts w:cstheme="minorHAnsi"/>
        </w:rPr>
        <w:t xml:space="preserve"> </w:t>
      </w:r>
      <w:proofErr w:type="spellStart"/>
      <w:r w:rsidRPr="00F171CB">
        <w:rPr>
          <w:rFonts w:cstheme="minorHAnsi"/>
        </w:rPr>
        <w:t>Betriebssystem</w:t>
      </w:r>
      <w:proofErr w:type="spellEnd"/>
      <w:r w:rsidRPr="00F171CB">
        <w:rPr>
          <w:rFonts w:cstheme="minorHAnsi"/>
        </w:rPr>
        <w:t xml:space="preserve">. Sie </w:t>
      </w:r>
      <w:proofErr w:type="spellStart"/>
      <w:r w:rsidRPr="00F171CB">
        <w:rPr>
          <w:rFonts w:cstheme="minorHAnsi"/>
        </w:rPr>
        <w:t>ermöglicht</w:t>
      </w:r>
      <w:proofErr w:type="spellEnd"/>
      <w:r w:rsidRPr="00F171CB">
        <w:rPr>
          <w:rFonts w:cstheme="minorHAnsi"/>
        </w:rPr>
        <w:t xml:space="preserve"> das </w:t>
      </w:r>
      <w:proofErr w:type="spellStart"/>
      <w:r w:rsidRPr="00F171CB">
        <w:rPr>
          <w:rFonts w:cstheme="minorHAnsi"/>
        </w:rPr>
        <w:t>Ausführen</w:t>
      </w:r>
      <w:proofErr w:type="spellEnd"/>
      <w:r w:rsidRPr="00F171CB">
        <w:rPr>
          <w:rFonts w:cstheme="minorHAnsi"/>
        </w:rPr>
        <w:t xml:space="preserve"> von </w:t>
      </w:r>
      <w:proofErr w:type="spellStart"/>
      <w:r w:rsidRPr="00F171CB">
        <w:rPr>
          <w:rFonts w:cstheme="minorHAnsi"/>
        </w:rPr>
        <w:t>Befehlen</w:t>
      </w:r>
      <w:proofErr w:type="spellEnd"/>
      <w:r w:rsidRPr="00F171CB">
        <w:rPr>
          <w:rFonts w:cstheme="minorHAnsi"/>
        </w:rPr>
        <w:t xml:space="preserve">, das </w:t>
      </w:r>
      <w:proofErr w:type="spellStart"/>
      <w:r w:rsidRPr="00F171CB">
        <w:rPr>
          <w:rFonts w:cstheme="minorHAnsi"/>
        </w:rPr>
        <w:t>Verwalten</w:t>
      </w:r>
      <w:proofErr w:type="spellEnd"/>
      <w:r w:rsidRPr="00F171CB">
        <w:rPr>
          <w:rFonts w:cstheme="minorHAnsi"/>
        </w:rPr>
        <w:t xml:space="preserve"> von </w:t>
      </w:r>
      <w:proofErr w:type="spellStart"/>
      <w:r w:rsidRPr="00F171CB">
        <w:rPr>
          <w:rFonts w:cstheme="minorHAnsi"/>
        </w:rPr>
        <w:t>Dateien</w:t>
      </w:r>
      <w:proofErr w:type="spellEnd"/>
      <w:r w:rsidRPr="00F171CB">
        <w:rPr>
          <w:rFonts w:cstheme="minorHAnsi"/>
        </w:rPr>
        <w:t xml:space="preserve"> und die </w:t>
      </w:r>
      <w:proofErr w:type="spellStart"/>
      <w:r w:rsidRPr="00F171CB">
        <w:rPr>
          <w:rFonts w:cstheme="minorHAnsi"/>
        </w:rPr>
        <w:t>Automatisierung</w:t>
      </w:r>
      <w:proofErr w:type="spellEnd"/>
      <w:r w:rsidRPr="00F171CB">
        <w:rPr>
          <w:rFonts w:cstheme="minorHAnsi"/>
        </w:rPr>
        <w:t xml:space="preserve"> von </w:t>
      </w:r>
      <w:proofErr w:type="spellStart"/>
      <w:r w:rsidRPr="00F171CB">
        <w:rPr>
          <w:rFonts w:cstheme="minorHAnsi"/>
        </w:rPr>
        <w:t>Aufgaben</w:t>
      </w:r>
      <w:proofErr w:type="spellEnd"/>
      <w:r w:rsidRPr="00F171CB">
        <w:rPr>
          <w:rFonts w:cstheme="minorHAnsi"/>
        </w:rPr>
        <w:t>.</w:t>
      </w:r>
    </w:p>
    <w:p w14:paraId="1CC96A95" w14:textId="77777777" w:rsidR="008E658C" w:rsidRPr="00F171CB" w:rsidRDefault="008E658C" w:rsidP="008E658C">
      <w:pPr>
        <w:spacing w:after="0" w:line="240" w:lineRule="auto"/>
        <w:jc w:val="both"/>
        <w:rPr>
          <w:rFonts w:cstheme="minorHAnsi"/>
        </w:rPr>
      </w:pPr>
    </w:p>
    <w:p w14:paraId="760A93DE" w14:textId="77777777" w:rsidR="008E658C" w:rsidRPr="00F171CB" w:rsidRDefault="008E658C" w:rsidP="008E658C">
      <w:pPr>
        <w:spacing w:after="0" w:line="240" w:lineRule="auto"/>
        <w:jc w:val="both"/>
        <w:rPr>
          <w:rFonts w:cstheme="minorHAnsi"/>
          <w:color w:val="4F81BD" w:themeColor="accent1"/>
          <w:sz w:val="26"/>
          <w:szCs w:val="26"/>
        </w:rPr>
      </w:pPr>
      <w:r w:rsidRPr="00F171CB">
        <w:rPr>
          <w:rFonts w:cstheme="minorHAnsi"/>
          <w:color w:val="4F81BD" w:themeColor="accent1"/>
          <w:sz w:val="26"/>
          <w:szCs w:val="26"/>
        </w:rPr>
        <w:t>.NET</w:t>
      </w:r>
    </w:p>
    <w:p w14:paraId="0ED79F44" w14:textId="77777777" w:rsidR="008E658C" w:rsidRPr="00F171CB" w:rsidRDefault="008E658C" w:rsidP="008E658C">
      <w:pPr>
        <w:spacing w:after="0" w:line="240" w:lineRule="auto"/>
        <w:jc w:val="both"/>
        <w:rPr>
          <w:rFonts w:cstheme="minorHAnsi"/>
        </w:rPr>
      </w:pPr>
    </w:p>
    <w:p w14:paraId="0105B1AC" w14:textId="77777777" w:rsidR="008E658C" w:rsidRPr="00F171CB" w:rsidRDefault="008E658C" w:rsidP="008E658C">
      <w:pPr>
        <w:spacing w:after="0" w:line="240" w:lineRule="auto"/>
        <w:contextualSpacing/>
        <w:jc w:val="both"/>
        <w:rPr>
          <w:rFonts w:cstheme="minorHAnsi"/>
        </w:rPr>
      </w:pPr>
      <w:r w:rsidRPr="00F171CB">
        <w:rPr>
          <w:rStyle w:val="Fett"/>
          <w:rFonts w:cstheme="minorHAnsi"/>
          <w:b w:val="0"/>
          <w:bCs w:val="0"/>
        </w:rPr>
        <w:t>.NET</w:t>
      </w:r>
      <w:r w:rsidRPr="00F171CB">
        <w:rPr>
          <w:rFonts w:cstheme="minorHAnsi"/>
        </w:rPr>
        <w:t xml:space="preserve"> </w:t>
      </w:r>
      <w:proofErr w:type="spellStart"/>
      <w:r w:rsidRPr="00F171CB">
        <w:rPr>
          <w:rFonts w:cstheme="minorHAnsi"/>
        </w:rPr>
        <w:t>ist</w:t>
      </w:r>
      <w:proofErr w:type="spellEnd"/>
      <w:r w:rsidRPr="00F171CB">
        <w:rPr>
          <w:rFonts w:cstheme="minorHAnsi"/>
        </w:rPr>
        <w:t xml:space="preserve"> </w:t>
      </w:r>
      <w:proofErr w:type="spellStart"/>
      <w:r w:rsidRPr="00F171CB">
        <w:rPr>
          <w:rFonts w:cstheme="minorHAnsi"/>
        </w:rPr>
        <w:t>eine</w:t>
      </w:r>
      <w:proofErr w:type="spellEnd"/>
      <w:r w:rsidRPr="00F171CB">
        <w:rPr>
          <w:rFonts w:cstheme="minorHAnsi"/>
        </w:rPr>
        <w:t xml:space="preserve"> von Microsoft </w:t>
      </w:r>
      <w:proofErr w:type="spellStart"/>
      <w:r w:rsidRPr="00F171CB">
        <w:rPr>
          <w:rFonts w:cstheme="minorHAnsi"/>
        </w:rPr>
        <w:t>entwickelte</w:t>
      </w:r>
      <w:proofErr w:type="spellEnd"/>
      <w:r w:rsidRPr="00F171CB">
        <w:rPr>
          <w:rFonts w:cstheme="minorHAnsi"/>
        </w:rPr>
        <w:t xml:space="preserve"> Software-</w:t>
      </w:r>
      <w:proofErr w:type="spellStart"/>
      <w:r w:rsidRPr="00F171CB">
        <w:rPr>
          <w:rFonts w:cstheme="minorHAnsi"/>
        </w:rPr>
        <w:t>Plattform</w:t>
      </w:r>
      <w:proofErr w:type="spellEnd"/>
      <w:r w:rsidRPr="00F171CB">
        <w:rPr>
          <w:rFonts w:cstheme="minorHAnsi"/>
        </w:rPr>
        <w:t xml:space="preserve">, die </w:t>
      </w:r>
      <w:proofErr w:type="spellStart"/>
      <w:r w:rsidRPr="00F171CB">
        <w:rPr>
          <w:rFonts w:cstheme="minorHAnsi"/>
        </w:rPr>
        <w:t>eine</w:t>
      </w:r>
      <w:proofErr w:type="spellEnd"/>
      <w:r w:rsidRPr="00F171CB">
        <w:rPr>
          <w:rFonts w:cstheme="minorHAnsi"/>
        </w:rPr>
        <w:t xml:space="preserve"> </w:t>
      </w:r>
      <w:proofErr w:type="spellStart"/>
      <w:r w:rsidRPr="00F171CB">
        <w:rPr>
          <w:rFonts w:cstheme="minorHAnsi"/>
        </w:rPr>
        <w:t>Umgebung</w:t>
      </w:r>
      <w:proofErr w:type="spellEnd"/>
      <w:r w:rsidRPr="00F171CB">
        <w:rPr>
          <w:rFonts w:cstheme="minorHAnsi"/>
        </w:rPr>
        <w:t xml:space="preserve"> </w:t>
      </w:r>
      <w:proofErr w:type="spellStart"/>
      <w:r w:rsidRPr="00F171CB">
        <w:rPr>
          <w:rFonts w:cstheme="minorHAnsi"/>
        </w:rPr>
        <w:t>für</w:t>
      </w:r>
      <w:proofErr w:type="spellEnd"/>
      <w:r w:rsidRPr="00F171CB">
        <w:rPr>
          <w:rFonts w:cstheme="minorHAnsi"/>
        </w:rPr>
        <w:t xml:space="preserve"> die </w:t>
      </w:r>
      <w:proofErr w:type="spellStart"/>
      <w:r w:rsidRPr="00F171CB">
        <w:rPr>
          <w:rFonts w:cstheme="minorHAnsi"/>
        </w:rPr>
        <w:t>Entwicklung</w:t>
      </w:r>
      <w:proofErr w:type="spellEnd"/>
      <w:r w:rsidRPr="00F171CB">
        <w:rPr>
          <w:rFonts w:cstheme="minorHAnsi"/>
        </w:rPr>
        <w:t xml:space="preserve"> und </w:t>
      </w:r>
      <w:proofErr w:type="spellStart"/>
      <w:r w:rsidRPr="00F171CB">
        <w:rPr>
          <w:rFonts w:cstheme="minorHAnsi"/>
        </w:rPr>
        <w:t>Ausführung</w:t>
      </w:r>
      <w:proofErr w:type="spellEnd"/>
      <w:r w:rsidRPr="00F171CB">
        <w:rPr>
          <w:rFonts w:cstheme="minorHAnsi"/>
        </w:rPr>
        <w:t xml:space="preserve"> von </w:t>
      </w:r>
      <w:proofErr w:type="spellStart"/>
      <w:r w:rsidRPr="00F171CB">
        <w:rPr>
          <w:rFonts w:cstheme="minorHAnsi"/>
        </w:rPr>
        <w:t>Anwendungen</w:t>
      </w:r>
      <w:proofErr w:type="spellEnd"/>
      <w:r w:rsidRPr="00F171CB">
        <w:rPr>
          <w:rFonts w:cstheme="minorHAnsi"/>
        </w:rPr>
        <w:t xml:space="preserve"> </w:t>
      </w:r>
      <w:proofErr w:type="spellStart"/>
      <w:r w:rsidRPr="00F171CB">
        <w:rPr>
          <w:rFonts w:cstheme="minorHAnsi"/>
        </w:rPr>
        <w:t>bietet</w:t>
      </w:r>
      <w:proofErr w:type="spellEnd"/>
      <w:r w:rsidRPr="00F171CB">
        <w:rPr>
          <w:rFonts w:cstheme="minorHAnsi"/>
        </w:rPr>
        <w:t xml:space="preserve">. Sie </w:t>
      </w:r>
      <w:proofErr w:type="spellStart"/>
      <w:r w:rsidRPr="00F171CB">
        <w:rPr>
          <w:rFonts w:cstheme="minorHAnsi"/>
        </w:rPr>
        <w:t>unterstützt</w:t>
      </w:r>
      <w:proofErr w:type="spellEnd"/>
      <w:r w:rsidRPr="00F171CB">
        <w:rPr>
          <w:rFonts w:cstheme="minorHAnsi"/>
        </w:rPr>
        <w:t xml:space="preserve"> </w:t>
      </w:r>
      <w:proofErr w:type="spellStart"/>
      <w:r w:rsidRPr="00F171CB">
        <w:rPr>
          <w:rFonts w:cstheme="minorHAnsi"/>
        </w:rPr>
        <w:t>mehrere</w:t>
      </w:r>
      <w:proofErr w:type="spellEnd"/>
      <w:r w:rsidRPr="00F171CB">
        <w:rPr>
          <w:rFonts w:cstheme="minorHAnsi"/>
        </w:rPr>
        <w:t xml:space="preserve"> </w:t>
      </w:r>
      <w:proofErr w:type="spellStart"/>
      <w:r w:rsidRPr="00F171CB">
        <w:rPr>
          <w:rFonts w:cstheme="minorHAnsi"/>
        </w:rPr>
        <w:t>Programmiersprachen</w:t>
      </w:r>
      <w:proofErr w:type="spellEnd"/>
      <w:r w:rsidRPr="00F171CB">
        <w:rPr>
          <w:rFonts w:cstheme="minorHAnsi"/>
        </w:rPr>
        <w:t xml:space="preserve"> (z. B. C#, F#, VB.NET) und </w:t>
      </w:r>
      <w:proofErr w:type="spellStart"/>
      <w:r w:rsidRPr="00F171CB">
        <w:rPr>
          <w:rFonts w:cstheme="minorHAnsi"/>
        </w:rPr>
        <w:t>ermöglicht</w:t>
      </w:r>
      <w:proofErr w:type="spellEnd"/>
      <w:r w:rsidRPr="00F171CB">
        <w:rPr>
          <w:rFonts w:cstheme="minorHAnsi"/>
        </w:rPr>
        <w:t xml:space="preserve"> die </w:t>
      </w:r>
      <w:proofErr w:type="spellStart"/>
      <w:r w:rsidRPr="00F171CB">
        <w:rPr>
          <w:rFonts w:cstheme="minorHAnsi"/>
        </w:rPr>
        <w:t>Entwicklung</w:t>
      </w:r>
      <w:proofErr w:type="spellEnd"/>
      <w:r w:rsidRPr="00F171CB">
        <w:rPr>
          <w:rFonts w:cstheme="minorHAnsi"/>
        </w:rPr>
        <w:t xml:space="preserve"> von Desktop-, Web-, Cloud-, </w:t>
      </w:r>
      <w:proofErr w:type="spellStart"/>
      <w:r w:rsidRPr="00F171CB">
        <w:rPr>
          <w:rFonts w:cstheme="minorHAnsi"/>
        </w:rPr>
        <w:t>mobilen</w:t>
      </w:r>
      <w:proofErr w:type="spellEnd"/>
      <w:r w:rsidRPr="00F171CB">
        <w:rPr>
          <w:rFonts w:cstheme="minorHAnsi"/>
        </w:rPr>
        <w:t xml:space="preserve"> und </w:t>
      </w:r>
      <w:proofErr w:type="spellStart"/>
      <w:r w:rsidRPr="00F171CB">
        <w:rPr>
          <w:rFonts w:cstheme="minorHAnsi"/>
        </w:rPr>
        <w:t>Spiele-Anwendungen</w:t>
      </w:r>
      <w:proofErr w:type="spellEnd"/>
      <w:r w:rsidRPr="00F171CB">
        <w:rPr>
          <w:rFonts w:cstheme="minorHAnsi"/>
        </w:rPr>
        <w:t>.</w:t>
      </w:r>
    </w:p>
    <w:p w14:paraId="527DCF47" w14:textId="77777777" w:rsidR="008E658C" w:rsidRPr="00F171CB" w:rsidRDefault="008E658C" w:rsidP="008E658C">
      <w:pPr>
        <w:spacing w:after="0" w:line="240" w:lineRule="auto"/>
        <w:contextualSpacing/>
        <w:jc w:val="both"/>
        <w:rPr>
          <w:rFonts w:cstheme="minorHAnsi"/>
        </w:rPr>
      </w:pPr>
    </w:p>
    <w:p w14:paraId="3F85AEAF" w14:textId="77777777" w:rsidR="008E658C" w:rsidRPr="00F171CB" w:rsidRDefault="008E658C" w:rsidP="008E658C">
      <w:pPr>
        <w:spacing w:after="0" w:line="240" w:lineRule="auto"/>
        <w:jc w:val="both"/>
        <w:rPr>
          <w:rFonts w:cstheme="minorHAnsi"/>
          <w:color w:val="4F81BD" w:themeColor="accent1"/>
          <w:sz w:val="26"/>
          <w:szCs w:val="26"/>
        </w:rPr>
      </w:pPr>
      <w:r w:rsidRPr="00F171CB">
        <w:rPr>
          <w:rFonts w:cstheme="minorHAnsi"/>
          <w:color w:val="4F81BD" w:themeColor="accent1"/>
          <w:sz w:val="26"/>
          <w:szCs w:val="26"/>
        </w:rPr>
        <w:t xml:space="preserve">Cmdlet/ </w:t>
      </w:r>
      <w:proofErr w:type="spellStart"/>
      <w:r w:rsidRPr="00F171CB">
        <w:rPr>
          <w:rFonts w:cstheme="minorHAnsi"/>
          <w:color w:val="4F81BD" w:themeColor="accent1"/>
          <w:sz w:val="26"/>
          <w:szCs w:val="26"/>
        </w:rPr>
        <w:t>Commandlet</w:t>
      </w:r>
      <w:proofErr w:type="spellEnd"/>
    </w:p>
    <w:p w14:paraId="068B575B" w14:textId="77777777" w:rsidR="008E658C" w:rsidRPr="00F171CB" w:rsidRDefault="008E658C" w:rsidP="008E658C">
      <w:pPr>
        <w:spacing w:after="0" w:line="240" w:lineRule="auto"/>
        <w:jc w:val="both"/>
        <w:rPr>
          <w:rFonts w:cstheme="minorHAnsi"/>
        </w:rPr>
      </w:pPr>
    </w:p>
    <w:p w14:paraId="2AA2E120" w14:textId="77777777" w:rsidR="008E658C" w:rsidRPr="00F171CB" w:rsidRDefault="008E658C" w:rsidP="008E658C">
      <w:pPr>
        <w:spacing w:after="0" w:line="240" w:lineRule="auto"/>
        <w:jc w:val="both"/>
        <w:rPr>
          <w:rFonts w:cstheme="minorHAnsi"/>
        </w:rPr>
      </w:pPr>
      <w:r w:rsidRPr="00F171CB">
        <w:rPr>
          <w:rFonts w:cstheme="minorHAnsi"/>
        </w:rPr>
        <w:t xml:space="preserve">Ein </w:t>
      </w:r>
      <w:r w:rsidRPr="00F171CB">
        <w:rPr>
          <w:rStyle w:val="Fett"/>
          <w:rFonts w:cstheme="minorHAnsi"/>
          <w:b w:val="0"/>
          <w:bCs w:val="0"/>
        </w:rPr>
        <w:t>Cmdlet</w:t>
      </w:r>
      <w:r w:rsidRPr="00F171CB">
        <w:rPr>
          <w:rFonts w:cstheme="minorHAnsi"/>
        </w:rPr>
        <w:t xml:space="preserve"> (</w:t>
      </w:r>
      <w:proofErr w:type="spellStart"/>
      <w:r w:rsidRPr="00F171CB">
        <w:rPr>
          <w:rFonts w:cstheme="minorHAnsi"/>
        </w:rPr>
        <w:t>ausgesprochen</w:t>
      </w:r>
      <w:proofErr w:type="spellEnd"/>
      <w:r w:rsidRPr="00F171CB">
        <w:rPr>
          <w:rFonts w:cstheme="minorHAnsi"/>
        </w:rPr>
        <w:t xml:space="preserve"> „Command-</w:t>
      </w:r>
      <w:proofErr w:type="gramStart"/>
      <w:r w:rsidRPr="00F171CB">
        <w:rPr>
          <w:rFonts w:cstheme="minorHAnsi"/>
        </w:rPr>
        <w:t>let“</w:t>
      </w:r>
      <w:proofErr w:type="gramEnd"/>
      <w:r w:rsidRPr="00F171CB">
        <w:rPr>
          <w:rFonts w:cstheme="minorHAnsi"/>
        </w:rPr>
        <w:t xml:space="preserve">) </w:t>
      </w:r>
      <w:proofErr w:type="spellStart"/>
      <w:r w:rsidRPr="00F171CB">
        <w:rPr>
          <w:rFonts w:cstheme="minorHAnsi"/>
        </w:rPr>
        <w:t>ist</w:t>
      </w:r>
      <w:proofErr w:type="spellEnd"/>
      <w:r w:rsidRPr="00F171CB">
        <w:rPr>
          <w:rFonts w:cstheme="minorHAnsi"/>
        </w:rPr>
        <w:t xml:space="preserve"> </w:t>
      </w:r>
      <w:proofErr w:type="spellStart"/>
      <w:r w:rsidRPr="00F171CB">
        <w:rPr>
          <w:rFonts w:cstheme="minorHAnsi"/>
        </w:rPr>
        <w:t>ein</w:t>
      </w:r>
      <w:proofErr w:type="spellEnd"/>
      <w:r w:rsidRPr="00F171CB">
        <w:rPr>
          <w:rFonts w:cstheme="minorHAnsi"/>
        </w:rPr>
        <w:t xml:space="preserve"> </w:t>
      </w:r>
      <w:proofErr w:type="spellStart"/>
      <w:r w:rsidRPr="00F171CB">
        <w:rPr>
          <w:rFonts w:cstheme="minorHAnsi"/>
        </w:rPr>
        <w:t>spezieller</w:t>
      </w:r>
      <w:proofErr w:type="spellEnd"/>
      <w:r w:rsidRPr="00F171CB">
        <w:rPr>
          <w:rFonts w:cstheme="minorHAnsi"/>
        </w:rPr>
        <w:t xml:space="preserve"> </w:t>
      </w:r>
      <w:proofErr w:type="spellStart"/>
      <w:r w:rsidRPr="00F171CB">
        <w:rPr>
          <w:rFonts w:cstheme="minorHAnsi"/>
        </w:rPr>
        <w:t>Befehl</w:t>
      </w:r>
      <w:proofErr w:type="spellEnd"/>
      <w:r w:rsidRPr="00F171CB">
        <w:rPr>
          <w:rFonts w:cstheme="minorHAnsi"/>
        </w:rPr>
        <w:t xml:space="preserve"> in </w:t>
      </w:r>
      <w:r w:rsidRPr="00F171CB">
        <w:rPr>
          <w:rStyle w:val="Fett"/>
          <w:rFonts w:cstheme="minorHAnsi"/>
          <w:b w:val="0"/>
          <w:bCs w:val="0"/>
        </w:rPr>
        <w:t>PowerShell</w:t>
      </w:r>
      <w:r w:rsidRPr="00F171CB">
        <w:rPr>
          <w:rFonts w:cstheme="minorHAnsi"/>
        </w:rPr>
        <w:t xml:space="preserve">, der </w:t>
      </w:r>
      <w:proofErr w:type="spellStart"/>
      <w:r w:rsidRPr="00F171CB">
        <w:rPr>
          <w:rFonts w:cstheme="minorHAnsi"/>
        </w:rPr>
        <w:t>eine</w:t>
      </w:r>
      <w:proofErr w:type="spellEnd"/>
      <w:r w:rsidRPr="00F171CB">
        <w:rPr>
          <w:rFonts w:cstheme="minorHAnsi"/>
        </w:rPr>
        <w:t xml:space="preserve"> </w:t>
      </w:r>
      <w:proofErr w:type="spellStart"/>
      <w:r w:rsidRPr="00F171CB">
        <w:rPr>
          <w:rFonts w:cstheme="minorHAnsi"/>
        </w:rPr>
        <w:t>bestimmte</w:t>
      </w:r>
      <w:proofErr w:type="spellEnd"/>
      <w:r w:rsidRPr="00F171CB">
        <w:rPr>
          <w:rFonts w:cstheme="minorHAnsi"/>
        </w:rPr>
        <w:t xml:space="preserve"> </w:t>
      </w:r>
      <w:proofErr w:type="spellStart"/>
      <w:r w:rsidRPr="00F171CB">
        <w:rPr>
          <w:rFonts w:cstheme="minorHAnsi"/>
        </w:rPr>
        <w:t>Aktion</w:t>
      </w:r>
      <w:proofErr w:type="spellEnd"/>
      <w:r w:rsidRPr="00F171CB">
        <w:rPr>
          <w:rFonts w:cstheme="minorHAnsi"/>
        </w:rPr>
        <w:t xml:space="preserve"> </w:t>
      </w:r>
      <w:proofErr w:type="spellStart"/>
      <w:r w:rsidRPr="00F171CB">
        <w:rPr>
          <w:rFonts w:cstheme="minorHAnsi"/>
        </w:rPr>
        <w:t>ausführt</w:t>
      </w:r>
      <w:proofErr w:type="spellEnd"/>
      <w:r w:rsidRPr="00F171CB">
        <w:rPr>
          <w:rFonts w:cstheme="minorHAnsi"/>
        </w:rPr>
        <w:t xml:space="preserve">. </w:t>
      </w:r>
      <w:r w:rsidRPr="00F171CB">
        <w:rPr>
          <w:rStyle w:val="Fett"/>
          <w:rFonts w:cstheme="minorHAnsi"/>
          <w:b w:val="0"/>
          <w:bCs w:val="0"/>
        </w:rPr>
        <w:t>Cmdlets</w:t>
      </w:r>
      <w:r w:rsidRPr="00F171CB">
        <w:rPr>
          <w:rFonts w:cstheme="minorHAnsi"/>
        </w:rPr>
        <w:t xml:space="preserve"> </w:t>
      </w:r>
      <w:proofErr w:type="spellStart"/>
      <w:r w:rsidRPr="00F171CB">
        <w:rPr>
          <w:rFonts w:cstheme="minorHAnsi"/>
        </w:rPr>
        <w:t>sind</w:t>
      </w:r>
      <w:proofErr w:type="spellEnd"/>
      <w:r w:rsidRPr="00F171CB">
        <w:rPr>
          <w:rFonts w:cstheme="minorHAnsi"/>
        </w:rPr>
        <w:t xml:space="preserve"> das </w:t>
      </w:r>
      <w:proofErr w:type="spellStart"/>
      <w:r w:rsidRPr="00F171CB">
        <w:rPr>
          <w:rFonts w:cstheme="minorHAnsi"/>
        </w:rPr>
        <w:t>Herzstück</w:t>
      </w:r>
      <w:proofErr w:type="spellEnd"/>
      <w:r w:rsidRPr="00F171CB">
        <w:rPr>
          <w:rFonts w:cstheme="minorHAnsi"/>
        </w:rPr>
        <w:t xml:space="preserve"> von PowerShell und </w:t>
      </w:r>
      <w:proofErr w:type="spellStart"/>
      <w:r w:rsidRPr="00F171CB">
        <w:rPr>
          <w:rFonts w:cstheme="minorHAnsi"/>
        </w:rPr>
        <w:t>ermöglichen</w:t>
      </w:r>
      <w:proofErr w:type="spellEnd"/>
      <w:r w:rsidRPr="00F171CB">
        <w:rPr>
          <w:rFonts w:cstheme="minorHAnsi"/>
        </w:rPr>
        <w:t xml:space="preserve"> </w:t>
      </w:r>
      <w:proofErr w:type="spellStart"/>
      <w:r w:rsidRPr="00F171CB">
        <w:rPr>
          <w:rFonts w:cstheme="minorHAnsi"/>
        </w:rPr>
        <w:t>Aufgaben</w:t>
      </w:r>
      <w:proofErr w:type="spellEnd"/>
      <w:r w:rsidRPr="00F171CB">
        <w:rPr>
          <w:rFonts w:cstheme="minorHAnsi"/>
        </w:rPr>
        <w:t xml:space="preserve"> </w:t>
      </w:r>
      <w:proofErr w:type="spellStart"/>
      <w:r w:rsidRPr="00F171CB">
        <w:rPr>
          <w:rFonts w:cstheme="minorHAnsi"/>
        </w:rPr>
        <w:t>wie</w:t>
      </w:r>
      <w:proofErr w:type="spellEnd"/>
      <w:r w:rsidRPr="00F171CB">
        <w:rPr>
          <w:rFonts w:cstheme="minorHAnsi"/>
        </w:rPr>
        <w:t xml:space="preserve"> das </w:t>
      </w:r>
      <w:proofErr w:type="spellStart"/>
      <w:r w:rsidRPr="00F171CB">
        <w:rPr>
          <w:rFonts w:cstheme="minorHAnsi"/>
        </w:rPr>
        <w:t>Verwalten</w:t>
      </w:r>
      <w:proofErr w:type="spellEnd"/>
      <w:r w:rsidRPr="00F171CB">
        <w:rPr>
          <w:rFonts w:cstheme="minorHAnsi"/>
        </w:rPr>
        <w:t xml:space="preserve"> von </w:t>
      </w:r>
      <w:proofErr w:type="spellStart"/>
      <w:r w:rsidRPr="00F171CB">
        <w:rPr>
          <w:rFonts w:cstheme="minorHAnsi"/>
        </w:rPr>
        <w:t>Dateien</w:t>
      </w:r>
      <w:proofErr w:type="spellEnd"/>
      <w:r w:rsidRPr="00F171CB">
        <w:rPr>
          <w:rFonts w:cstheme="minorHAnsi"/>
        </w:rPr>
        <w:t xml:space="preserve">, </w:t>
      </w:r>
      <w:proofErr w:type="spellStart"/>
      <w:r w:rsidRPr="00F171CB">
        <w:rPr>
          <w:rFonts w:cstheme="minorHAnsi"/>
        </w:rPr>
        <w:t>Prozessen</w:t>
      </w:r>
      <w:proofErr w:type="spellEnd"/>
      <w:r w:rsidRPr="00F171CB">
        <w:rPr>
          <w:rFonts w:cstheme="minorHAnsi"/>
        </w:rPr>
        <w:t xml:space="preserve">, </w:t>
      </w:r>
      <w:proofErr w:type="spellStart"/>
      <w:r w:rsidRPr="00F171CB">
        <w:rPr>
          <w:rFonts w:cstheme="minorHAnsi"/>
        </w:rPr>
        <w:t>Diensten</w:t>
      </w:r>
      <w:proofErr w:type="spellEnd"/>
      <w:r w:rsidRPr="00F171CB">
        <w:rPr>
          <w:rFonts w:cstheme="minorHAnsi"/>
        </w:rPr>
        <w:t xml:space="preserve"> und </w:t>
      </w:r>
      <w:proofErr w:type="spellStart"/>
      <w:r w:rsidRPr="00F171CB">
        <w:rPr>
          <w:rFonts w:cstheme="minorHAnsi"/>
        </w:rPr>
        <w:t>Netzwerken</w:t>
      </w:r>
      <w:proofErr w:type="spellEnd"/>
      <w:r w:rsidRPr="00F171CB">
        <w:rPr>
          <w:rFonts w:cstheme="minorHAnsi"/>
        </w:rPr>
        <w:t xml:space="preserve">. Sind </w:t>
      </w:r>
      <w:proofErr w:type="spellStart"/>
      <w:r w:rsidRPr="00F171CB">
        <w:rPr>
          <w:rFonts w:cstheme="minorHAnsi"/>
        </w:rPr>
        <w:t>keine</w:t>
      </w:r>
      <w:proofErr w:type="spellEnd"/>
      <w:r w:rsidRPr="00F171CB">
        <w:rPr>
          <w:rFonts w:cstheme="minorHAnsi"/>
        </w:rPr>
        <w:t xml:space="preserve"> </w:t>
      </w:r>
      <w:proofErr w:type="spellStart"/>
      <w:r w:rsidRPr="00F171CB">
        <w:rPr>
          <w:rFonts w:cstheme="minorHAnsi"/>
        </w:rPr>
        <w:t>Programme</w:t>
      </w:r>
      <w:proofErr w:type="spellEnd"/>
      <w:r w:rsidRPr="00F171CB">
        <w:rPr>
          <w:rFonts w:cstheme="minorHAnsi"/>
        </w:rPr>
        <w:t xml:space="preserve"> also .exe </w:t>
      </w:r>
      <w:proofErr w:type="spellStart"/>
      <w:r w:rsidRPr="00F171CB">
        <w:rPr>
          <w:rFonts w:cstheme="minorHAnsi"/>
        </w:rPr>
        <w:t>Dateien</w:t>
      </w:r>
      <w:proofErr w:type="spellEnd"/>
      <w:r w:rsidRPr="00F171CB">
        <w:rPr>
          <w:rFonts w:cstheme="minorHAnsi"/>
        </w:rPr>
        <w:t xml:space="preserve">. Sind </w:t>
      </w:r>
      <w:proofErr w:type="spellStart"/>
      <w:r w:rsidRPr="00F171CB">
        <w:rPr>
          <w:rFonts w:cstheme="minorHAnsi"/>
        </w:rPr>
        <w:t>Aufgebaut</w:t>
      </w:r>
      <w:proofErr w:type="spellEnd"/>
      <w:r w:rsidRPr="00F171CB">
        <w:rPr>
          <w:rFonts w:cstheme="minorHAnsi"/>
        </w:rPr>
        <w:t xml:space="preserve"> </w:t>
      </w:r>
      <w:proofErr w:type="spellStart"/>
      <w:r w:rsidRPr="00F171CB">
        <w:rPr>
          <w:rFonts w:cstheme="minorHAnsi"/>
        </w:rPr>
        <w:t>im</w:t>
      </w:r>
      <w:proofErr w:type="spellEnd"/>
      <w:r w:rsidRPr="00F171CB">
        <w:rPr>
          <w:rFonts w:cstheme="minorHAnsi"/>
        </w:rPr>
        <w:t xml:space="preserve"> Verb-Noun Schema (</w:t>
      </w:r>
      <w:proofErr w:type="spellStart"/>
      <w:r w:rsidRPr="00F171CB">
        <w:rPr>
          <w:rFonts w:cstheme="minorHAnsi"/>
        </w:rPr>
        <w:t>z.B.</w:t>
      </w:r>
      <w:proofErr w:type="spellEnd"/>
      <w:r w:rsidRPr="00F171CB">
        <w:rPr>
          <w:rFonts w:cstheme="minorHAnsi"/>
        </w:rPr>
        <w:t xml:space="preserve"> Start-Process). </w:t>
      </w:r>
      <w:proofErr w:type="spellStart"/>
      <w:r w:rsidRPr="00F171CB">
        <w:rPr>
          <w:rFonts w:cstheme="minorHAnsi"/>
        </w:rPr>
        <w:t>Jedes</w:t>
      </w:r>
      <w:proofErr w:type="spellEnd"/>
      <w:r w:rsidRPr="00F171CB">
        <w:rPr>
          <w:rFonts w:cstheme="minorHAnsi"/>
        </w:rPr>
        <w:t xml:space="preserve"> Cmdlet hat Standard </w:t>
      </w:r>
      <w:proofErr w:type="spellStart"/>
      <w:r w:rsidRPr="00F171CB">
        <w:rPr>
          <w:rFonts w:cstheme="minorHAnsi"/>
        </w:rPr>
        <w:t>mäßig</w:t>
      </w:r>
      <w:proofErr w:type="spellEnd"/>
      <w:r w:rsidRPr="00F171CB">
        <w:rPr>
          <w:rFonts w:cstheme="minorHAnsi"/>
        </w:rPr>
        <w:t xml:space="preserve"> Parameter </w:t>
      </w:r>
      <w:proofErr w:type="spellStart"/>
      <w:r w:rsidRPr="00F171CB">
        <w:rPr>
          <w:rFonts w:cstheme="minorHAnsi"/>
        </w:rPr>
        <w:t>voreingestellt</w:t>
      </w:r>
      <w:proofErr w:type="spellEnd"/>
      <w:r w:rsidRPr="00F171CB">
        <w:rPr>
          <w:rFonts w:cstheme="minorHAnsi"/>
        </w:rPr>
        <w:t xml:space="preserve">. </w:t>
      </w:r>
      <w:proofErr w:type="spellStart"/>
      <w:r w:rsidRPr="00F171CB">
        <w:rPr>
          <w:rFonts w:cstheme="minorHAnsi"/>
        </w:rPr>
        <w:t>Diese</w:t>
      </w:r>
      <w:proofErr w:type="spellEnd"/>
      <w:r w:rsidRPr="00F171CB">
        <w:rPr>
          <w:rFonts w:cstheme="minorHAnsi"/>
        </w:rPr>
        <w:t xml:space="preserve"> </w:t>
      </w:r>
      <w:proofErr w:type="spellStart"/>
      <w:r w:rsidRPr="00F171CB">
        <w:rPr>
          <w:rFonts w:cstheme="minorHAnsi"/>
        </w:rPr>
        <w:t>könne</w:t>
      </w:r>
      <w:proofErr w:type="spellEnd"/>
      <w:r w:rsidRPr="00F171CB">
        <w:rPr>
          <w:rFonts w:cstheme="minorHAnsi"/>
        </w:rPr>
        <w:t xml:space="preserve"> </w:t>
      </w:r>
      <w:proofErr w:type="spellStart"/>
      <w:r w:rsidRPr="00F171CB">
        <w:rPr>
          <w:rFonts w:cstheme="minorHAnsi"/>
        </w:rPr>
        <w:t>aber</w:t>
      </w:r>
      <w:proofErr w:type="spellEnd"/>
      <w:r w:rsidRPr="00F171CB">
        <w:rPr>
          <w:rFonts w:cstheme="minorHAnsi"/>
        </w:rPr>
        <w:t xml:space="preserve"> </w:t>
      </w:r>
      <w:proofErr w:type="spellStart"/>
      <w:r w:rsidRPr="00F171CB">
        <w:rPr>
          <w:rFonts w:cstheme="minorHAnsi"/>
        </w:rPr>
        <w:t>verändert</w:t>
      </w:r>
      <w:proofErr w:type="spellEnd"/>
      <w:r w:rsidRPr="00F171CB">
        <w:rPr>
          <w:rFonts w:cstheme="minorHAnsi"/>
        </w:rPr>
        <w:t xml:space="preserve"> </w:t>
      </w:r>
      <w:proofErr w:type="spellStart"/>
      <w:r w:rsidRPr="00F171CB">
        <w:rPr>
          <w:rFonts w:cstheme="minorHAnsi"/>
        </w:rPr>
        <w:t>werden</w:t>
      </w:r>
      <w:proofErr w:type="spellEnd"/>
      <w:r w:rsidRPr="00F171CB">
        <w:rPr>
          <w:rFonts w:cstheme="minorHAnsi"/>
        </w:rPr>
        <w:t xml:space="preserve">. </w:t>
      </w:r>
    </w:p>
    <w:p w14:paraId="45A362C4" w14:textId="77777777" w:rsidR="008E658C" w:rsidRPr="00F171CB" w:rsidRDefault="008E658C" w:rsidP="008E658C">
      <w:pPr>
        <w:spacing w:after="0" w:line="240" w:lineRule="auto"/>
        <w:jc w:val="both"/>
        <w:rPr>
          <w:rFonts w:cstheme="minorHAnsi"/>
        </w:rPr>
      </w:pPr>
    </w:p>
    <w:p w14:paraId="2810C063" w14:textId="77777777" w:rsidR="008E658C" w:rsidRPr="00F171CB" w:rsidRDefault="008E658C" w:rsidP="008E658C">
      <w:pPr>
        <w:spacing w:after="0" w:line="240" w:lineRule="auto"/>
        <w:contextualSpacing/>
        <w:jc w:val="both"/>
        <w:rPr>
          <w:rFonts w:cstheme="minorHAnsi"/>
          <w:color w:val="4F81BD" w:themeColor="accent1"/>
          <w:sz w:val="26"/>
          <w:szCs w:val="26"/>
        </w:rPr>
      </w:pPr>
      <w:r w:rsidRPr="00F171CB">
        <w:rPr>
          <w:rFonts w:cstheme="minorHAnsi"/>
          <w:color w:val="4F81BD" w:themeColor="accent1"/>
          <w:sz w:val="26"/>
          <w:szCs w:val="26"/>
        </w:rPr>
        <w:t>Parameter</w:t>
      </w:r>
    </w:p>
    <w:p w14:paraId="25B15EDF" w14:textId="77777777" w:rsidR="008E658C" w:rsidRPr="00F171CB" w:rsidRDefault="008E658C" w:rsidP="008E658C">
      <w:pPr>
        <w:spacing w:after="0" w:line="240" w:lineRule="auto"/>
        <w:contextualSpacing/>
        <w:jc w:val="both"/>
        <w:rPr>
          <w:rFonts w:cstheme="minorHAnsi"/>
        </w:rPr>
      </w:pPr>
    </w:p>
    <w:p w14:paraId="209160BD" w14:textId="08A281EE" w:rsidR="008E658C" w:rsidRDefault="008E658C" w:rsidP="008E658C">
      <w:pPr>
        <w:spacing w:after="0" w:line="240" w:lineRule="auto"/>
        <w:contextualSpacing/>
        <w:jc w:val="both"/>
        <w:rPr>
          <w:rFonts w:cstheme="minorHAnsi"/>
        </w:rPr>
      </w:pPr>
      <w:r w:rsidRPr="00F171CB">
        <w:rPr>
          <w:rStyle w:val="Fett"/>
          <w:rFonts w:cstheme="minorHAnsi"/>
          <w:b w:val="0"/>
          <w:bCs w:val="0"/>
        </w:rPr>
        <w:t>Parameter</w:t>
      </w:r>
      <w:r w:rsidRPr="00F171CB">
        <w:rPr>
          <w:rFonts w:cstheme="minorHAnsi"/>
        </w:rPr>
        <w:t xml:space="preserve"> in PowerShell </w:t>
      </w:r>
      <w:proofErr w:type="spellStart"/>
      <w:r w:rsidRPr="00F171CB">
        <w:rPr>
          <w:rFonts w:cstheme="minorHAnsi"/>
        </w:rPr>
        <w:t>sind</w:t>
      </w:r>
      <w:proofErr w:type="spellEnd"/>
      <w:r w:rsidRPr="00F171CB">
        <w:rPr>
          <w:rFonts w:cstheme="minorHAnsi"/>
        </w:rPr>
        <w:t xml:space="preserve"> </w:t>
      </w:r>
      <w:proofErr w:type="spellStart"/>
      <w:r w:rsidRPr="00F171CB">
        <w:rPr>
          <w:rFonts w:cstheme="minorHAnsi"/>
        </w:rPr>
        <w:t>zusätzliche</w:t>
      </w:r>
      <w:proofErr w:type="spellEnd"/>
      <w:r w:rsidRPr="00F171CB">
        <w:rPr>
          <w:rFonts w:cstheme="minorHAnsi"/>
        </w:rPr>
        <w:t xml:space="preserve"> </w:t>
      </w:r>
      <w:proofErr w:type="spellStart"/>
      <w:r w:rsidRPr="00F171CB">
        <w:rPr>
          <w:rFonts w:cstheme="minorHAnsi"/>
        </w:rPr>
        <w:t>Angaben</w:t>
      </w:r>
      <w:proofErr w:type="spellEnd"/>
      <w:r w:rsidRPr="00F171CB">
        <w:rPr>
          <w:rFonts w:cstheme="minorHAnsi"/>
        </w:rPr>
        <w:t xml:space="preserve">, die </w:t>
      </w:r>
      <w:proofErr w:type="spellStart"/>
      <w:r w:rsidRPr="00F171CB">
        <w:rPr>
          <w:rFonts w:cstheme="minorHAnsi"/>
        </w:rPr>
        <w:t>einem</w:t>
      </w:r>
      <w:proofErr w:type="spellEnd"/>
      <w:r w:rsidRPr="00F171CB">
        <w:rPr>
          <w:rFonts w:cstheme="minorHAnsi"/>
        </w:rPr>
        <w:t xml:space="preserve"> </w:t>
      </w:r>
      <w:r w:rsidRPr="00F171CB">
        <w:rPr>
          <w:rStyle w:val="Fett"/>
          <w:rFonts w:cstheme="minorHAnsi"/>
          <w:b w:val="0"/>
          <w:bCs w:val="0"/>
        </w:rPr>
        <w:t>Cmdlet</w:t>
      </w:r>
      <w:r w:rsidRPr="00F171CB">
        <w:rPr>
          <w:rFonts w:cstheme="minorHAnsi"/>
        </w:rPr>
        <w:t xml:space="preserve"> </w:t>
      </w:r>
      <w:proofErr w:type="spellStart"/>
      <w:r w:rsidRPr="00F171CB">
        <w:rPr>
          <w:rFonts w:cstheme="minorHAnsi"/>
        </w:rPr>
        <w:t>mitgegeben</w:t>
      </w:r>
      <w:proofErr w:type="spellEnd"/>
      <w:r w:rsidRPr="00F171CB">
        <w:rPr>
          <w:rFonts w:cstheme="minorHAnsi"/>
        </w:rPr>
        <w:t xml:space="preserve"> </w:t>
      </w:r>
      <w:proofErr w:type="spellStart"/>
      <w:r w:rsidRPr="00F171CB">
        <w:rPr>
          <w:rFonts w:cstheme="minorHAnsi"/>
        </w:rPr>
        <w:t>werden</w:t>
      </w:r>
      <w:proofErr w:type="spellEnd"/>
      <w:r w:rsidRPr="00F171CB">
        <w:rPr>
          <w:rFonts w:cstheme="minorHAnsi"/>
        </w:rPr>
        <w:t xml:space="preserve">, die </w:t>
      </w:r>
      <w:proofErr w:type="spellStart"/>
      <w:r w:rsidRPr="00F171CB">
        <w:rPr>
          <w:rFonts w:cstheme="minorHAnsi"/>
        </w:rPr>
        <w:t>beeinflussen</w:t>
      </w:r>
      <w:proofErr w:type="spellEnd"/>
      <w:r w:rsidRPr="00F171CB">
        <w:rPr>
          <w:rFonts w:cstheme="minorHAnsi"/>
        </w:rPr>
        <w:t xml:space="preserve"> </w:t>
      </w:r>
      <w:proofErr w:type="spellStart"/>
      <w:r w:rsidRPr="00F171CB">
        <w:rPr>
          <w:rFonts w:cstheme="minorHAnsi"/>
        </w:rPr>
        <w:t>wie</w:t>
      </w:r>
      <w:proofErr w:type="spellEnd"/>
      <w:r w:rsidRPr="00F171CB">
        <w:rPr>
          <w:rFonts w:cstheme="minorHAnsi"/>
        </w:rPr>
        <w:t xml:space="preserve"> es </w:t>
      </w:r>
      <w:proofErr w:type="spellStart"/>
      <w:r w:rsidRPr="00F171CB">
        <w:rPr>
          <w:rFonts w:cstheme="minorHAnsi"/>
        </w:rPr>
        <w:t>ausgeführt</w:t>
      </w:r>
      <w:proofErr w:type="spellEnd"/>
      <w:r w:rsidRPr="00F171CB">
        <w:rPr>
          <w:rFonts w:cstheme="minorHAnsi"/>
        </w:rPr>
        <w:t xml:space="preserve"> </w:t>
      </w:r>
      <w:proofErr w:type="spellStart"/>
      <w:r w:rsidRPr="00F171CB">
        <w:rPr>
          <w:rFonts w:cstheme="minorHAnsi"/>
        </w:rPr>
        <w:t>wird</w:t>
      </w:r>
      <w:proofErr w:type="spellEnd"/>
      <w:r w:rsidRPr="00F171CB">
        <w:rPr>
          <w:rFonts w:cstheme="minorHAnsi"/>
        </w:rPr>
        <w:t xml:space="preserve">. Sie </w:t>
      </w:r>
      <w:proofErr w:type="spellStart"/>
      <w:r w:rsidRPr="00F171CB">
        <w:rPr>
          <w:rFonts w:cstheme="minorHAnsi"/>
        </w:rPr>
        <w:t>ermöglichen</w:t>
      </w:r>
      <w:proofErr w:type="spellEnd"/>
      <w:r w:rsidRPr="00F171CB">
        <w:rPr>
          <w:rFonts w:cstheme="minorHAnsi"/>
        </w:rPr>
        <w:t xml:space="preserve"> es, </w:t>
      </w:r>
      <w:proofErr w:type="spellStart"/>
      <w:r w:rsidRPr="00F171CB">
        <w:rPr>
          <w:rFonts w:cstheme="minorHAnsi"/>
        </w:rPr>
        <w:t>spezifische</w:t>
      </w:r>
      <w:proofErr w:type="spellEnd"/>
      <w:r w:rsidRPr="00F171CB">
        <w:rPr>
          <w:rFonts w:cstheme="minorHAnsi"/>
        </w:rPr>
        <w:t xml:space="preserve"> </w:t>
      </w:r>
      <w:proofErr w:type="spellStart"/>
      <w:r w:rsidRPr="00F171CB">
        <w:rPr>
          <w:rFonts w:cstheme="minorHAnsi"/>
        </w:rPr>
        <w:t>Informationen</w:t>
      </w:r>
      <w:proofErr w:type="spellEnd"/>
      <w:r w:rsidRPr="00F171CB">
        <w:rPr>
          <w:rFonts w:cstheme="minorHAnsi"/>
        </w:rPr>
        <w:t xml:space="preserve"> an </w:t>
      </w:r>
      <w:proofErr w:type="spellStart"/>
      <w:r w:rsidRPr="00F171CB">
        <w:rPr>
          <w:rFonts w:cstheme="minorHAnsi"/>
        </w:rPr>
        <w:t>Befehle</w:t>
      </w:r>
      <w:proofErr w:type="spellEnd"/>
      <w:r w:rsidRPr="00F171CB">
        <w:rPr>
          <w:rFonts w:cstheme="minorHAnsi"/>
        </w:rPr>
        <w:t xml:space="preserve"> </w:t>
      </w:r>
      <w:proofErr w:type="spellStart"/>
      <w:r w:rsidRPr="00F171CB">
        <w:rPr>
          <w:rFonts w:cstheme="minorHAnsi"/>
        </w:rPr>
        <w:t>zu</w:t>
      </w:r>
      <w:proofErr w:type="spellEnd"/>
      <w:r w:rsidRPr="00F171CB">
        <w:rPr>
          <w:rFonts w:cstheme="minorHAnsi"/>
        </w:rPr>
        <w:t xml:space="preserve"> </w:t>
      </w:r>
      <w:proofErr w:type="spellStart"/>
      <w:r w:rsidRPr="00F171CB">
        <w:rPr>
          <w:rFonts w:cstheme="minorHAnsi"/>
        </w:rPr>
        <w:t>übergeben</w:t>
      </w:r>
      <w:proofErr w:type="spellEnd"/>
      <w:r w:rsidRPr="00F171CB">
        <w:rPr>
          <w:rFonts w:cstheme="minorHAnsi"/>
        </w:rPr>
        <w:t xml:space="preserve">. Sie </w:t>
      </w:r>
      <w:proofErr w:type="spellStart"/>
      <w:r w:rsidRPr="00F171CB">
        <w:rPr>
          <w:rFonts w:cstheme="minorHAnsi"/>
        </w:rPr>
        <w:t>werden</w:t>
      </w:r>
      <w:proofErr w:type="spellEnd"/>
      <w:r w:rsidRPr="00F171CB">
        <w:rPr>
          <w:rFonts w:cstheme="minorHAnsi"/>
        </w:rPr>
        <w:t xml:space="preserve"> </w:t>
      </w:r>
      <w:proofErr w:type="spellStart"/>
      <w:r w:rsidRPr="00F171CB">
        <w:rPr>
          <w:rFonts w:cstheme="minorHAnsi"/>
        </w:rPr>
        <w:t>mit</w:t>
      </w:r>
      <w:proofErr w:type="spellEnd"/>
      <w:r w:rsidRPr="00F171CB">
        <w:rPr>
          <w:rFonts w:cstheme="minorHAnsi"/>
        </w:rPr>
        <w:t xml:space="preserve"> </w:t>
      </w:r>
      <w:proofErr w:type="spellStart"/>
      <w:r w:rsidRPr="00F171CB">
        <w:rPr>
          <w:rFonts w:cstheme="minorHAnsi"/>
        </w:rPr>
        <w:t>einem</w:t>
      </w:r>
      <w:proofErr w:type="spellEnd"/>
      <w:r w:rsidRPr="00F171CB">
        <w:rPr>
          <w:rFonts w:cstheme="minorHAnsi"/>
        </w:rPr>
        <w:t xml:space="preserve"> </w:t>
      </w:r>
      <w:proofErr w:type="spellStart"/>
      <w:r w:rsidRPr="00F171CB">
        <w:rPr>
          <w:rStyle w:val="Fett"/>
          <w:rFonts w:cstheme="minorHAnsi"/>
          <w:b w:val="0"/>
          <w:bCs w:val="0"/>
        </w:rPr>
        <w:t>Minuszeichen</w:t>
      </w:r>
      <w:proofErr w:type="spellEnd"/>
      <w:r w:rsidRPr="00F171CB">
        <w:rPr>
          <w:rStyle w:val="Fett"/>
          <w:rFonts w:cstheme="minorHAnsi"/>
          <w:b w:val="0"/>
          <w:bCs w:val="0"/>
        </w:rPr>
        <w:t xml:space="preserve"> (</w:t>
      </w:r>
      <w:r w:rsidRPr="00F171CB">
        <w:rPr>
          <w:rStyle w:val="HTMLCode"/>
          <w:rFonts w:asciiTheme="minorHAnsi" w:eastAsiaTheme="minorEastAsia" w:hAnsiTheme="minorHAnsi" w:cstheme="minorHAnsi"/>
          <w:b/>
          <w:bCs/>
          <w:sz w:val="22"/>
          <w:szCs w:val="22"/>
        </w:rPr>
        <w:t>-</w:t>
      </w:r>
      <w:r w:rsidRPr="00F171CB">
        <w:rPr>
          <w:rStyle w:val="Fett"/>
          <w:rFonts w:cstheme="minorHAnsi"/>
          <w:b w:val="0"/>
          <w:bCs w:val="0"/>
        </w:rPr>
        <w:t>)</w:t>
      </w:r>
      <w:r w:rsidRPr="00F171CB">
        <w:rPr>
          <w:rFonts w:cstheme="minorHAnsi"/>
        </w:rPr>
        <w:t xml:space="preserve"> </w:t>
      </w:r>
      <w:proofErr w:type="spellStart"/>
      <w:r w:rsidRPr="00F171CB">
        <w:rPr>
          <w:rFonts w:cstheme="minorHAnsi"/>
        </w:rPr>
        <w:t>vor</w:t>
      </w:r>
      <w:proofErr w:type="spellEnd"/>
      <w:r w:rsidRPr="00F171CB">
        <w:rPr>
          <w:rFonts w:cstheme="minorHAnsi"/>
        </w:rPr>
        <w:t xml:space="preserve"> dem </w:t>
      </w:r>
      <w:proofErr w:type="spellStart"/>
      <w:r w:rsidRPr="00F171CB">
        <w:rPr>
          <w:rFonts w:cstheme="minorHAnsi"/>
        </w:rPr>
        <w:t>Namen</w:t>
      </w:r>
      <w:proofErr w:type="spellEnd"/>
      <w:r w:rsidRPr="00F171CB">
        <w:rPr>
          <w:rFonts w:cstheme="minorHAnsi"/>
        </w:rPr>
        <w:t xml:space="preserve"> </w:t>
      </w:r>
      <w:proofErr w:type="spellStart"/>
      <w:r w:rsidRPr="00F171CB">
        <w:rPr>
          <w:rFonts w:cstheme="minorHAnsi"/>
        </w:rPr>
        <w:t>angegeben</w:t>
      </w:r>
      <w:proofErr w:type="spellEnd"/>
      <w:r w:rsidRPr="00F171CB">
        <w:rPr>
          <w:rFonts w:cstheme="minorHAnsi"/>
        </w:rPr>
        <w:t xml:space="preserve"> (</w:t>
      </w:r>
      <w:proofErr w:type="spellStart"/>
      <w:r w:rsidRPr="00F171CB">
        <w:rPr>
          <w:rFonts w:cstheme="minorHAnsi"/>
        </w:rPr>
        <w:t>z.B.</w:t>
      </w:r>
      <w:proofErr w:type="spellEnd"/>
      <w:r w:rsidRPr="00F171CB">
        <w:rPr>
          <w:rFonts w:cstheme="minorHAnsi"/>
        </w:rPr>
        <w:t xml:space="preserve"> -Name). </w:t>
      </w:r>
    </w:p>
    <w:p w14:paraId="5D5F3863" w14:textId="29031F42" w:rsidR="00C218A9" w:rsidRDefault="00C218A9" w:rsidP="008E658C">
      <w:pPr>
        <w:spacing w:after="0" w:line="240" w:lineRule="auto"/>
        <w:contextualSpacing/>
        <w:jc w:val="both"/>
        <w:rPr>
          <w:rFonts w:cstheme="minorHAnsi"/>
        </w:rPr>
      </w:pPr>
    </w:p>
    <w:p w14:paraId="3294CD74" w14:textId="68CFB41A" w:rsidR="00C218A9" w:rsidRPr="00C218A9" w:rsidRDefault="00C218A9" w:rsidP="008E658C">
      <w:pPr>
        <w:spacing w:after="0" w:line="240" w:lineRule="auto"/>
        <w:contextualSpacing/>
        <w:jc w:val="both"/>
        <w:rPr>
          <w:color w:val="4F81BD" w:themeColor="accent1"/>
          <w:sz w:val="26"/>
          <w:szCs w:val="26"/>
        </w:rPr>
      </w:pPr>
      <w:proofErr w:type="spellStart"/>
      <w:r w:rsidRPr="00C218A9">
        <w:rPr>
          <w:color w:val="4F81BD" w:themeColor="accent1"/>
          <w:sz w:val="26"/>
          <w:szCs w:val="26"/>
        </w:rPr>
        <w:lastRenderedPageBreak/>
        <w:t>Variablen</w:t>
      </w:r>
      <w:proofErr w:type="spellEnd"/>
    </w:p>
    <w:p w14:paraId="77D5CA93" w14:textId="77777777" w:rsidR="00C218A9" w:rsidRPr="00C218A9" w:rsidRDefault="00C218A9" w:rsidP="008E658C">
      <w:pPr>
        <w:spacing w:after="0" w:line="240" w:lineRule="auto"/>
        <w:contextualSpacing/>
        <w:jc w:val="both"/>
      </w:pPr>
    </w:p>
    <w:p w14:paraId="77D2F307" w14:textId="340EDE9F" w:rsidR="00C218A9" w:rsidRPr="00C218A9" w:rsidRDefault="00C218A9" w:rsidP="008E658C">
      <w:pPr>
        <w:spacing w:after="0" w:line="240" w:lineRule="auto"/>
        <w:contextualSpacing/>
        <w:jc w:val="both"/>
        <w:rPr>
          <w:rFonts w:cstheme="minorHAnsi"/>
        </w:rPr>
      </w:pPr>
      <w:r w:rsidRPr="00C218A9">
        <w:rPr>
          <w:rStyle w:val="Fett"/>
          <w:b w:val="0"/>
          <w:bCs w:val="0"/>
        </w:rPr>
        <w:t xml:space="preserve">Eine </w:t>
      </w:r>
      <w:r w:rsidRPr="00C218A9">
        <w:rPr>
          <w:rStyle w:val="Fett"/>
          <w:b w:val="0"/>
          <w:bCs w:val="0"/>
        </w:rPr>
        <w:t>Variable</w:t>
      </w:r>
      <w:r w:rsidRPr="00C218A9">
        <w:t xml:space="preserve"> </w:t>
      </w:r>
      <w:proofErr w:type="spellStart"/>
      <w:r w:rsidRPr="00C218A9">
        <w:t>ist</w:t>
      </w:r>
      <w:proofErr w:type="spellEnd"/>
      <w:r w:rsidRPr="00C218A9">
        <w:t xml:space="preserve"> </w:t>
      </w:r>
      <w:proofErr w:type="spellStart"/>
      <w:r w:rsidRPr="00C218A9">
        <w:t>ein</w:t>
      </w:r>
      <w:proofErr w:type="spellEnd"/>
      <w:r w:rsidRPr="00C218A9">
        <w:t xml:space="preserve"> </w:t>
      </w:r>
      <w:proofErr w:type="spellStart"/>
      <w:r w:rsidRPr="00C218A9">
        <w:t>Speicherort</w:t>
      </w:r>
      <w:proofErr w:type="spellEnd"/>
      <w:r w:rsidRPr="00C218A9">
        <w:t xml:space="preserve"> </w:t>
      </w:r>
      <w:proofErr w:type="spellStart"/>
      <w:r w:rsidRPr="00C218A9">
        <w:t>für</w:t>
      </w:r>
      <w:proofErr w:type="spellEnd"/>
      <w:r w:rsidRPr="00C218A9">
        <w:t xml:space="preserve"> </w:t>
      </w:r>
      <w:proofErr w:type="spellStart"/>
      <w:r w:rsidRPr="00C218A9">
        <w:t>Daten</w:t>
      </w:r>
      <w:proofErr w:type="spellEnd"/>
      <w:r w:rsidRPr="00C218A9">
        <w:t xml:space="preserve">, der </w:t>
      </w:r>
      <w:proofErr w:type="spellStart"/>
      <w:r w:rsidRPr="00C218A9">
        <w:t>mit</w:t>
      </w:r>
      <w:proofErr w:type="spellEnd"/>
      <w:r w:rsidRPr="00C218A9">
        <w:t xml:space="preserve"> </w:t>
      </w:r>
      <w:proofErr w:type="spellStart"/>
      <w:r w:rsidRPr="00C218A9">
        <w:t>einem</w:t>
      </w:r>
      <w:proofErr w:type="spellEnd"/>
      <w:r w:rsidRPr="00C218A9">
        <w:t xml:space="preserve"> </w:t>
      </w:r>
      <w:proofErr w:type="spellStart"/>
      <w:r w:rsidRPr="00C218A9">
        <w:t>Namen</w:t>
      </w:r>
      <w:proofErr w:type="spellEnd"/>
      <w:r w:rsidRPr="00C218A9">
        <w:t xml:space="preserve"> </w:t>
      </w:r>
      <w:proofErr w:type="spellStart"/>
      <w:r w:rsidRPr="00C218A9">
        <w:t>versehen</w:t>
      </w:r>
      <w:proofErr w:type="spellEnd"/>
      <w:r w:rsidRPr="00C218A9">
        <w:t xml:space="preserve"> </w:t>
      </w:r>
      <w:proofErr w:type="spellStart"/>
      <w:r w:rsidRPr="00C218A9">
        <w:t>ist</w:t>
      </w:r>
      <w:proofErr w:type="spellEnd"/>
      <w:r w:rsidRPr="00C218A9">
        <w:t xml:space="preserve">. </w:t>
      </w:r>
      <w:proofErr w:type="spellStart"/>
      <w:r w:rsidRPr="00C218A9">
        <w:t>Variablen</w:t>
      </w:r>
      <w:proofErr w:type="spellEnd"/>
      <w:r w:rsidRPr="00C218A9">
        <w:t xml:space="preserve"> </w:t>
      </w:r>
      <w:proofErr w:type="spellStart"/>
      <w:r w:rsidRPr="00C218A9">
        <w:t>beginnen</w:t>
      </w:r>
      <w:proofErr w:type="spellEnd"/>
      <w:r w:rsidRPr="00C218A9">
        <w:t xml:space="preserve"> </w:t>
      </w:r>
      <w:proofErr w:type="spellStart"/>
      <w:r w:rsidRPr="00C218A9">
        <w:t>immer</w:t>
      </w:r>
      <w:proofErr w:type="spellEnd"/>
      <w:r w:rsidRPr="00C218A9">
        <w:t xml:space="preserve"> </w:t>
      </w:r>
      <w:proofErr w:type="spellStart"/>
      <w:r w:rsidRPr="00C218A9">
        <w:t>mit</w:t>
      </w:r>
      <w:proofErr w:type="spellEnd"/>
      <w:r w:rsidRPr="00C218A9">
        <w:t xml:space="preserve"> </w:t>
      </w:r>
      <w:proofErr w:type="spellStart"/>
      <w:r w:rsidRPr="00C218A9">
        <w:t>einem</w:t>
      </w:r>
      <w:proofErr w:type="spellEnd"/>
      <w:r w:rsidRPr="00C218A9">
        <w:t xml:space="preserve"> </w:t>
      </w:r>
      <w:proofErr w:type="spellStart"/>
      <w:r w:rsidRPr="00C218A9">
        <w:rPr>
          <w:rStyle w:val="Fett"/>
          <w:b w:val="0"/>
          <w:bCs w:val="0"/>
        </w:rPr>
        <w:t>Dollarzeichen</w:t>
      </w:r>
      <w:proofErr w:type="spellEnd"/>
      <w:r w:rsidRPr="00C218A9">
        <w:rPr>
          <w:rStyle w:val="Fett"/>
          <w:b w:val="0"/>
          <w:bCs w:val="0"/>
        </w:rPr>
        <w:t xml:space="preserve"> (</w:t>
      </w:r>
      <w:r w:rsidRPr="00C218A9">
        <w:rPr>
          <w:rStyle w:val="HTMLCode"/>
          <w:rFonts w:asciiTheme="minorHAnsi" w:eastAsiaTheme="minorEastAsia" w:hAnsiTheme="minorHAnsi"/>
          <w:b/>
          <w:bCs/>
          <w:sz w:val="22"/>
          <w:szCs w:val="22"/>
        </w:rPr>
        <w:t>$</w:t>
      </w:r>
      <w:r w:rsidRPr="00C218A9">
        <w:rPr>
          <w:rStyle w:val="Fett"/>
          <w:b w:val="0"/>
          <w:bCs w:val="0"/>
        </w:rPr>
        <w:t>)</w:t>
      </w:r>
      <w:r w:rsidRPr="00C218A9">
        <w:t xml:space="preserve"> und </w:t>
      </w:r>
      <w:proofErr w:type="spellStart"/>
      <w:r w:rsidRPr="00C218A9">
        <w:t>können</w:t>
      </w:r>
      <w:proofErr w:type="spellEnd"/>
      <w:r w:rsidRPr="00C218A9">
        <w:t xml:space="preserve"> </w:t>
      </w:r>
      <w:proofErr w:type="spellStart"/>
      <w:r w:rsidRPr="00C218A9">
        <w:t>verschiedene</w:t>
      </w:r>
      <w:proofErr w:type="spellEnd"/>
      <w:r w:rsidRPr="00C218A9">
        <w:t xml:space="preserve"> </w:t>
      </w:r>
      <w:proofErr w:type="spellStart"/>
      <w:r w:rsidRPr="00C218A9">
        <w:t>Datentypen</w:t>
      </w:r>
      <w:proofErr w:type="spellEnd"/>
      <w:r w:rsidRPr="00C218A9">
        <w:t xml:space="preserve"> </w:t>
      </w:r>
      <w:proofErr w:type="spellStart"/>
      <w:r w:rsidRPr="00C218A9">
        <w:t>speichern</w:t>
      </w:r>
      <w:proofErr w:type="spellEnd"/>
      <w:r w:rsidRPr="00C218A9">
        <w:t>.</w:t>
      </w:r>
    </w:p>
    <w:p w14:paraId="0438F055" w14:textId="77777777" w:rsidR="008E658C" w:rsidRPr="00066AE8" w:rsidRDefault="008E658C" w:rsidP="008E658C">
      <w:pPr>
        <w:spacing w:after="0" w:line="240" w:lineRule="auto"/>
        <w:contextualSpacing/>
        <w:jc w:val="both"/>
        <w:rPr>
          <w:rFonts w:ascii="Cambria" w:hAnsi="Cambria"/>
        </w:rPr>
      </w:pPr>
    </w:p>
    <w:p w14:paraId="17688CCD" w14:textId="77777777" w:rsidR="008E658C" w:rsidRPr="00066AE8" w:rsidRDefault="008E658C" w:rsidP="008E658C">
      <w:pPr>
        <w:spacing w:after="0" w:line="240" w:lineRule="auto"/>
        <w:contextualSpacing/>
        <w:jc w:val="both"/>
        <w:rPr>
          <w:rFonts w:ascii="Cambria" w:hAnsi="Cambria"/>
          <w:color w:val="4F81BD" w:themeColor="accent1"/>
          <w:sz w:val="26"/>
          <w:szCs w:val="26"/>
        </w:rPr>
      </w:pPr>
      <w:proofErr w:type="spellStart"/>
      <w:r w:rsidRPr="00066AE8">
        <w:rPr>
          <w:rFonts w:ascii="Cambria" w:hAnsi="Cambria"/>
          <w:color w:val="4F81BD" w:themeColor="accent1"/>
          <w:sz w:val="26"/>
          <w:szCs w:val="26"/>
        </w:rPr>
        <w:t>Hilfe</w:t>
      </w:r>
      <w:proofErr w:type="spellEnd"/>
    </w:p>
    <w:p w14:paraId="20EE567D" w14:textId="77777777" w:rsidR="008E658C" w:rsidRPr="00066AE8" w:rsidRDefault="008E658C" w:rsidP="008E658C">
      <w:pPr>
        <w:spacing w:after="0" w:line="240" w:lineRule="auto"/>
        <w:contextualSpacing/>
        <w:jc w:val="both"/>
        <w:rPr>
          <w:rFonts w:ascii="Cambria" w:hAnsi="Cambria"/>
        </w:rPr>
      </w:pPr>
    </w:p>
    <w:p w14:paraId="7278ADDB" w14:textId="29F1E4E2" w:rsidR="008E658C" w:rsidRDefault="008E658C" w:rsidP="008E658C">
      <w:pPr>
        <w:spacing w:after="0" w:line="240" w:lineRule="auto"/>
        <w:contextualSpacing/>
        <w:jc w:val="both"/>
        <w:rPr>
          <w:rFonts w:ascii="Cambria" w:hAnsi="Cambria"/>
        </w:rPr>
      </w:pPr>
      <w:r w:rsidRPr="00066AE8">
        <w:rPr>
          <w:rFonts w:ascii="Cambria" w:hAnsi="Cambria"/>
        </w:rPr>
        <w:t xml:space="preserve">PowerShell hat </w:t>
      </w:r>
      <w:proofErr w:type="spellStart"/>
      <w:r w:rsidRPr="00066AE8">
        <w:rPr>
          <w:rFonts w:ascii="Cambria" w:hAnsi="Cambria"/>
        </w:rPr>
        <w:t>ein</w:t>
      </w:r>
      <w:proofErr w:type="spellEnd"/>
      <w:r w:rsidRPr="00066AE8">
        <w:rPr>
          <w:rFonts w:ascii="Cambria" w:hAnsi="Cambria"/>
        </w:rPr>
        <w:t xml:space="preserve"> </w:t>
      </w:r>
      <w:proofErr w:type="spellStart"/>
      <w:r w:rsidRPr="00066AE8">
        <w:rPr>
          <w:rFonts w:ascii="Cambria" w:hAnsi="Cambria"/>
        </w:rPr>
        <w:t>integriertes</w:t>
      </w:r>
      <w:proofErr w:type="spellEnd"/>
      <w:r w:rsidRPr="00066AE8">
        <w:rPr>
          <w:rFonts w:ascii="Cambria" w:hAnsi="Cambria"/>
        </w:rPr>
        <w:t xml:space="preserve"> </w:t>
      </w:r>
      <w:proofErr w:type="spellStart"/>
      <w:r w:rsidRPr="00066AE8">
        <w:rPr>
          <w:rStyle w:val="Fett"/>
          <w:rFonts w:ascii="Cambria" w:hAnsi="Cambria"/>
          <w:b w:val="0"/>
          <w:bCs w:val="0"/>
        </w:rPr>
        <w:t>Hilfs</w:t>
      </w:r>
      <w:proofErr w:type="spellEnd"/>
      <w:r w:rsidRPr="00066AE8">
        <w:rPr>
          <w:rStyle w:val="Fett"/>
          <w:rFonts w:ascii="Cambria" w:hAnsi="Cambria"/>
          <w:b w:val="0"/>
          <w:bCs w:val="0"/>
        </w:rPr>
        <w:t>-System</w:t>
      </w:r>
      <w:r w:rsidRPr="00066AE8">
        <w:rPr>
          <w:rFonts w:ascii="Cambria" w:hAnsi="Cambria"/>
        </w:rPr>
        <w:t xml:space="preserve">, </w:t>
      </w:r>
      <w:proofErr w:type="spellStart"/>
      <w:r w:rsidRPr="00066AE8">
        <w:rPr>
          <w:rFonts w:ascii="Cambria" w:hAnsi="Cambria"/>
        </w:rPr>
        <w:t>mit</w:t>
      </w:r>
      <w:proofErr w:type="spellEnd"/>
      <w:r w:rsidRPr="00066AE8">
        <w:rPr>
          <w:rFonts w:ascii="Cambria" w:hAnsi="Cambria"/>
        </w:rPr>
        <w:t xml:space="preserve"> dem du </w:t>
      </w:r>
      <w:proofErr w:type="spellStart"/>
      <w:r w:rsidRPr="00066AE8">
        <w:rPr>
          <w:rFonts w:ascii="Cambria" w:hAnsi="Cambria"/>
        </w:rPr>
        <w:t>Informationen</w:t>
      </w:r>
      <w:proofErr w:type="spellEnd"/>
      <w:r w:rsidRPr="00066AE8">
        <w:rPr>
          <w:rFonts w:ascii="Cambria" w:hAnsi="Cambria"/>
        </w:rPr>
        <w:t xml:space="preserve"> </w:t>
      </w:r>
      <w:proofErr w:type="spellStart"/>
      <w:r w:rsidRPr="00066AE8">
        <w:rPr>
          <w:rFonts w:ascii="Cambria" w:hAnsi="Cambria"/>
        </w:rPr>
        <w:t>zu</w:t>
      </w:r>
      <w:proofErr w:type="spellEnd"/>
      <w:r w:rsidRPr="00066AE8">
        <w:rPr>
          <w:rFonts w:ascii="Cambria" w:hAnsi="Cambria"/>
        </w:rPr>
        <w:t xml:space="preserve"> </w:t>
      </w:r>
      <w:proofErr w:type="spellStart"/>
      <w:r w:rsidRPr="00066AE8">
        <w:rPr>
          <w:rFonts w:ascii="Cambria" w:hAnsi="Cambria"/>
        </w:rPr>
        <w:t>Befehlen</w:t>
      </w:r>
      <w:proofErr w:type="spellEnd"/>
      <w:r w:rsidRPr="00066AE8">
        <w:rPr>
          <w:rFonts w:ascii="Cambria" w:hAnsi="Cambria"/>
        </w:rPr>
        <w:t xml:space="preserve">, Cmdlets und </w:t>
      </w:r>
      <w:proofErr w:type="spellStart"/>
      <w:r w:rsidRPr="00066AE8">
        <w:rPr>
          <w:rFonts w:ascii="Cambria" w:hAnsi="Cambria"/>
        </w:rPr>
        <w:t>deren</w:t>
      </w:r>
      <w:proofErr w:type="spellEnd"/>
      <w:r w:rsidRPr="00066AE8">
        <w:rPr>
          <w:rFonts w:ascii="Cambria" w:hAnsi="Cambria"/>
        </w:rPr>
        <w:t xml:space="preserve"> </w:t>
      </w:r>
      <w:proofErr w:type="spellStart"/>
      <w:r w:rsidRPr="00066AE8">
        <w:rPr>
          <w:rFonts w:ascii="Cambria" w:hAnsi="Cambria"/>
        </w:rPr>
        <w:t>Parametern</w:t>
      </w:r>
      <w:proofErr w:type="spellEnd"/>
      <w:r w:rsidRPr="00066AE8">
        <w:rPr>
          <w:rFonts w:ascii="Cambria" w:hAnsi="Cambria"/>
        </w:rPr>
        <w:t xml:space="preserve"> </w:t>
      </w:r>
      <w:proofErr w:type="spellStart"/>
      <w:r w:rsidRPr="00066AE8">
        <w:rPr>
          <w:rFonts w:ascii="Cambria" w:hAnsi="Cambria"/>
        </w:rPr>
        <w:t>abrufen</w:t>
      </w:r>
      <w:proofErr w:type="spellEnd"/>
      <w:r w:rsidRPr="00066AE8">
        <w:rPr>
          <w:rFonts w:ascii="Cambria" w:hAnsi="Cambria"/>
        </w:rPr>
        <w:t xml:space="preserve"> </w:t>
      </w:r>
      <w:proofErr w:type="spellStart"/>
      <w:r w:rsidRPr="00066AE8">
        <w:rPr>
          <w:rFonts w:ascii="Cambria" w:hAnsi="Cambria"/>
        </w:rPr>
        <w:t>kannst</w:t>
      </w:r>
      <w:proofErr w:type="spellEnd"/>
      <w:r w:rsidRPr="00066AE8">
        <w:rPr>
          <w:rFonts w:ascii="Cambria" w:hAnsi="Cambria"/>
        </w:rPr>
        <w:t xml:space="preserve">. </w:t>
      </w:r>
      <w:proofErr w:type="spellStart"/>
      <w:r w:rsidRPr="00066AE8">
        <w:rPr>
          <w:rFonts w:ascii="Cambria" w:hAnsi="Cambria"/>
        </w:rPr>
        <w:t>Vor</w:t>
      </w:r>
      <w:proofErr w:type="spellEnd"/>
      <w:r w:rsidRPr="00066AE8">
        <w:rPr>
          <w:rFonts w:ascii="Cambria" w:hAnsi="Cambria"/>
        </w:rPr>
        <w:t xml:space="preserve"> </w:t>
      </w:r>
      <w:proofErr w:type="spellStart"/>
      <w:r w:rsidRPr="00066AE8">
        <w:rPr>
          <w:rFonts w:ascii="Cambria" w:hAnsi="Cambria"/>
        </w:rPr>
        <w:t>einem</w:t>
      </w:r>
      <w:proofErr w:type="spellEnd"/>
      <w:r w:rsidRPr="00066AE8">
        <w:rPr>
          <w:rFonts w:ascii="Cambria" w:hAnsi="Cambria"/>
        </w:rPr>
        <w:t xml:space="preserve"> Cmdlet Get-Help </w:t>
      </w:r>
      <w:proofErr w:type="spellStart"/>
      <w:r w:rsidRPr="00066AE8">
        <w:rPr>
          <w:rFonts w:ascii="Cambria" w:hAnsi="Cambria"/>
        </w:rPr>
        <w:t>eingeben</w:t>
      </w:r>
      <w:proofErr w:type="spellEnd"/>
      <w:r w:rsidRPr="00066AE8">
        <w:rPr>
          <w:rFonts w:ascii="Cambria" w:hAnsi="Cambria"/>
        </w:rPr>
        <w:t xml:space="preserve">, </w:t>
      </w:r>
      <w:proofErr w:type="spellStart"/>
      <w:r w:rsidRPr="00066AE8">
        <w:rPr>
          <w:rFonts w:ascii="Cambria" w:hAnsi="Cambria"/>
        </w:rPr>
        <w:t>zeigt</w:t>
      </w:r>
      <w:proofErr w:type="spellEnd"/>
      <w:r w:rsidRPr="00066AE8">
        <w:rPr>
          <w:rFonts w:ascii="Cambria" w:hAnsi="Cambria"/>
        </w:rPr>
        <w:t xml:space="preserve"> </w:t>
      </w:r>
      <w:proofErr w:type="spellStart"/>
      <w:r w:rsidRPr="00066AE8">
        <w:rPr>
          <w:rFonts w:ascii="Cambria" w:hAnsi="Cambria"/>
        </w:rPr>
        <w:t>eine</w:t>
      </w:r>
      <w:proofErr w:type="spellEnd"/>
      <w:r w:rsidRPr="00066AE8">
        <w:rPr>
          <w:rFonts w:ascii="Cambria" w:hAnsi="Cambria"/>
        </w:rPr>
        <w:t xml:space="preserve"> </w:t>
      </w:r>
      <w:proofErr w:type="spellStart"/>
      <w:r w:rsidRPr="00066AE8">
        <w:rPr>
          <w:rFonts w:ascii="Cambria" w:hAnsi="Cambria"/>
        </w:rPr>
        <w:t>kurze</w:t>
      </w:r>
      <w:proofErr w:type="spellEnd"/>
      <w:r w:rsidRPr="00066AE8">
        <w:rPr>
          <w:rFonts w:ascii="Cambria" w:hAnsi="Cambria"/>
        </w:rPr>
        <w:t xml:space="preserve"> </w:t>
      </w:r>
      <w:proofErr w:type="spellStart"/>
      <w:r w:rsidRPr="00066AE8">
        <w:rPr>
          <w:rFonts w:ascii="Cambria" w:hAnsi="Cambria"/>
        </w:rPr>
        <w:t>Auflistung</w:t>
      </w:r>
      <w:proofErr w:type="spellEnd"/>
      <w:r w:rsidRPr="00066AE8">
        <w:rPr>
          <w:rFonts w:ascii="Cambria" w:hAnsi="Cambria"/>
        </w:rPr>
        <w:t xml:space="preserve"> an. </w:t>
      </w:r>
      <w:proofErr w:type="spellStart"/>
      <w:r w:rsidRPr="00066AE8">
        <w:rPr>
          <w:rFonts w:ascii="Cambria" w:hAnsi="Cambria"/>
        </w:rPr>
        <w:t>Mit</w:t>
      </w:r>
      <w:proofErr w:type="spellEnd"/>
      <w:r w:rsidRPr="00066AE8">
        <w:rPr>
          <w:rFonts w:ascii="Cambria" w:hAnsi="Cambria"/>
        </w:rPr>
        <w:t xml:space="preserve"> dem Parameter -Full (</w:t>
      </w:r>
      <w:proofErr w:type="spellStart"/>
      <w:r w:rsidRPr="00066AE8">
        <w:rPr>
          <w:rFonts w:ascii="Cambria" w:hAnsi="Cambria"/>
        </w:rPr>
        <w:t>nach</w:t>
      </w:r>
      <w:proofErr w:type="spellEnd"/>
      <w:r w:rsidRPr="00066AE8">
        <w:rPr>
          <w:rFonts w:ascii="Cambria" w:hAnsi="Cambria"/>
        </w:rPr>
        <w:t xml:space="preserve"> dem Cmdlet) </w:t>
      </w:r>
      <w:proofErr w:type="spellStart"/>
      <w:r w:rsidRPr="00066AE8">
        <w:rPr>
          <w:rFonts w:ascii="Cambria" w:hAnsi="Cambria"/>
        </w:rPr>
        <w:t>eine</w:t>
      </w:r>
      <w:proofErr w:type="spellEnd"/>
      <w:r w:rsidRPr="00066AE8">
        <w:rPr>
          <w:rFonts w:ascii="Cambria" w:hAnsi="Cambria"/>
        </w:rPr>
        <w:t xml:space="preserve"> </w:t>
      </w:r>
      <w:proofErr w:type="spellStart"/>
      <w:r w:rsidRPr="00066AE8">
        <w:rPr>
          <w:rFonts w:ascii="Cambria" w:hAnsi="Cambria"/>
        </w:rPr>
        <w:t>Listet</w:t>
      </w:r>
      <w:proofErr w:type="spellEnd"/>
      <w:r w:rsidRPr="00066AE8">
        <w:rPr>
          <w:rFonts w:ascii="Cambria" w:hAnsi="Cambria"/>
        </w:rPr>
        <w:t xml:space="preserve"> </w:t>
      </w:r>
      <w:proofErr w:type="spellStart"/>
      <w:r w:rsidRPr="00066AE8">
        <w:rPr>
          <w:rFonts w:ascii="Cambria" w:hAnsi="Cambria"/>
        </w:rPr>
        <w:t>sogar</w:t>
      </w:r>
      <w:proofErr w:type="spellEnd"/>
      <w:r w:rsidRPr="00066AE8">
        <w:rPr>
          <w:rFonts w:ascii="Cambria" w:hAnsi="Cambria"/>
        </w:rPr>
        <w:t xml:space="preserve"> </w:t>
      </w:r>
      <w:proofErr w:type="spellStart"/>
      <w:r w:rsidRPr="00066AE8">
        <w:rPr>
          <w:rFonts w:ascii="Cambria" w:hAnsi="Cambria"/>
        </w:rPr>
        <w:t>noch</w:t>
      </w:r>
      <w:proofErr w:type="spellEnd"/>
      <w:r w:rsidRPr="00066AE8">
        <w:rPr>
          <w:rFonts w:ascii="Cambria" w:hAnsi="Cambria"/>
        </w:rPr>
        <w:t xml:space="preserve"> </w:t>
      </w:r>
      <w:proofErr w:type="spellStart"/>
      <w:r w:rsidRPr="00066AE8">
        <w:rPr>
          <w:rFonts w:ascii="Cambria" w:hAnsi="Cambria"/>
        </w:rPr>
        <w:t>mehr</w:t>
      </w:r>
      <w:proofErr w:type="spellEnd"/>
      <w:r w:rsidRPr="00066AE8">
        <w:rPr>
          <w:rFonts w:ascii="Cambria" w:hAnsi="Cambria"/>
        </w:rPr>
        <w:t xml:space="preserve"> </w:t>
      </w:r>
      <w:proofErr w:type="spellStart"/>
      <w:r w:rsidRPr="00066AE8">
        <w:rPr>
          <w:rFonts w:ascii="Cambria" w:hAnsi="Cambria"/>
        </w:rPr>
        <w:t>Informationen</w:t>
      </w:r>
      <w:proofErr w:type="spellEnd"/>
      <w:r w:rsidRPr="00066AE8">
        <w:rPr>
          <w:rFonts w:ascii="Cambria" w:hAnsi="Cambria"/>
        </w:rPr>
        <w:t xml:space="preserve"> auf.</w:t>
      </w:r>
    </w:p>
    <w:p w14:paraId="3FE6735D" w14:textId="06E498A5" w:rsidR="008E658C" w:rsidRDefault="008E658C" w:rsidP="008E658C">
      <w:pPr>
        <w:spacing w:after="0" w:line="240" w:lineRule="auto"/>
        <w:contextualSpacing/>
        <w:jc w:val="both"/>
        <w:rPr>
          <w:rFonts w:ascii="Cambria" w:hAnsi="Cambria"/>
        </w:rPr>
      </w:pPr>
    </w:p>
    <w:p w14:paraId="0AC0ADF6" w14:textId="3E9A1CE0" w:rsidR="008E658C" w:rsidRPr="008E658C" w:rsidRDefault="008E658C" w:rsidP="008E658C">
      <w:pPr>
        <w:spacing w:after="0" w:line="240" w:lineRule="auto"/>
        <w:contextualSpacing/>
        <w:jc w:val="both"/>
        <w:rPr>
          <w:rFonts w:ascii="Cambria" w:hAnsi="Cambria"/>
          <w:color w:val="4F81BD" w:themeColor="accent1"/>
          <w:sz w:val="26"/>
          <w:szCs w:val="26"/>
        </w:rPr>
      </w:pPr>
      <w:proofErr w:type="spellStart"/>
      <w:r w:rsidRPr="008E658C">
        <w:rPr>
          <w:rFonts w:ascii="Cambria" w:hAnsi="Cambria"/>
          <w:color w:val="4F81BD" w:themeColor="accent1"/>
          <w:sz w:val="26"/>
          <w:szCs w:val="26"/>
        </w:rPr>
        <w:t>Kommentare</w:t>
      </w:r>
      <w:proofErr w:type="spellEnd"/>
    </w:p>
    <w:p w14:paraId="3952950B" w14:textId="302C8E67" w:rsidR="008E658C" w:rsidRDefault="008E658C" w:rsidP="008E658C">
      <w:pPr>
        <w:spacing w:after="0" w:line="240" w:lineRule="auto"/>
        <w:contextualSpacing/>
        <w:jc w:val="both"/>
        <w:rPr>
          <w:rFonts w:ascii="Cambria" w:hAnsi="Cambria"/>
        </w:rPr>
      </w:pPr>
    </w:p>
    <w:p w14:paraId="385FE33B" w14:textId="7FA8876A" w:rsidR="008E658C" w:rsidRPr="00066AE8" w:rsidRDefault="008E658C" w:rsidP="00506064">
      <w:pPr>
        <w:spacing w:after="0" w:line="240" w:lineRule="auto"/>
        <w:contextualSpacing/>
        <w:jc w:val="both"/>
        <w:rPr>
          <w:rFonts w:ascii="Cambria" w:hAnsi="Cambria"/>
        </w:rPr>
      </w:pPr>
      <w:proofErr w:type="spellStart"/>
      <w:r>
        <w:t>Kommentare</w:t>
      </w:r>
      <w:proofErr w:type="spellEnd"/>
      <w:r>
        <w:t xml:space="preserve"> </w:t>
      </w:r>
      <w:proofErr w:type="spellStart"/>
      <w:r>
        <w:t>sind</w:t>
      </w:r>
      <w:proofErr w:type="spellEnd"/>
      <w:r>
        <w:t xml:space="preserve"> </w:t>
      </w:r>
      <w:proofErr w:type="spellStart"/>
      <w:r>
        <w:t>wichtig</w:t>
      </w:r>
      <w:proofErr w:type="spellEnd"/>
      <w:r>
        <w:t xml:space="preserve">, um </w:t>
      </w:r>
      <w:proofErr w:type="spellStart"/>
      <w:r>
        <w:t>Skripte</w:t>
      </w:r>
      <w:proofErr w:type="spellEnd"/>
      <w:r>
        <w:t xml:space="preserve"> </w:t>
      </w:r>
      <w:proofErr w:type="spellStart"/>
      <w:r>
        <w:t>verständlicher</w:t>
      </w:r>
      <w:proofErr w:type="spellEnd"/>
      <w:r>
        <w:t xml:space="preserve"> </w:t>
      </w:r>
      <w:proofErr w:type="spellStart"/>
      <w:r>
        <w:t>zu</w:t>
      </w:r>
      <w:proofErr w:type="spellEnd"/>
      <w:r>
        <w:t xml:space="preserve"> </w:t>
      </w:r>
      <w:proofErr w:type="spellStart"/>
      <w:r>
        <w:t>machen</w:t>
      </w:r>
      <w:proofErr w:type="spellEnd"/>
      <w:r>
        <w:t xml:space="preserve">. In </w:t>
      </w:r>
      <w:r w:rsidRPr="008E658C">
        <w:rPr>
          <w:rStyle w:val="Fett"/>
          <w:b w:val="0"/>
          <w:bCs w:val="0"/>
        </w:rPr>
        <w:t>PowerShell</w:t>
      </w:r>
      <w:r>
        <w:t xml:space="preserve"> </w:t>
      </w:r>
      <w:proofErr w:type="spellStart"/>
      <w:r>
        <w:t>gibt</w:t>
      </w:r>
      <w:proofErr w:type="spellEnd"/>
      <w:r>
        <w:t xml:space="preserve"> es </w:t>
      </w:r>
      <w:proofErr w:type="spellStart"/>
      <w:r>
        <w:t>zwei</w:t>
      </w:r>
      <w:proofErr w:type="spellEnd"/>
      <w:r>
        <w:t xml:space="preserve"> </w:t>
      </w:r>
      <w:proofErr w:type="spellStart"/>
      <w:r>
        <w:t>Arten</w:t>
      </w:r>
      <w:proofErr w:type="spellEnd"/>
      <w:r>
        <w:t xml:space="preserve"> von </w:t>
      </w:r>
      <w:proofErr w:type="spellStart"/>
      <w:r>
        <w:t>Kommentaren</w:t>
      </w:r>
      <w:proofErr w:type="spellEnd"/>
      <w:r>
        <w:t xml:space="preserve">. 1. </w:t>
      </w:r>
      <w:proofErr w:type="spellStart"/>
      <w:r>
        <w:t>Einzeilige</w:t>
      </w:r>
      <w:proofErr w:type="spellEnd"/>
      <w:r>
        <w:t xml:space="preserve"> </w:t>
      </w:r>
      <w:proofErr w:type="spellStart"/>
      <w:r>
        <w:t>Kommentare</w:t>
      </w:r>
      <w:proofErr w:type="spellEnd"/>
      <w:r>
        <w:t xml:space="preserve">: Ein </w:t>
      </w:r>
      <w:proofErr w:type="spellStart"/>
      <w:r>
        <w:t>einzelnes</w:t>
      </w:r>
      <w:proofErr w:type="spellEnd"/>
      <w:r>
        <w:t xml:space="preserve"> </w:t>
      </w:r>
      <w:r w:rsidRPr="008E658C">
        <w:rPr>
          <w:highlight w:val="lightGray"/>
        </w:rPr>
        <w:t>#</w:t>
      </w:r>
      <w:r>
        <w:t xml:space="preserve"> </w:t>
      </w:r>
      <w:proofErr w:type="spellStart"/>
      <w:r>
        <w:t>markiert</w:t>
      </w:r>
      <w:proofErr w:type="spellEnd"/>
      <w:r>
        <w:t xml:space="preserve"> den Rest der </w:t>
      </w:r>
      <w:proofErr w:type="spellStart"/>
      <w:r>
        <w:t>Zeile</w:t>
      </w:r>
      <w:proofErr w:type="spellEnd"/>
      <w:r>
        <w:t xml:space="preserve"> </w:t>
      </w:r>
      <w:proofErr w:type="spellStart"/>
      <w:r>
        <w:t>als</w:t>
      </w:r>
      <w:proofErr w:type="spellEnd"/>
      <w:r>
        <w:t xml:space="preserve"> </w:t>
      </w:r>
      <w:proofErr w:type="spellStart"/>
      <w:r>
        <w:t>Kommentar</w:t>
      </w:r>
      <w:proofErr w:type="spellEnd"/>
      <w:r>
        <w:t xml:space="preserve"> (</w:t>
      </w:r>
      <w:proofErr w:type="spellStart"/>
      <w:r>
        <w:t>z.B</w:t>
      </w:r>
      <w:proofErr w:type="spellEnd"/>
      <w:r>
        <w:t xml:space="preserve"> # Dies </w:t>
      </w:r>
      <w:proofErr w:type="spellStart"/>
      <w:r>
        <w:t>ist</w:t>
      </w:r>
      <w:proofErr w:type="spellEnd"/>
      <w:r>
        <w:t xml:space="preserve"> </w:t>
      </w:r>
      <w:proofErr w:type="spellStart"/>
      <w:r>
        <w:t>ein</w:t>
      </w:r>
      <w:proofErr w:type="spellEnd"/>
      <w:r>
        <w:t xml:space="preserve"> </w:t>
      </w:r>
      <w:proofErr w:type="spellStart"/>
      <w:r>
        <w:t>Kommentar</w:t>
      </w:r>
      <w:proofErr w:type="spellEnd"/>
      <w:r>
        <w:t xml:space="preserve">). 2. </w:t>
      </w:r>
      <w:proofErr w:type="spellStart"/>
      <w:r>
        <w:t>Mehrzeilige</w:t>
      </w:r>
      <w:proofErr w:type="spellEnd"/>
      <w:r>
        <w:t xml:space="preserve"> </w:t>
      </w:r>
      <w:proofErr w:type="spellStart"/>
      <w:r>
        <w:t>Kommentare</w:t>
      </w:r>
      <w:proofErr w:type="spellEnd"/>
      <w:r>
        <w:t xml:space="preserve">: </w:t>
      </w:r>
      <w:proofErr w:type="spellStart"/>
      <w:r>
        <w:t>Für</w:t>
      </w:r>
      <w:proofErr w:type="spellEnd"/>
      <w:r>
        <w:t xml:space="preserve"> </w:t>
      </w:r>
      <w:proofErr w:type="spellStart"/>
      <w:r>
        <w:t>mehrere</w:t>
      </w:r>
      <w:proofErr w:type="spellEnd"/>
      <w:r>
        <w:t xml:space="preserve"> </w:t>
      </w:r>
      <w:proofErr w:type="spellStart"/>
      <w:r>
        <w:t>Zeilen</w:t>
      </w:r>
      <w:proofErr w:type="spellEnd"/>
      <w:r>
        <w:t xml:space="preserve"> </w:t>
      </w:r>
      <w:proofErr w:type="spellStart"/>
      <w:r>
        <w:t>nutzt</w:t>
      </w:r>
      <w:proofErr w:type="spellEnd"/>
      <w:r>
        <w:t xml:space="preserve"> man &lt;# … #&gt;.</w:t>
      </w:r>
    </w:p>
    <w:p w14:paraId="174B43A3" w14:textId="77777777" w:rsidR="008E658C" w:rsidRPr="008E658C" w:rsidRDefault="008E658C" w:rsidP="00506064">
      <w:pPr>
        <w:pStyle w:val="berschrift1"/>
        <w:spacing w:before="0" w:line="240" w:lineRule="auto"/>
        <w:rPr>
          <w:rFonts w:asciiTheme="minorHAnsi" w:hAnsiTheme="minorHAnsi"/>
          <w:b w:val="0"/>
          <w:bCs w:val="0"/>
          <w:color w:val="4F81BD" w:themeColor="accent1"/>
          <w:sz w:val="22"/>
          <w:szCs w:val="22"/>
        </w:rPr>
      </w:pPr>
    </w:p>
    <w:p w14:paraId="1E22BACB" w14:textId="51C33B2B" w:rsidR="00C218A9" w:rsidRPr="00A43CF7" w:rsidRDefault="00C218A9" w:rsidP="00506064">
      <w:pPr>
        <w:spacing w:after="0" w:line="240" w:lineRule="auto"/>
        <w:rPr>
          <w:color w:val="4F81BD" w:themeColor="accent1"/>
          <w:sz w:val="26"/>
          <w:szCs w:val="26"/>
        </w:rPr>
      </w:pPr>
      <w:proofErr w:type="spellStart"/>
      <w:r w:rsidRPr="00A43CF7">
        <w:rPr>
          <w:color w:val="4F81BD" w:themeColor="accent1"/>
          <w:sz w:val="26"/>
          <w:szCs w:val="26"/>
        </w:rPr>
        <w:t>Datentypen</w:t>
      </w:r>
      <w:proofErr w:type="spellEnd"/>
    </w:p>
    <w:p w14:paraId="75960ADB" w14:textId="77777777" w:rsidR="00C218A9" w:rsidRDefault="00C218A9" w:rsidP="00506064">
      <w:pPr>
        <w:spacing w:after="0" w:line="240" w:lineRule="auto"/>
      </w:pPr>
    </w:p>
    <w:tbl>
      <w:tblPr>
        <w:tblStyle w:val="Tabellenraster"/>
        <w:tblpPr w:leftFromText="141" w:rightFromText="141" w:vertAnchor="page" w:horzAnchor="margin" w:tblpY="9034"/>
        <w:tblW w:w="0" w:type="auto"/>
        <w:tblBorders>
          <w:insideV w:val="none" w:sz="0" w:space="0" w:color="auto"/>
        </w:tblBorders>
        <w:tblLook w:val="04A0" w:firstRow="1" w:lastRow="0" w:firstColumn="1" w:lastColumn="0" w:noHBand="0" w:noVBand="1"/>
      </w:tblPr>
      <w:tblGrid>
        <w:gridCol w:w="2876"/>
        <w:gridCol w:w="2877"/>
        <w:gridCol w:w="2877"/>
      </w:tblGrid>
      <w:tr w:rsidR="00E142E9" w14:paraId="0D8C0323" w14:textId="77777777" w:rsidTr="00E142E9">
        <w:tc>
          <w:tcPr>
            <w:tcW w:w="2876" w:type="dxa"/>
          </w:tcPr>
          <w:p w14:paraId="4DF1929B" w14:textId="77777777" w:rsidR="00E142E9" w:rsidRDefault="00E142E9" w:rsidP="00E142E9">
            <w:r w:rsidRPr="00A43CF7">
              <w:t>String</w:t>
            </w:r>
          </w:p>
          <w:p w14:paraId="47921887" w14:textId="77777777" w:rsidR="00E142E9" w:rsidRPr="00A43CF7" w:rsidRDefault="00E142E9" w:rsidP="00E142E9"/>
        </w:tc>
        <w:tc>
          <w:tcPr>
            <w:tcW w:w="2877" w:type="dxa"/>
          </w:tcPr>
          <w:p w14:paraId="4AC3D32D" w14:textId="77777777" w:rsidR="00E142E9" w:rsidRPr="00A43CF7" w:rsidRDefault="00E142E9" w:rsidP="00E142E9">
            <w:r w:rsidRPr="00A43CF7">
              <w:t xml:space="preserve">Text </w:t>
            </w:r>
            <w:proofErr w:type="spellStart"/>
            <w:r w:rsidRPr="00A43CF7">
              <w:t>oder</w:t>
            </w:r>
            <w:proofErr w:type="spellEnd"/>
            <w:r w:rsidRPr="00A43CF7">
              <w:t xml:space="preserve"> </w:t>
            </w:r>
            <w:proofErr w:type="spellStart"/>
            <w:r w:rsidRPr="00A43CF7">
              <w:t>Zeichenketten</w:t>
            </w:r>
            <w:proofErr w:type="spellEnd"/>
          </w:p>
        </w:tc>
        <w:tc>
          <w:tcPr>
            <w:tcW w:w="2877" w:type="dxa"/>
          </w:tcPr>
          <w:p w14:paraId="558940E9" w14:textId="77777777" w:rsidR="00E142E9" w:rsidRPr="00A43CF7" w:rsidRDefault="00E142E9" w:rsidP="00E142E9">
            <w:r w:rsidRPr="00A43CF7">
              <w:t>$text = "Hallo"</w:t>
            </w:r>
          </w:p>
        </w:tc>
      </w:tr>
      <w:tr w:rsidR="00E142E9" w14:paraId="2C5E777D" w14:textId="77777777" w:rsidTr="00E142E9">
        <w:tc>
          <w:tcPr>
            <w:tcW w:w="2876" w:type="dxa"/>
          </w:tcPr>
          <w:p w14:paraId="4F611D0C" w14:textId="77777777" w:rsidR="00E142E9" w:rsidRDefault="00E142E9" w:rsidP="00E142E9">
            <w:r w:rsidRPr="00A43CF7">
              <w:t>Integer</w:t>
            </w:r>
          </w:p>
          <w:p w14:paraId="5BA42C33" w14:textId="77777777" w:rsidR="00E142E9" w:rsidRPr="00A43CF7" w:rsidRDefault="00E142E9" w:rsidP="00E142E9"/>
        </w:tc>
        <w:tc>
          <w:tcPr>
            <w:tcW w:w="2877" w:type="dxa"/>
          </w:tcPr>
          <w:p w14:paraId="44408E5F" w14:textId="77777777" w:rsidR="00E142E9" w:rsidRPr="00A43CF7" w:rsidRDefault="00E142E9" w:rsidP="00E142E9">
            <w:proofErr w:type="spellStart"/>
            <w:r w:rsidRPr="00A43CF7">
              <w:t>Ganze</w:t>
            </w:r>
            <w:proofErr w:type="spellEnd"/>
            <w:r w:rsidRPr="00A43CF7">
              <w:t xml:space="preserve"> </w:t>
            </w:r>
            <w:proofErr w:type="spellStart"/>
            <w:r w:rsidRPr="00A43CF7">
              <w:t>Zahlen</w:t>
            </w:r>
            <w:proofErr w:type="spellEnd"/>
          </w:p>
        </w:tc>
        <w:tc>
          <w:tcPr>
            <w:tcW w:w="2877" w:type="dxa"/>
          </w:tcPr>
          <w:p w14:paraId="7BA2B749" w14:textId="77777777" w:rsidR="00E142E9" w:rsidRPr="00A43CF7" w:rsidRDefault="00E142E9" w:rsidP="00E142E9">
            <w:r w:rsidRPr="00A43CF7">
              <w:t>$</w:t>
            </w:r>
            <w:proofErr w:type="spellStart"/>
            <w:r w:rsidRPr="00A43CF7">
              <w:t>zahl</w:t>
            </w:r>
            <w:proofErr w:type="spellEnd"/>
            <w:r w:rsidRPr="00A43CF7">
              <w:t xml:space="preserve"> = 10</w:t>
            </w:r>
          </w:p>
        </w:tc>
      </w:tr>
      <w:tr w:rsidR="00E142E9" w14:paraId="189CE19B" w14:textId="77777777" w:rsidTr="00E142E9">
        <w:tc>
          <w:tcPr>
            <w:tcW w:w="2876" w:type="dxa"/>
          </w:tcPr>
          <w:p w14:paraId="3F1AB593" w14:textId="77777777" w:rsidR="00E142E9" w:rsidRDefault="00E142E9" w:rsidP="00E142E9">
            <w:r w:rsidRPr="00A43CF7">
              <w:t>Double</w:t>
            </w:r>
          </w:p>
          <w:p w14:paraId="7EB4A6F5" w14:textId="77777777" w:rsidR="00E142E9" w:rsidRPr="00A43CF7" w:rsidRDefault="00E142E9" w:rsidP="00E142E9"/>
        </w:tc>
        <w:tc>
          <w:tcPr>
            <w:tcW w:w="2877"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438"/>
            </w:tblGrid>
            <w:tr w:rsidR="00E142E9" w:rsidRPr="00A43CF7" w14:paraId="1305C4BE" w14:textId="77777777" w:rsidTr="00627930">
              <w:trPr>
                <w:tblCellSpacing w:w="15" w:type="dxa"/>
              </w:trPr>
              <w:tc>
                <w:tcPr>
                  <w:tcW w:w="0" w:type="auto"/>
                  <w:vAlign w:val="center"/>
                  <w:hideMark/>
                </w:tcPr>
                <w:p w14:paraId="73760E0C" w14:textId="77777777" w:rsidR="00E142E9" w:rsidRPr="00A43CF7" w:rsidRDefault="00E142E9" w:rsidP="00E142E9">
                  <w:pPr>
                    <w:framePr w:hSpace="141" w:wrap="around" w:vAnchor="page" w:hAnchor="margin" w:y="9034"/>
                    <w:spacing w:after="0" w:line="240" w:lineRule="auto"/>
                    <w:rPr>
                      <w:rFonts w:eastAsia="Times New Roman" w:cs="Times New Roman"/>
                      <w:lang w:val="de-DE" w:eastAsia="de-DE"/>
                    </w:rPr>
                  </w:pPr>
                  <w:r w:rsidRPr="00A43CF7">
                    <w:rPr>
                      <w:rFonts w:eastAsia="Times New Roman" w:cs="Times New Roman"/>
                      <w:lang w:val="de-DE" w:eastAsia="de-DE"/>
                    </w:rPr>
                    <w:t>Kommazahlen</w:t>
                  </w:r>
                </w:p>
              </w:tc>
            </w:tr>
          </w:tbl>
          <w:p w14:paraId="5F597388" w14:textId="77777777" w:rsidR="00E142E9" w:rsidRPr="00A43CF7" w:rsidRDefault="00E142E9" w:rsidP="00E142E9"/>
        </w:tc>
        <w:tc>
          <w:tcPr>
            <w:tcW w:w="2877" w:type="dxa"/>
          </w:tcPr>
          <w:p w14:paraId="05B1FF54" w14:textId="77777777" w:rsidR="00E142E9" w:rsidRPr="00A43CF7" w:rsidRDefault="00E142E9" w:rsidP="00E142E9">
            <w:r w:rsidRPr="00A43CF7">
              <w:t>$pi = 3.14</w:t>
            </w:r>
          </w:p>
        </w:tc>
      </w:tr>
      <w:tr w:rsidR="00E142E9" w14:paraId="5B0C1BFA" w14:textId="77777777" w:rsidTr="00E142E9">
        <w:tc>
          <w:tcPr>
            <w:tcW w:w="2876" w:type="dxa"/>
          </w:tcPr>
          <w:p w14:paraId="5587B19A" w14:textId="77777777" w:rsidR="00E142E9" w:rsidRPr="00A43CF7" w:rsidRDefault="00E142E9" w:rsidP="00E142E9">
            <w:r w:rsidRPr="00A43CF7">
              <w:t>Boolean</w:t>
            </w:r>
          </w:p>
        </w:tc>
        <w:tc>
          <w:tcPr>
            <w:tcW w:w="2877" w:type="dxa"/>
          </w:tcPr>
          <w:p w14:paraId="51B546EC" w14:textId="77777777" w:rsidR="00E142E9" w:rsidRPr="00A43CF7" w:rsidRDefault="00E142E9" w:rsidP="00E142E9">
            <w:proofErr w:type="spellStart"/>
            <w:r w:rsidRPr="00A43CF7">
              <w:t>Wahr</w:t>
            </w:r>
            <w:proofErr w:type="spellEnd"/>
            <w:r w:rsidRPr="00A43CF7">
              <w:t>/</w:t>
            </w:r>
            <w:proofErr w:type="spellStart"/>
            <w:r w:rsidRPr="00A43CF7">
              <w:t>Falsch-Werte</w:t>
            </w:r>
            <w:proofErr w:type="spellEnd"/>
            <w:r w:rsidRPr="00A43CF7">
              <w:t xml:space="preserve"> (</w:t>
            </w:r>
            <w:r w:rsidRPr="00A43CF7">
              <w:rPr>
                <w:rStyle w:val="HTMLCode"/>
                <w:rFonts w:asciiTheme="minorHAnsi" w:eastAsiaTheme="minorEastAsia" w:hAnsiTheme="minorHAnsi"/>
                <w:sz w:val="22"/>
                <w:szCs w:val="22"/>
              </w:rPr>
              <w:t>$true</w:t>
            </w:r>
            <w:r w:rsidRPr="00A43CF7">
              <w:t xml:space="preserve">, </w:t>
            </w:r>
            <w:r w:rsidRPr="00A43CF7">
              <w:rPr>
                <w:rStyle w:val="HTMLCode"/>
                <w:rFonts w:asciiTheme="minorHAnsi" w:eastAsiaTheme="minorEastAsia" w:hAnsiTheme="minorHAnsi"/>
                <w:sz w:val="22"/>
                <w:szCs w:val="22"/>
              </w:rPr>
              <w:t>$false</w:t>
            </w:r>
            <w:r w:rsidRPr="00A43CF7">
              <w:t>)</w:t>
            </w:r>
          </w:p>
        </w:tc>
        <w:tc>
          <w:tcPr>
            <w:tcW w:w="2877" w:type="dxa"/>
          </w:tcPr>
          <w:p w14:paraId="326EADBE" w14:textId="77777777" w:rsidR="00E142E9" w:rsidRPr="00A43CF7" w:rsidRDefault="00E142E9" w:rsidP="00E142E9">
            <w:r w:rsidRPr="00A43CF7">
              <w:t>$</w:t>
            </w:r>
            <w:proofErr w:type="spellStart"/>
            <w:r w:rsidRPr="00A43CF7">
              <w:t>aktiv</w:t>
            </w:r>
            <w:proofErr w:type="spellEnd"/>
            <w:r w:rsidRPr="00A43CF7">
              <w:t xml:space="preserve"> = $true</w:t>
            </w:r>
          </w:p>
        </w:tc>
      </w:tr>
      <w:tr w:rsidR="00E142E9" w14:paraId="7EA3DE53" w14:textId="77777777" w:rsidTr="00E142E9">
        <w:tc>
          <w:tcPr>
            <w:tcW w:w="2876" w:type="dxa"/>
          </w:tcPr>
          <w:p w14:paraId="7A9A2A5F" w14:textId="77777777" w:rsidR="00E142E9" w:rsidRDefault="00E142E9" w:rsidP="00E142E9">
            <w:r w:rsidRPr="00A43CF7">
              <w:t>Array</w:t>
            </w:r>
          </w:p>
          <w:p w14:paraId="07587594" w14:textId="77777777" w:rsidR="00E142E9" w:rsidRPr="00A43CF7" w:rsidRDefault="00E142E9" w:rsidP="00E142E9"/>
        </w:tc>
        <w:tc>
          <w:tcPr>
            <w:tcW w:w="2877" w:type="dxa"/>
          </w:tcPr>
          <w:p w14:paraId="67A35401" w14:textId="77777777" w:rsidR="00E142E9" w:rsidRPr="00A43CF7" w:rsidRDefault="00E142E9" w:rsidP="00E142E9">
            <w:proofErr w:type="spellStart"/>
            <w:r w:rsidRPr="00A43CF7">
              <w:t>Sammlung</w:t>
            </w:r>
            <w:proofErr w:type="spellEnd"/>
            <w:r w:rsidRPr="00A43CF7">
              <w:t xml:space="preserve"> </w:t>
            </w:r>
            <w:proofErr w:type="spellStart"/>
            <w:r w:rsidRPr="00A43CF7">
              <w:t>mehrerer</w:t>
            </w:r>
            <w:proofErr w:type="spellEnd"/>
            <w:r w:rsidRPr="00A43CF7">
              <w:t xml:space="preserve"> </w:t>
            </w:r>
            <w:proofErr w:type="spellStart"/>
            <w:r w:rsidRPr="00A43CF7">
              <w:t>Werte</w:t>
            </w:r>
            <w:proofErr w:type="spellEnd"/>
          </w:p>
        </w:tc>
        <w:tc>
          <w:tcPr>
            <w:tcW w:w="2877" w:type="dxa"/>
          </w:tcPr>
          <w:p w14:paraId="7FDA8EC3" w14:textId="77777777" w:rsidR="00E142E9" w:rsidRPr="00A43CF7" w:rsidRDefault="00E142E9" w:rsidP="00E142E9">
            <w:r w:rsidRPr="00A43CF7">
              <w:t>$</w:t>
            </w:r>
            <w:proofErr w:type="spellStart"/>
            <w:r w:rsidRPr="00A43CF7">
              <w:t>zahlen</w:t>
            </w:r>
            <w:proofErr w:type="spellEnd"/>
            <w:r w:rsidRPr="00A43CF7">
              <w:t xml:space="preserve"> = </w:t>
            </w:r>
            <w:proofErr w:type="gramStart"/>
            <w:r w:rsidRPr="00A43CF7">
              <w:t>@(</w:t>
            </w:r>
            <w:proofErr w:type="gramEnd"/>
            <w:r w:rsidRPr="00A43CF7">
              <w:t>1,2,3,4)</w:t>
            </w:r>
          </w:p>
        </w:tc>
      </w:tr>
      <w:tr w:rsidR="00E142E9" w14:paraId="50970D84" w14:textId="77777777" w:rsidTr="00E142E9">
        <w:tc>
          <w:tcPr>
            <w:tcW w:w="2876" w:type="dxa"/>
          </w:tcPr>
          <w:p w14:paraId="6F95105C" w14:textId="77777777" w:rsidR="00E142E9" w:rsidRPr="00A43CF7" w:rsidRDefault="00E142E9" w:rsidP="00E142E9">
            <w:proofErr w:type="spellStart"/>
            <w:r w:rsidRPr="00A43CF7">
              <w:t>Hashtabelle</w:t>
            </w:r>
            <w:proofErr w:type="spellEnd"/>
          </w:p>
        </w:tc>
        <w:tc>
          <w:tcPr>
            <w:tcW w:w="2877"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661"/>
            </w:tblGrid>
            <w:tr w:rsidR="00E142E9" w:rsidRPr="00A43CF7" w14:paraId="024B1205" w14:textId="77777777" w:rsidTr="00627930">
              <w:trPr>
                <w:tblCellSpacing w:w="15" w:type="dxa"/>
              </w:trPr>
              <w:tc>
                <w:tcPr>
                  <w:tcW w:w="0" w:type="auto"/>
                  <w:vAlign w:val="center"/>
                  <w:hideMark/>
                </w:tcPr>
                <w:p w14:paraId="44A17D27" w14:textId="77777777" w:rsidR="00E142E9" w:rsidRPr="00A43CF7" w:rsidRDefault="00E142E9" w:rsidP="00E142E9">
                  <w:pPr>
                    <w:framePr w:hSpace="141" w:wrap="around" w:vAnchor="page" w:hAnchor="margin" w:y="9034"/>
                    <w:spacing w:after="0" w:line="240" w:lineRule="auto"/>
                    <w:rPr>
                      <w:rFonts w:eastAsia="Times New Roman" w:cs="Times New Roman"/>
                      <w:lang w:val="de-DE" w:eastAsia="de-DE"/>
                    </w:rPr>
                  </w:pPr>
                  <w:r w:rsidRPr="00A43CF7">
                    <w:rPr>
                      <w:rFonts w:eastAsia="Times New Roman" w:cs="Times New Roman"/>
                      <w:lang w:val="de-DE" w:eastAsia="de-DE"/>
                    </w:rPr>
                    <w:t>Key-Value-Paare (Dictionary)</w:t>
                  </w:r>
                </w:p>
              </w:tc>
            </w:tr>
          </w:tbl>
          <w:p w14:paraId="14FEFCEC" w14:textId="77777777" w:rsidR="00E142E9" w:rsidRPr="00A43CF7" w:rsidRDefault="00E142E9" w:rsidP="00E142E9"/>
        </w:tc>
        <w:tc>
          <w:tcPr>
            <w:tcW w:w="2877"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661"/>
            </w:tblGrid>
            <w:tr w:rsidR="00E142E9" w:rsidRPr="00A43CF7" w14:paraId="5D9ED14F" w14:textId="77777777" w:rsidTr="00627930">
              <w:trPr>
                <w:tblCellSpacing w:w="15" w:type="dxa"/>
              </w:trPr>
              <w:tc>
                <w:tcPr>
                  <w:tcW w:w="0" w:type="auto"/>
                  <w:vAlign w:val="center"/>
                  <w:hideMark/>
                </w:tcPr>
                <w:p w14:paraId="15399892" w14:textId="77777777" w:rsidR="00E142E9" w:rsidRPr="00A43CF7" w:rsidRDefault="00E142E9" w:rsidP="00E142E9">
                  <w:pPr>
                    <w:framePr w:hSpace="141" w:wrap="around" w:vAnchor="page" w:hAnchor="margin" w:y="9034"/>
                    <w:spacing w:after="0" w:line="240" w:lineRule="auto"/>
                    <w:rPr>
                      <w:rFonts w:eastAsia="Times New Roman" w:cs="Times New Roman"/>
                      <w:lang w:val="de-DE" w:eastAsia="de-DE"/>
                    </w:rPr>
                  </w:pPr>
                  <w:r w:rsidRPr="00A43CF7">
                    <w:rPr>
                      <w:rFonts w:eastAsia="Times New Roman" w:cs="Courier New"/>
                      <w:lang w:val="de-DE" w:eastAsia="de-DE"/>
                    </w:rPr>
                    <w:t>$</w:t>
                  </w:r>
                  <w:proofErr w:type="spellStart"/>
                  <w:r w:rsidRPr="00A43CF7">
                    <w:rPr>
                      <w:rFonts w:eastAsia="Times New Roman" w:cs="Courier New"/>
                      <w:lang w:val="de-DE" w:eastAsia="de-DE"/>
                    </w:rPr>
                    <w:t>person</w:t>
                  </w:r>
                  <w:proofErr w:type="spellEnd"/>
                  <w:r w:rsidRPr="00A43CF7">
                    <w:rPr>
                      <w:rFonts w:eastAsia="Times New Roman" w:cs="Courier New"/>
                      <w:lang w:val="de-DE" w:eastAsia="de-DE"/>
                    </w:rPr>
                    <w:t xml:space="preserve"> = </w:t>
                  </w:r>
                  <w:proofErr w:type="gramStart"/>
                  <w:r w:rsidRPr="00A43CF7">
                    <w:rPr>
                      <w:rFonts w:eastAsia="Times New Roman" w:cs="Courier New"/>
                      <w:lang w:val="de-DE" w:eastAsia="de-DE"/>
                    </w:rPr>
                    <w:t>@{</w:t>
                  </w:r>
                  <w:proofErr w:type="gramEnd"/>
                  <w:r w:rsidRPr="00A43CF7">
                    <w:rPr>
                      <w:rFonts w:eastAsia="Times New Roman" w:cs="Courier New"/>
                      <w:lang w:val="de-DE" w:eastAsia="de-DE"/>
                    </w:rPr>
                    <w:t>Name="Max"; Alter=25}</w:t>
                  </w:r>
                </w:p>
              </w:tc>
            </w:tr>
          </w:tbl>
          <w:p w14:paraId="30D0AD59" w14:textId="77777777" w:rsidR="00E142E9" w:rsidRPr="00A43CF7" w:rsidRDefault="00E142E9" w:rsidP="00E142E9"/>
        </w:tc>
      </w:tr>
      <w:tr w:rsidR="00E142E9" w14:paraId="32FEEB50" w14:textId="77777777" w:rsidTr="00E142E9">
        <w:tc>
          <w:tcPr>
            <w:tcW w:w="2876" w:type="dxa"/>
          </w:tcPr>
          <w:p w14:paraId="4DEE6728" w14:textId="77777777" w:rsidR="00E142E9" w:rsidRDefault="00E142E9" w:rsidP="00E142E9">
            <w:proofErr w:type="spellStart"/>
            <w:r w:rsidRPr="00A43CF7">
              <w:t>DateTime</w:t>
            </w:r>
            <w:proofErr w:type="spellEnd"/>
          </w:p>
          <w:p w14:paraId="4DF83A14" w14:textId="77777777" w:rsidR="00E142E9" w:rsidRPr="00A43CF7" w:rsidRDefault="00E142E9" w:rsidP="00E142E9"/>
        </w:tc>
        <w:tc>
          <w:tcPr>
            <w:tcW w:w="2877" w:type="dxa"/>
          </w:tcPr>
          <w:p w14:paraId="46D8F538" w14:textId="77777777" w:rsidR="00E142E9" w:rsidRPr="00A43CF7" w:rsidRDefault="00E142E9" w:rsidP="00E142E9">
            <w:r w:rsidRPr="00A43CF7">
              <w:t xml:space="preserve">Datum und </w:t>
            </w:r>
            <w:proofErr w:type="spellStart"/>
            <w:r w:rsidRPr="00A43CF7">
              <w:t>Uhrzeit</w:t>
            </w:r>
            <w:proofErr w:type="spellEnd"/>
          </w:p>
        </w:tc>
        <w:tc>
          <w:tcPr>
            <w:tcW w:w="2877" w:type="dxa"/>
          </w:tcPr>
          <w:p w14:paraId="0C444B06" w14:textId="77777777" w:rsidR="00E142E9" w:rsidRPr="00A43CF7" w:rsidRDefault="00E142E9" w:rsidP="00E142E9">
            <w:r w:rsidRPr="00A43CF7">
              <w:t>$datum = Get-Date</w:t>
            </w:r>
          </w:p>
        </w:tc>
      </w:tr>
      <w:tr w:rsidR="00E142E9" w14:paraId="7934ABC6" w14:textId="77777777" w:rsidTr="00E142E9">
        <w:tc>
          <w:tcPr>
            <w:tcW w:w="2876" w:type="dxa"/>
          </w:tcPr>
          <w:p w14:paraId="7896367F" w14:textId="77777777" w:rsidR="00E142E9" w:rsidRDefault="00E142E9" w:rsidP="00E142E9">
            <w:r w:rsidRPr="00A43CF7">
              <w:t>Null</w:t>
            </w:r>
          </w:p>
          <w:p w14:paraId="35B5AF8E" w14:textId="77777777" w:rsidR="00E142E9" w:rsidRPr="00A43CF7" w:rsidRDefault="00E142E9" w:rsidP="00E142E9"/>
        </w:tc>
        <w:tc>
          <w:tcPr>
            <w:tcW w:w="2877" w:type="dxa"/>
          </w:tcPr>
          <w:p w14:paraId="161CB986" w14:textId="77777777" w:rsidR="00E142E9" w:rsidRPr="00A43CF7" w:rsidRDefault="00E142E9" w:rsidP="00E142E9">
            <w:proofErr w:type="spellStart"/>
            <w:r w:rsidRPr="00A43CF7">
              <w:t>Keine</w:t>
            </w:r>
            <w:proofErr w:type="spellEnd"/>
            <w:r w:rsidRPr="00A43CF7">
              <w:t xml:space="preserve"> </w:t>
            </w:r>
            <w:proofErr w:type="spellStart"/>
            <w:r w:rsidRPr="00A43CF7">
              <w:t>Zuweisung</w:t>
            </w:r>
            <w:proofErr w:type="spellEnd"/>
            <w:r w:rsidRPr="00A43CF7">
              <w:t xml:space="preserve"> (</w:t>
            </w:r>
            <w:r w:rsidRPr="00A43CF7">
              <w:rPr>
                <w:rStyle w:val="HTMLCode"/>
                <w:rFonts w:asciiTheme="minorHAnsi" w:eastAsiaTheme="minorEastAsia" w:hAnsiTheme="minorHAnsi"/>
                <w:sz w:val="22"/>
                <w:szCs w:val="22"/>
              </w:rPr>
              <w:t>$null</w:t>
            </w:r>
            <w:r w:rsidRPr="00A43CF7">
              <w:t>)</w:t>
            </w:r>
          </w:p>
        </w:tc>
        <w:tc>
          <w:tcPr>
            <w:tcW w:w="2877"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261"/>
            </w:tblGrid>
            <w:tr w:rsidR="00E142E9" w:rsidRPr="00A43CF7" w14:paraId="6C99D005" w14:textId="77777777" w:rsidTr="00627930">
              <w:trPr>
                <w:tblCellSpacing w:w="15" w:type="dxa"/>
              </w:trPr>
              <w:tc>
                <w:tcPr>
                  <w:tcW w:w="0" w:type="auto"/>
                  <w:vAlign w:val="center"/>
                  <w:hideMark/>
                </w:tcPr>
                <w:p w14:paraId="67060279" w14:textId="77777777" w:rsidR="00E142E9" w:rsidRPr="00A43CF7" w:rsidRDefault="00E142E9" w:rsidP="00E142E9">
                  <w:pPr>
                    <w:framePr w:hSpace="141" w:wrap="around" w:vAnchor="page" w:hAnchor="margin" w:y="9034"/>
                    <w:spacing w:after="0" w:line="240" w:lineRule="auto"/>
                    <w:rPr>
                      <w:rFonts w:eastAsia="Times New Roman" w:cs="Times New Roman"/>
                      <w:lang w:val="de-DE" w:eastAsia="de-DE"/>
                    </w:rPr>
                  </w:pPr>
                  <w:r w:rsidRPr="00A43CF7">
                    <w:rPr>
                      <w:rFonts w:eastAsia="Times New Roman" w:cs="Courier New"/>
                      <w:lang w:val="de-DE" w:eastAsia="de-DE"/>
                    </w:rPr>
                    <w:t>$leer = $null</w:t>
                  </w:r>
                </w:p>
              </w:tc>
            </w:tr>
          </w:tbl>
          <w:p w14:paraId="63CE3784" w14:textId="77777777" w:rsidR="00E142E9" w:rsidRPr="00A43CF7" w:rsidRDefault="00E142E9" w:rsidP="00E142E9"/>
        </w:tc>
      </w:tr>
    </w:tbl>
    <w:p w14:paraId="17175A55" w14:textId="3564C2E8" w:rsidR="008E658C" w:rsidRPr="008E658C" w:rsidRDefault="00C218A9" w:rsidP="00506064">
      <w:pPr>
        <w:spacing w:after="0" w:line="240" w:lineRule="auto"/>
      </w:pPr>
      <w:r>
        <w:t xml:space="preserve">In </w:t>
      </w:r>
      <w:r w:rsidRPr="00A43CF7">
        <w:rPr>
          <w:rStyle w:val="Fett"/>
          <w:b w:val="0"/>
          <w:bCs w:val="0"/>
        </w:rPr>
        <w:t>PowerShell</w:t>
      </w:r>
      <w:r>
        <w:t xml:space="preserve"> </w:t>
      </w:r>
      <w:proofErr w:type="spellStart"/>
      <w:r>
        <w:t>sind</w:t>
      </w:r>
      <w:proofErr w:type="spellEnd"/>
      <w:r>
        <w:t xml:space="preserve"> </w:t>
      </w:r>
      <w:proofErr w:type="spellStart"/>
      <w:r w:rsidRPr="00A43CF7">
        <w:rPr>
          <w:rStyle w:val="Fett"/>
          <w:b w:val="0"/>
          <w:bCs w:val="0"/>
        </w:rPr>
        <w:t>Datentypen</w:t>
      </w:r>
      <w:proofErr w:type="spellEnd"/>
      <w:r>
        <w:t xml:space="preserve"> die Art von </w:t>
      </w:r>
      <w:proofErr w:type="spellStart"/>
      <w:r>
        <w:t>Werten</w:t>
      </w:r>
      <w:proofErr w:type="spellEnd"/>
      <w:r>
        <w:t xml:space="preserve">, die </w:t>
      </w:r>
      <w:proofErr w:type="spellStart"/>
      <w:r>
        <w:t>eine</w:t>
      </w:r>
      <w:proofErr w:type="spellEnd"/>
      <w:r>
        <w:t xml:space="preserve"> Variable </w:t>
      </w:r>
      <w:proofErr w:type="spellStart"/>
      <w:r>
        <w:t>speichern</w:t>
      </w:r>
      <w:proofErr w:type="spellEnd"/>
      <w:r>
        <w:t xml:space="preserve"> </w:t>
      </w:r>
      <w:proofErr w:type="spellStart"/>
      <w:r>
        <w:t>kann</w:t>
      </w:r>
      <w:proofErr w:type="spellEnd"/>
      <w:r>
        <w:t xml:space="preserve">. PowerShell </w:t>
      </w:r>
      <w:proofErr w:type="spellStart"/>
      <w:r>
        <w:t>verwendet</w:t>
      </w:r>
      <w:proofErr w:type="spellEnd"/>
      <w:r>
        <w:t xml:space="preserve"> </w:t>
      </w:r>
      <w:proofErr w:type="spellStart"/>
      <w:r w:rsidRPr="00A43CF7">
        <w:rPr>
          <w:rStyle w:val="Fett"/>
          <w:b w:val="0"/>
          <w:bCs w:val="0"/>
        </w:rPr>
        <w:t>dynamische</w:t>
      </w:r>
      <w:proofErr w:type="spellEnd"/>
      <w:r w:rsidRPr="00A43CF7">
        <w:rPr>
          <w:rStyle w:val="Fett"/>
          <w:b w:val="0"/>
          <w:bCs w:val="0"/>
        </w:rPr>
        <w:t xml:space="preserve"> </w:t>
      </w:r>
      <w:proofErr w:type="spellStart"/>
      <w:r w:rsidRPr="00A43CF7">
        <w:rPr>
          <w:rStyle w:val="Fett"/>
          <w:b w:val="0"/>
          <w:bCs w:val="0"/>
        </w:rPr>
        <w:t>Typisierung</w:t>
      </w:r>
      <w:proofErr w:type="spellEnd"/>
      <w:r>
        <w:t xml:space="preserve">, das </w:t>
      </w:r>
      <w:proofErr w:type="spellStart"/>
      <w:r>
        <w:t>heißt</w:t>
      </w:r>
      <w:proofErr w:type="spellEnd"/>
      <w:r>
        <w:t xml:space="preserve">, </w:t>
      </w:r>
      <w:proofErr w:type="spellStart"/>
      <w:r>
        <w:t>Variablen</w:t>
      </w:r>
      <w:proofErr w:type="spellEnd"/>
      <w:r>
        <w:t xml:space="preserve"> </w:t>
      </w:r>
      <w:proofErr w:type="spellStart"/>
      <w:r>
        <w:t>erkennen</w:t>
      </w:r>
      <w:proofErr w:type="spellEnd"/>
      <w:r>
        <w:t xml:space="preserve"> </w:t>
      </w:r>
      <w:proofErr w:type="spellStart"/>
      <w:r>
        <w:t>ihren</w:t>
      </w:r>
      <w:proofErr w:type="spellEnd"/>
      <w:r>
        <w:t xml:space="preserve"> </w:t>
      </w:r>
      <w:proofErr w:type="spellStart"/>
      <w:r>
        <w:t>Datentyp</w:t>
      </w:r>
      <w:proofErr w:type="spellEnd"/>
      <w:r>
        <w:t xml:space="preserve"> </w:t>
      </w:r>
      <w:proofErr w:type="spellStart"/>
      <w:r>
        <w:t>automatisch</w:t>
      </w:r>
      <w:proofErr w:type="spellEnd"/>
      <w:r>
        <w:t xml:space="preserve"> </w:t>
      </w:r>
      <w:proofErr w:type="spellStart"/>
      <w:r>
        <w:t>basierend</w:t>
      </w:r>
      <w:proofErr w:type="spellEnd"/>
      <w:r>
        <w:t xml:space="preserve"> auf dem </w:t>
      </w:r>
      <w:proofErr w:type="spellStart"/>
      <w:r>
        <w:t>zugewiesenen</w:t>
      </w:r>
      <w:proofErr w:type="spellEnd"/>
      <w:r>
        <w:t xml:space="preserve"> Wert. </w:t>
      </w:r>
      <w:proofErr w:type="gramStart"/>
      <w:r>
        <w:t>Man</w:t>
      </w:r>
      <w:proofErr w:type="gramEnd"/>
      <w:r>
        <w:t xml:space="preserve"> </w:t>
      </w:r>
      <w:proofErr w:type="spellStart"/>
      <w:r>
        <w:t>kann</w:t>
      </w:r>
      <w:proofErr w:type="spellEnd"/>
      <w:r>
        <w:t xml:space="preserve"> den </w:t>
      </w:r>
      <w:proofErr w:type="spellStart"/>
      <w:r>
        <w:t>Typ</w:t>
      </w:r>
      <w:proofErr w:type="spellEnd"/>
      <w:r>
        <w:t xml:space="preserve"> </w:t>
      </w:r>
      <w:proofErr w:type="spellStart"/>
      <w:r>
        <w:t>aber</w:t>
      </w:r>
      <w:proofErr w:type="spellEnd"/>
      <w:r>
        <w:t xml:space="preserve"> </w:t>
      </w:r>
      <w:proofErr w:type="spellStart"/>
      <w:r>
        <w:t>auch</w:t>
      </w:r>
      <w:proofErr w:type="spellEnd"/>
      <w:r>
        <w:t xml:space="preserve"> </w:t>
      </w:r>
      <w:proofErr w:type="spellStart"/>
      <w:r>
        <w:t>explizit</w:t>
      </w:r>
      <w:proofErr w:type="spellEnd"/>
      <w:r>
        <w:t xml:space="preserve"> </w:t>
      </w:r>
      <w:proofErr w:type="spellStart"/>
      <w:r>
        <w:t>festlegen</w:t>
      </w:r>
      <w:proofErr w:type="spellEnd"/>
      <w:r>
        <w:t>.</w:t>
      </w:r>
    </w:p>
    <w:p w14:paraId="40385DCA" w14:textId="4D72E513" w:rsidR="008E658C" w:rsidRPr="008E658C" w:rsidRDefault="008E658C" w:rsidP="00506064">
      <w:pPr>
        <w:spacing w:after="0" w:line="240" w:lineRule="auto"/>
      </w:pPr>
    </w:p>
    <w:tbl>
      <w:tblPr>
        <w:tblStyle w:val="Tabellenraster"/>
        <w:tblpPr w:leftFromText="141" w:rightFromText="141" w:vertAnchor="text" w:horzAnchor="margin" w:tblpY="-6"/>
        <w:tblW w:w="0" w:type="auto"/>
        <w:tblBorders>
          <w:insideV w:val="none" w:sz="0" w:space="0" w:color="auto"/>
        </w:tblBorders>
        <w:tblLook w:val="04A0" w:firstRow="1" w:lastRow="0" w:firstColumn="1" w:lastColumn="0" w:noHBand="0" w:noVBand="1"/>
      </w:tblPr>
      <w:tblGrid>
        <w:gridCol w:w="2876"/>
        <w:gridCol w:w="2877"/>
        <w:gridCol w:w="2877"/>
      </w:tblGrid>
      <w:tr w:rsidR="00A43CF7" w14:paraId="65659A6F" w14:textId="77777777" w:rsidTr="00E142E9">
        <w:trPr>
          <w:trHeight w:val="416"/>
        </w:trPr>
        <w:tc>
          <w:tcPr>
            <w:tcW w:w="2876" w:type="dxa"/>
          </w:tcPr>
          <w:p w14:paraId="7167EAA5" w14:textId="1AC0C63D" w:rsidR="00A43CF7" w:rsidRPr="00A43CF7" w:rsidRDefault="00A43CF7" w:rsidP="00A43CF7">
            <w:pPr>
              <w:rPr>
                <w:b/>
                <w:bCs/>
                <w:sz w:val="26"/>
                <w:szCs w:val="26"/>
              </w:rPr>
            </w:pPr>
            <w:proofErr w:type="spellStart"/>
            <w:r w:rsidRPr="00A43CF7">
              <w:rPr>
                <w:b/>
                <w:bCs/>
                <w:sz w:val="26"/>
                <w:szCs w:val="26"/>
              </w:rPr>
              <w:t>Typ</w:t>
            </w:r>
            <w:proofErr w:type="spellEnd"/>
            <w:r w:rsidRPr="00A43CF7">
              <w:rPr>
                <w:b/>
                <w:bCs/>
                <w:sz w:val="26"/>
                <w:szCs w:val="26"/>
              </w:rPr>
              <w:t xml:space="preserve">              </w:t>
            </w:r>
          </w:p>
        </w:tc>
        <w:tc>
          <w:tcPr>
            <w:tcW w:w="2877" w:type="dxa"/>
          </w:tcPr>
          <w:p w14:paraId="3AA1B5A0" w14:textId="77777777" w:rsidR="00A43CF7" w:rsidRPr="00A43CF7" w:rsidRDefault="00A43CF7" w:rsidP="00A43CF7">
            <w:pPr>
              <w:rPr>
                <w:b/>
                <w:bCs/>
                <w:sz w:val="26"/>
                <w:szCs w:val="26"/>
              </w:rPr>
            </w:pPr>
            <w:proofErr w:type="spellStart"/>
            <w:r w:rsidRPr="00A43CF7">
              <w:rPr>
                <w:b/>
                <w:bCs/>
                <w:sz w:val="26"/>
                <w:szCs w:val="26"/>
              </w:rPr>
              <w:t>Beschreibung</w:t>
            </w:r>
            <w:proofErr w:type="spellEnd"/>
          </w:p>
        </w:tc>
        <w:tc>
          <w:tcPr>
            <w:tcW w:w="2877" w:type="dxa"/>
          </w:tcPr>
          <w:p w14:paraId="68C1945D" w14:textId="77777777" w:rsidR="00A43CF7" w:rsidRPr="00A43CF7" w:rsidRDefault="00A43CF7" w:rsidP="00A43CF7">
            <w:pPr>
              <w:rPr>
                <w:b/>
                <w:bCs/>
                <w:sz w:val="26"/>
                <w:szCs w:val="26"/>
              </w:rPr>
            </w:pPr>
            <w:proofErr w:type="spellStart"/>
            <w:r w:rsidRPr="00A43CF7">
              <w:rPr>
                <w:b/>
                <w:bCs/>
                <w:sz w:val="26"/>
                <w:szCs w:val="26"/>
              </w:rPr>
              <w:t>Beispiel</w:t>
            </w:r>
            <w:proofErr w:type="spellEnd"/>
          </w:p>
        </w:tc>
      </w:tr>
    </w:tbl>
    <w:p w14:paraId="4BCAE9CF" w14:textId="42789738" w:rsidR="008E658C" w:rsidRPr="008E658C" w:rsidRDefault="008E658C" w:rsidP="00506064">
      <w:pPr>
        <w:spacing w:after="0" w:line="240" w:lineRule="auto"/>
      </w:pPr>
    </w:p>
    <w:p w14:paraId="399851D2" w14:textId="77777777" w:rsidR="00506064" w:rsidRPr="008E658C" w:rsidRDefault="00506064" w:rsidP="00506064">
      <w:pPr>
        <w:spacing w:after="0" w:line="240" w:lineRule="auto"/>
      </w:pPr>
    </w:p>
    <w:p w14:paraId="2EA28FA7" w14:textId="45FB2C77" w:rsidR="008E658C" w:rsidRPr="00506064" w:rsidRDefault="00506064" w:rsidP="00506064">
      <w:pPr>
        <w:spacing w:after="0" w:line="240" w:lineRule="auto"/>
        <w:jc w:val="center"/>
        <w:rPr>
          <w:color w:val="4F81BD" w:themeColor="accent1"/>
          <w:sz w:val="40"/>
          <w:szCs w:val="40"/>
        </w:rPr>
      </w:pPr>
      <w:proofErr w:type="spellStart"/>
      <w:r w:rsidRPr="00506064">
        <w:rPr>
          <w:color w:val="4F81BD" w:themeColor="accent1"/>
          <w:sz w:val="40"/>
          <w:szCs w:val="40"/>
        </w:rPr>
        <w:lastRenderedPageBreak/>
        <w:t>Operatoren</w:t>
      </w:r>
      <w:proofErr w:type="spellEnd"/>
    </w:p>
    <w:p w14:paraId="6B260610" w14:textId="77777777" w:rsidR="00C218A9" w:rsidRDefault="00C218A9" w:rsidP="00CC7713">
      <w:pPr>
        <w:spacing w:after="0" w:line="240" w:lineRule="auto"/>
        <w:jc w:val="both"/>
      </w:pPr>
    </w:p>
    <w:p w14:paraId="09A28FF7" w14:textId="3FF9BF20" w:rsidR="00506064" w:rsidRDefault="00506064" w:rsidP="00CC7713">
      <w:pPr>
        <w:spacing w:after="0" w:line="240" w:lineRule="auto"/>
        <w:jc w:val="both"/>
      </w:pPr>
      <w:r w:rsidRPr="00506064">
        <w:t xml:space="preserve">Ein </w:t>
      </w:r>
      <w:r w:rsidRPr="00506064">
        <w:rPr>
          <w:rStyle w:val="Fett"/>
          <w:b w:val="0"/>
          <w:bCs w:val="0"/>
        </w:rPr>
        <w:t>Operator</w:t>
      </w:r>
      <w:r w:rsidRPr="00506064">
        <w:rPr>
          <w:b/>
          <w:bCs/>
        </w:rPr>
        <w:t xml:space="preserve"> </w:t>
      </w:r>
      <w:proofErr w:type="spellStart"/>
      <w:r w:rsidRPr="00506064">
        <w:t>ist</w:t>
      </w:r>
      <w:proofErr w:type="spellEnd"/>
      <w:r w:rsidRPr="00506064">
        <w:t xml:space="preserve"> </w:t>
      </w:r>
      <w:proofErr w:type="spellStart"/>
      <w:r w:rsidRPr="00506064">
        <w:t>ein</w:t>
      </w:r>
      <w:proofErr w:type="spellEnd"/>
      <w:r w:rsidRPr="00506064">
        <w:t xml:space="preserve"> Symbol </w:t>
      </w:r>
      <w:proofErr w:type="spellStart"/>
      <w:r w:rsidRPr="00506064">
        <w:t>oder</w:t>
      </w:r>
      <w:proofErr w:type="spellEnd"/>
      <w:r w:rsidRPr="00506064">
        <w:t xml:space="preserve"> </w:t>
      </w:r>
      <w:proofErr w:type="spellStart"/>
      <w:r w:rsidRPr="00506064">
        <w:t>ein</w:t>
      </w:r>
      <w:proofErr w:type="spellEnd"/>
      <w:r w:rsidRPr="00506064">
        <w:t xml:space="preserve"> </w:t>
      </w:r>
      <w:proofErr w:type="spellStart"/>
      <w:r w:rsidRPr="00506064">
        <w:t>Schlüsselwort</w:t>
      </w:r>
      <w:proofErr w:type="spellEnd"/>
      <w:r w:rsidRPr="00506064">
        <w:t xml:space="preserve">, das </w:t>
      </w:r>
      <w:proofErr w:type="spellStart"/>
      <w:r w:rsidRPr="00506064">
        <w:t>eine</w:t>
      </w:r>
      <w:proofErr w:type="spellEnd"/>
      <w:r w:rsidRPr="00506064">
        <w:t xml:space="preserve"> </w:t>
      </w:r>
      <w:r w:rsidRPr="00506064">
        <w:rPr>
          <w:rStyle w:val="Fett"/>
          <w:b w:val="0"/>
          <w:bCs w:val="0"/>
        </w:rPr>
        <w:t xml:space="preserve">Operation auf </w:t>
      </w:r>
      <w:proofErr w:type="spellStart"/>
      <w:r w:rsidRPr="00506064">
        <w:rPr>
          <w:rStyle w:val="Fett"/>
          <w:b w:val="0"/>
          <w:bCs w:val="0"/>
        </w:rPr>
        <w:t>einem</w:t>
      </w:r>
      <w:proofErr w:type="spellEnd"/>
      <w:r w:rsidRPr="00506064">
        <w:rPr>
          <w:rStyle w:val="Fett"/>
          <w:b w:val="0"/>
          <w:bCs w:val="0"/>
        </w:rPr>
        <w:t xml:space="preserve"> </w:t>
      </w:r>
      <w:proofErr w:type="spellStart"/>
      <w:r w:rsidRPr="00506064">
        <w:rPr>
          <w:rStyle w:val="Fett"/>
          <w:b w:val="0"/>
          <w:bCs w:val="0"/>
        </w:rPr>
        <w:t>oder</w:t>
      </w:r>
      <w:proofErr w:type="spellEnd"/>
      <w:r w:rsidRPr="00506064">
        <w:rPr>
          <w:rStyle w:val="Fett"/>
          <w:b w:val="0"/>
          <w:bCs w:val="0"/>
        </w:rPr>
        <w:t xml:space="preserve"> </w:t>
      </w:r>
      <w:proofErr w:type="spellStart"/>
      <w:r w:rsidRPr="00506064">
        <w:rPr>
          <w:rStyle w:val="Fett"/>
          <w:b w:val="0"/>
          <w:bCs w:val="0"/>
        </w:rPr>
        <w:t>mehreren</w:t>
      </w:r>
      <w:proofErr w:type="spellEnd"/>
      <w:r w:rsidRPr="00506064">
        <w:rPr>
          <w:rStyle w:val="Fett"/>
          <w:b w:val="0"/>
          <w:bCs w:val="0"/>
        </w:rPr>
        <w:t xml:space="preserve"> </w:t>
      </w:r>
      <w:proofErr w:type="spellStart"/>
      <w:r w:rsidRPr="00506064">
        <w:rPr>
          <w:rStyle w:val="Fett"/>
          <w:b w:val="0"/>
          <w:bCs w:val="0"/>
        </w:rPr>
        <w:t>Werten</w:t>
      </w:r>
      <w:proofErr w:type="spellEnd"/>
      <w:r w:rsidRPr="00506064">
        <w:rPr>
          <w:rStyle w:val="Fett"/>
          <w:b w:val="0"/>
          <w:bCs w:val="0"/>
        </w:rPr>
        <w:t xml:space="preserve"> (</w:t>
      </w:r>
      <w:proofErr w:type="spellStart"/>
      <w:r w:rsidRPr="00506064">
        <w:rPr>
          <w:rStyle w:val="Fett"/>
          <w:b w:val="0"/>
          <w:bCs w:val="0"/>
        </w:rPr>
        <w:t>Operanden</w:t>
      </w:r>
      <w:proofErr w:type="spellEnd"/>
      <w:r w:rsidRPr="00506064">
        <w:rPr>
          <w:rStyle w:val="Fett"/>
          <w:b w:val="0"/>
          <w:bCs w:val="0"/>
        </w:rPr>
        <w:t>)</w:t>
      </w:r>
      <w:r w:rsidRPr="00506064">
        <w:t xml:space="preserve"> </w:t>
      </w:r>
      <w:proofErr w:type="spellStart"/>
      <w:r w:rsidRPr="00506064">
        <w:t>ausführt</w:t>
      </w:r>
      <w:proofErr w:type="spellEnd"/>
      <w:r w:rsidRPr="00506064">
        <w:t xml:space="preserve">. PowerShell </w:t>
      </w:r>
      <w:proofErr w:type="spellStart"/>
      <w:r w:rsidRPr="00506064">
        <w:t>bietet</w:t>
      </w:r>
      <w:proofErr w:type="spellEnd"/>
      <w:r w:rsidRPr="00506064">
        <w:t xml:space="preserve"> </w:t>
      </w:r>
      <w:proofErr w:type="spellStart"/>
      <w:r w:rsidRPr="00506064">
        <w:t>verschiedene</w:t>
      </w:r>
      <w:proofErr w:type="spellEnd"/>
      <w:r w:rsidRPr="00506064">
        <w:t xml:space="preserve"> </w:t>
      </w:r>
      <w:proofErr w:type="spellStart"/>
      <w:r w:rsidRPr="00506064">
        <w:rPr>
          <w:rStyle w:val="Fett"/>
          <w:b w:val="0"/>
          <w:bCs w:val="0"/>
        </w:rPr>
        <w:t>Operatoren</w:t>
      </w:r>
      <w:proofErr w:type="spellEnd"/>
      <w:r w:rsidRPr="00506064">
        <w:t xml:space="preserve">, die in </w:t>
      </w:r>
      <w:proofErr w:type="spellStart"/>
      <w:r w:rsidRPr="00506064">
        <w:t>verschiedene</w:t>
      </w:r>
      <w:proofErr w:type="spellEnd"/>
      <w:r w:rsidRPr="00506064">
        <w:t xml:space="preserve"> </w:t>
      </w:r>
      <w:proofErr w:type="spellStart"/>
      <w:r w:rsidRPr="00506064">
        <w:t>Kategorien</w:t>
      </w:r>
      <w:proofErr w:type="spellEnd"/>
      <w:r w:rsidRPr="00506064">
        <w:t xml:space="preserve"> </w:t>
      </w:r>
      <w:proofErr w:type="spellStart"/>
      <w:r w:rsidRPr="00506064">
        <w:t>unterteilt</w:t>
      </w:r>
      <w:proofErr w:type="spellEnd"/>
      <w:r w:rsidRPr="00506064">
        <w:t xml:space="preserve"> </w:t>
      </w:r>
      <w:proofErr w:type="spellStart"/>
      <w:r w:rsidRPr="00506064">
        <w:t>sind</w:t>
      </w:r>
      <w:proofErr w:type="spellEnd"/>
      <w:r w:rsidRPr="00506064">
        <w:t>.</w:t>
      </w:r>
    </w:p>
    <w:p w14:paraId="6BCC7FD0" w14:textId="1F50451A" w:rsidR="00347E47" w:rsidRDefault="00347E47" w:rsidP="00CC7713">
      <w:pPr>
        <w:spacing w:after="0" w:line="240" w:lineRule="auto"/>
        <w:jc w:val="both"/>
      </w:pPr>
    </w:p>
    <w:p w14:paraId="6577B7B5" w14:textId="083CB810" w:rsidR="00347E47" w:rsidRDefault="00347E47" w:rsidP="00CC7713">
      <w:pPr>
        <w:spacing w:after="0" w:line="240" w:lineRule="auto"/>
        <w:jc w:val="both"/>
      </w:pPr>
      <w:proofErr w:type="spellStart"/>
      <w:r w:rsidRPr="00347E47">
        <w:rPr>
          <w:rStyle w:val="Fett"/>
          <w:b w:val="0"/>
          <w:bCs w:val="0"/>
        </w:rPr>
        <w:t>Operanden</w:t>
      </w:r>
      <w:proofErr w:type="spellEnd"/>
      <w:r>
        <w:t xml:space="preserve"> </w:t>
      </w:r>
      <w:proofErr w:type="spellStart"/>
      <w:r>
        <w:t>sind</w:t>
      </w:r>
      <w:proofErr w:type="spellEnd"/>
      <w:r>
        <w:t xml:space="preserve"> </w:t>
      </w:r>
      <w:r>
        <w:t xml:space="preserve">die </w:t>
      </w:r>
      <w:proofErr w:type="spellStart"/>
      <w:r w:rsidRPr="00347E47">
        <w:rPr>
          <w:rStyle w:val="Fett"/>
          <w:b w:val="0"/>
          <w:bCs w:val="0"/>
        </w:rPr>
        <w:t>Werte</w:t>
      </w:r>
      <w:proofErr w:type="spellEnd"/>
      <w:r w:rsidRPr="00347E47">
        <w:rPr>
          <w:rStyle w:val="Fett"/>
          <w:b w:val="0"/>
          <w:bCs w:val="0"/>
        </w:rPr>
        <w:t xml:space="preserve"> </w:t>
      </w:r>
      <w:proofErr w:type="spellStart"/>
      <w:r w:rsidRPr="00347E47">
        <w:rPr>
          <w:rStyle w:val="Fett"/>
          <w:b w:val="0"/>
          <w:bCs w:val="0"/>
        </w:rPr>
        <w:t>oder</w:t>
      </w:r>
      <w:proofErr w:type="spellEnd"/>
      <w:r w:rsidRPr="00347E47">
        <w:rPr>
          <w:rStyle w:val="Fett"/>
          <w:b w:val="0"/>
          <w:bCs w:val="0"/>
        </w:rPr>
        <w:t xml:space="preserve"> </w:t>
      </w:r>
      <w:proofErr w:type="spellStart"/>
      <w:r w:rsidRPr="00347E47">
        <w:rPr>
          <w:rStyle w:val="Fett"/>
          <w:b w:val="0"/>
          <w:bCs w:val="0"/>
        </w:rPr>
        <w:t>Variablen</w:t>
      </w:r>
      <w:proofErr w:type="spellEnd"/>
      <w:r>
        <w:t xml:space="preserve">, auf die </w:t>
      </w:r>
      <w:proofErr w:type="spellStart"/>
      <w:r>
        <w:t>ein</w:t>
      </w:r>
      <w:proofErr w:type="spellEnd"/>
      <w:r>
        <w:t xml:space="preserve"> </w:t>
      </w:r>
      <w:r w:rsidRPr="00347E47">
        <w:rPr>
          <w:rStyle w:val="Fett"/>
          <w:b w:val="0"/>
          <w:bCs w:val="0"/>
        </w:rPr>
        <w:t>Operator</w:t>
      </w:r>
      <w:r>
        <w:t xml:space="preserve"> </w:t>
      </w:r>
      <w:proofErr w:type="spellStart"/>
      <w:r>
        <w:t>angewendet</w:t>
      </w:r>
      <w:proofErr w:type="spellEnd"/>
      <w:r>
        <w:t xml:space="preserve"> </w:t>
      </w:r>
      <w:proofErr w:type="spellStart"/>
      <w:r>
        <w:t>wird</w:t>
      </w:r>
      <w:proofErr w:type="spellEnd"/>
      <w:r>
        <w:t xml:space="preserve">. Sie </w:t>
      </w:r>
      <w:proofErr w:type="spellStart"/>
      <w:r>
        <w:t>sind</w:t>
      </w:r>
      <w:proofErr w:type="spellEnd"/>
      <w:r>
        <w:t xml:space="preserve"> also die „</w:t>
      </w:r>
      <w:proofErr w:type="spellStart"/>
      <w:proofErr w:type="gramStart"/>
      <w:r>
        <w:t>Bausteine</w:t>
      </w:r>
      <w:proofErr w:type="spellEnd"/>
      <w:r>
        <w:t>“</w:t>
      </w:r>
      <w:proofErr w:type="gramEnd"/>
      <w:r>
        <w:t xml:space="preserve">, </w:t>
      </w:r>
      <w:proofErr w:type="spellStart"/>
      <w:r>
        <w:t>mit</w:t>
      </w:r>
      <w:proofErr w:type="spellEnd"/>
      <w:r>
        <w:t xml:space="preserve"> </w:t>
      </w:r>
      <w:proofErr w:type="spellStart"/>
      <w:r>
        <w:t>denen</w:t>
      </w:r>
      <w:proofErr w:type="spellEnd"/>
      <w:r>
        <w:t xml:space="preserve"> </w:t>
      </w:r>
      <w:proofErr w:type="spellStart"/>
      <w:r>
        <w:t>Operatoren</w:t>
      </w:r>
      <w:proofErr w:type="spellEnd"/>
      <w:r>
        <w:t xml:space="preserve"> </w:t>
      </w:r>
      <w:proofErr w:type="spellStart"/>
      <w:r>
        <w:t>arbeiten</w:t>
      </w:r>
      <w:proofErr w:type="spellEnd"/>
      <w:r>
        <w:t>.</w:t>
      </w:r>
    </w:p>
    <w:p w14:paraId="1C6DEBBF" w14:textId="77777777" w:rsidR="00C218A9" w:rsidRDefault="00C218A9" w:rsidP="00CC7713">
      <w:pPr>
        <w:spacing w:after="0" w:line="240" w:lineRule="auto"/>
        <w:jc w:val="both"/>
      </w:pPr>
    </w:p>
    <w:p w14:paraId="63AF1C7A" w14:textId="77777777" w:rsidR="00506064" w:rsidRPr="00506064" w:rsidRDefault="00506064" w:rsidP="00506064">
      <w:pPr>
        <w:spacing w:after="0" w:line="240" w:lineRule="auto"/>
      </w:pPr>
    </w:p>
    <w:tbl>
      <w:tblPr>
        <w:tblStyle w:val="Tabellenraster"/>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15"/>
        <w:gridCol w:w="4315"/>
      </w:tblGrid>
      <w:tr w:rsidR="00347E47" w14:paraId="5D7E44A5" w14:textId="77777777" w:rsidTr="00C218A9">
        <w:trPr>
          <w:jc w:val="center"/>
        </w:trPr>
        <w:tc>
          <w:tcPr>
            <w:tcW w:w="4315" w:type="dxa"/>
          </w:tcPr>
          <w:p w14:paraId="5D721801" w14:textId="77777777" w:rsidR="00347E47" w:rsidRPr="00506064" w:rsidRDefault="00347E47" w:rsidP="00347E47">
            <w:pPr>
              <w:rPr>
                <w:sz w:val="26"/>
                <w:szCs w:val="26"/>
              </w:rPr>
            </w:pPr>
            <w:proofErr w:type="spellStart"/>
            <w:r w:rsidRPr="00506064">
              <w:rPr>
                <w:color w:val="4F81BD" w:themeColor="accent1"/>
                <w:sz w:val="26"/>
                <w:szCs w:val="26"/>
              </w:rPr>
              <w:t>Zuweisungsoperatoren</w:t>
            </w:r>
            <w:proofErr w:type="spellEnd"/>
            <w:r w:rsidRPr="00506064">
              <w:rPr>
                <w:sz w:val="26"/>
                <w:szCs w:val="26"/>
              </w:rPr>
              <w:t xml:space="preserve"> </w:t>
            </w:r>
          </w:p>
          <w:p w14:paraId="7D0FB906" w14:textId="77777777" w:rsidR="00347E47" w:rsidRDefault="00347E47" w:rsidP="00347E47"/>
          <w:p w14:paraId="5F3A1323" w14:textId="77777777" w:rsidR="00347E47" w:rsidRPr="00506064" w:rsidRDefault="00347E47" w:rsidP="00347E47">
            <w:proofErr w:type="spellStart"/>
            <w:r w:rsidRPr="00506064">
              <w:t>Weisen</w:t>
            </w:r>
            <w:proofErr w:type="spellEnd"/>
            <w:r w:rsidRPr="00506064">
              <w:t xml:space="preserve"> </w:t>
            </w:r>
            <w:proofErr w:type="spellStart"/>
            <w:r w:rsidRPr="00506064">
              <w:t>einer</w:t>
            </w:r>
            <w:proofErr w:type="spellEnd"/>
            <w:r w:rsidRPr="00506064">
              <w:t xml:space="preserve"> </w:t>
            </w:r>
            <w:proofErr w:type="spellStart"/>
            <w:r w:rsidRPr="00506064">
              <w:t>Variablen</w:t>
            </w:r>
            <w:proofErr w:type="spellEnd"/>
            <w:r w:rsidRPr="00506064">
              <w:t xml:space="preserve"> </w:t>
            </w:r>
            <w:proofErr w:type="spellStart"/>
            <w:r w:rsidRPr="00506064">
              <w:t>einen</w:t>
            </w:r>
            <w:proofErr w:type="spellEnd"/>
            <w:r w:rsidRPr="00506064">
              <w:t xml:space="preserve"> Wert </w:t>
            </w:r>
            <w:proofErr w:type="spellStart"/>
            <w:r w:rsidRPr="00506064">
              <w:t>zu</w:t>
            </w:r>
            <w:proofErr w:type="spellEnd"/>
            <w:r>
              <w:t>.</w:t>
            </w:r>
          </w:p>
          <w:p w14:paraId="51FD1E93" w14:textId="77777777" w:rsidR="00347E47" w:rsidRPr="00506064" w:rsidRDefault="00347E47" w:rsidP="00347E47">
            <w:r w:rsidRPr="00506064">
              <w:t>$x</w:t>
            </w:r>
            <w:r>
              <w:t xml:space="preserve">    </w:t>
            </w:r>
            <w:r w:rsidRPr="00506064">
              <w:t xml:space="preserve"> = 10     # </w:t>
            </w:r>
            <w:proofErr w:type="spellStart"/>
            <w:r w:rsidRPr="00506064">
              <w:t>Zuweisung</w:t>
            </w:r>
            <w:proofErr w:type="spellEnd"/>
          </w:p>
          <w:p w14:paraId="768AC6B7" w14:textId="58B21CDA" w:rsidR="00347E47" w:rsidRDefault="00347E47" w:rsidP="00347E47">
            <w:r w:rsidRPr="00506064">
              <w:t>$x +</w:t>
            </w:r>
            <w:r>
              <w:t xml:space="preserve"> </w:t>
            </w:r>
            <w:r w:rsidRPr="00506064">
              <w:t>=</w:t>
            </w:r>
            <w:r>
              <w:t xml:space="preserve">   </w:t>
            </w:r>
            <w:r w:rsidRPr="00506064">
              <w:t xml:space="preserve"> 5     # </w:t>
            </w:r>
            <w:proofErr w:type="spellStart"/>
            <w:r w:rsidRPr="00506064">
              <w:t>Erhöht</w:t>
            </w:r>
            <w:proofErr w:type="spellEnd"/>
            <w:r w:rsidRPr="00506064">
              <w:t xml:space="preserve"> $x um 5 </w:t>
            </w:r>
          </w:p>
          <w:p w14:paraId="22DAC298" w14:textId="77777777" w:rsidR="00347E47" w:rsidRDefault="00347E47" w:rsidP="00506064">
            <w:pPr>
              <w:rPr>
                <w:color w:val="4F81BD" w:themeColor="accent1"/>
                <w:sz w:val="26"/>
                <w:szCs w:val="26"/>
              </w:rPr>
            </w:pPr>
          </w:p>
        </w:tc>
        <w:tc>
          <w:tcPr>
            <w:tcW w:w="4315" w:type="dxa"/>
          </w:tcPr>
          <w:p w14:paraId="27881D0B" w14:textId="77777777" w:rsidR="00347E47" w:rsidRPr="00CC7713" w:rsidRDefault="00347E47" w:rsidP="00347E47">
            <w:pPr>
              <w:rPr>
                <w:color w:val="4F81BD" w:themeColor="accent1"/>
                <w:sz w:val="26"/>
                <w:szCs w:val="26"/>
              </w:rPr>
            </w:pPr>
            <w:proofErr w:type="spellStart"/>
            <w:r w:rsidRPr="00CC7713">
              <w:rPr>
                <w:color w:val="4F81BD" w:themeColor="accent1"/>
                <w:sz w:val="26"/>
                <w:szCs w:val="26"/>
              </w:rPr>
              <w:t>Logische</w:t>
            </w:r>
            <w:proofErr w:type="spellEnd"/>
            <w:r w:rsidRPr="00CC7713">
              <w:rPr>
                <w:color w:val="4F81BD" w:themeColor="accent1"/>
                <w:sz w:val="26"/>
                <w:szCs w:val="26"/>
              </w:rPr>
              <w:t xml:space="preserve"> </w:t>
            </w:r>
            <w:proofErr w:type="spellStart"/>
            <w:r w:rsidRPr="00CC7713">
              <w:rPr>
                <w:color w:val="4F81BD" w:themeColor="accent1"/>
                <w:sz w:val="26"/>
                <w:szCs w:val="26"/>
              </w:rPr>
              <w:t>Operatoren</w:t>
            </w:r>
            <w:proofErr w:type="spellEnd"/>
          </w:p>
          <w:p w14:paraId="2BCEEAA4" w14:textId="77777777" w:rsidR="00347E47" w:rsidRPr="00CC7713" w:rsidRDefault="00347E47" w:rsidP="00347E47"/>
          <w:p w14:paraId="3C0C5F88" w14:textId="77777777" w:rsidR="00347E47" w:rsidRPr="00CC7713" w:rsidRDefault="00347E47" w:rsidP="00347E47">
            <w:proofErr w:type="spellStart"/>
            <w:r w:rsidRPr="00CC7713">
              <w:t>Verknüpfen</w:t>
            </w:r>
            <w:proofErr w:type="spellEnd"/>
            <w:r w:rsidRPr="00CC7713">
              <w:t xml:space="preserve"> </w:t>
            </w:r>
            <w:proofErr w:type="spellStart"/>
            <w:r w:rsidRPr="00CC7713">
              <w:t>mehrere</w:t>
            </w:r>
            <w:proofErr w:type="spellEnd"/>
            <w:r w:rsidRPr="00CC7713">
              <w:t xml:space="preserve"> </w:t>
            </w:r>
            <w:proofErr w:type="spellStart"/>
            <w:r w:rsidRPr="00CC7713">
              <w:t>Bedingungen</w:t>
            </w:r>
            <w:proofErr w:type="spellEnd"/>
          </w:p>
          <w:p w14:paraId="42359F50" w14:textId="77777777" w:rsidR="00C218A9" w:rsidRDefault="00347E47" w:rsidP="00347E47">
            <w:r w:rsidRPr="00CC7713">
              <w:t xml:space="preserve">($x -gt 5) -and ($x -lt 20)   </w:t>
            </w:r>
          </w:p>
          <w:p w14:paraId="41B9C8F6" w14:textId="4409ACC3" w:rsidR="00347E47" w:rsidRPr="00CC7713" w:rsidRDefault="00347E47" w:rsidP="00347E47">
            <w:r w:rsidRPr="00CC7713">
              <w:t xml:space="preserve"># True, </w:t>
            </w:r>
            <w:proofErr w:type="spellStart"/>
            <w:r w:rsidRPr="00CC7713">
              <w:t>wenn</w:t>
            </w:r>
            <w:proofErr w:type="spellEnd"/>
            <w:r w:rsidRPr="00CC7713">
              <w:t xml:space="preserve"> </w:t>
            </w:r>
            <w:proofErr w:type="spellStart"/>
            <w:r w:rsidRPr="00CC7713">
              <w:t>beide</w:t>
            </w:r>
            <w:proofErr w:type="spellEnd"/>
            <w:r w:rsidRPr="00CC7713">
              <w:t xml:space="preserve"> </w:t>
            </w:r>
            <w:proofErr w:type="spellStart"/>
            <w:r w:rsidRPr="00CC7713">
              <w:t>Bedingungen</w:t>
            </w:r>
            <w:proofErr w:type="spellEnd"/>
            <w:r w:rsidRPr="00CC7713">
              <w:t xml:space="preserve"> </w:t>
            </w:r>
            <w:proofErr w:type="spellStart"/>
            <w:r w:rsidRPr="00CC7713">
              <w:t>wahr</w:t>
            </w:r>
            <w:proofErr w:type="spellEnd"/>
            <w:r w:rsidRPr="00CC7713">
              <w:t xml:space="preserve"> </w:t>
            </w:r>
            <w:proofErr w:type="spellStart"/>
            <w:r w:rsidRPr="00CC7713">
              <w:t>sind</w:t>
            </w:r>
            <w:proofErr w:type="spellEnd"/>
          </w:p>
          <w:p w14:paraId="5719DD38" w14:textId="77777777" w:rsidR="00C218A9" w:rsidRDefault="00347E47" w:rsidP="00347E47">
            <w:r w:rsidRPr="00CC7713">
              <w:t xml:space="preserve">($x -eq 10) -or ($x -eq 20)   </w:t>
            </w:r>
          </w:p>
          <w:p w14:paraId="0F5F5611" w14:textId="1E2D9E2D" w:rsidR="00347E47" w:rsidRPr="00CC7713" w:rsidRDefault="00347E47" w:rsidP="00347E47">
            <w:r w:rsidRPr="00CC7713">
              <w:t xml:space="preserve"># True, </w:t>
            </w:r>
            <w:proofErr w:type="spellStart"/>
            <w:r w:rsidRPr="00CC7713">
              <w:t>wenn</w:t>
            </w:r>
            <w:proofErr w:type="spellEnd"/>
            <w:r w:rsidRPr="00CC7713">
              <w:t xml:space="preserve"> </w:t>
            </w:r>
            <w:proofErr w:type="spellStart"/>
            <w:r w:rsidRPr="00CC7713">
              <w:t>eine</w:t>
            </w:r>
            <w:proofErr w:type="spellEnd"/>
            <w:r w:rsidRPr="00CC7713">
              <w:t xml:space="preserve"> </w:t>
            </w:r>
            <w:proofErr w:type="spellStart"/>
            <w:r w:rsidRPr="00CC7713">
              <w:t>Bedingung</w:t>
            </w:r>
            <w:proofErr w:type="spellEnd"/>
            <w:r w:rsidRPr="00CC7713">
              <w:t xml:space="preserve"> </w:t>
            </w:r>
            <w:proofErr w:type="spellStart"/>
            <w:r w:rsidRPr="00CC7713">
              <w:t>wahr</w:t>
            </w:r>
            <w:proofErr w:type="spellEnd"/>
            <w:r w:rsidRPr="00CC7713">
              <w:t xml:space="preserve"> </w:t>
            </w:r>
            <w:proofErr w:type="spellStart"/>
            <w:r w:rsidRPr="00CC7713">
              <w:t>ist</w:t>
            </w:r>
            <w:proofErr w:type="spellEnd"/>
          </w:p>
          <w:p w14:paraId="3D681870" w14:textId="77777777" w:rsidR="00347E47" w:rsidRDefault="00347E47" w:rsidP="00C218A9">
            <w:pPr>
              <w:rPr>
                <w:color w:val="4F81BD" w:themeColor="accent1"/>
                <w:sz w:val="26"/>
                <w:szCs w:val="26"/>
              </w:rPr>
            </w:pPr>
          </w:p>
        </w:tc>
      </w:tr>
      <w:tr w:rsidR="00347E47" w14:paraId="0E97FD08" w14:textId="77777777" w:rsidTr="00C218A9">
        <w:trPr>
          <w:jc w:val="center"/>
        </w:trPr>
        <w:tc>
          <w:tcPr>
            <w:tcW w:w="4315" w:type="dxa"/>
          </w:tcPr>
          <w:p w14:paraId="2A86D9FD" w14:textId="77777777" w:rsidR="00347E47" w:rsidRPr="00C218A9" w:rsidRDefault="00347E47" w:rsidP="00C218A9">
            <w:pPr>
              <w:rPr>
                <w:b/>
                <w:bCs/>
                <w:color w:val="4F81BD" w:themeColor="accent1"/>
              </w:rPr>
            </w:pPr>
            <w:proofErr w:type="spellStart"/>
            <w:r w:rsidRPr="00C218A9">
              <w:rPr>
                <w:rStyle w:val="Fett"/>
                <w:b w:val="0"/>
                <w:bCs w:val="0"/>
                <w:color w:val="4F81BD" w:themeColor="accent1"/>
                <w:sz w:val="26"/>
                <w:szCs w:val="26"/>
              </w:rPr>
              <w:t>Vergleichsoperatoren</w:t>
            </w:r>
            <w:proofErr w:type="spellEnd"/>
          </w:p>
          <w:p w14:paraId="1265838C" w14:textId="77777777" w:rsidR="00347E47" w:rsidRPr="00CC7713" w:rsidRDefault="00347E47" w:rsidP="00347E47">
            <w:pPr>
              <w:pStyle w:val="StandardWeb"/>
              <w:spacing w:before="0" w:beforeAutospacing="0" w:after="0" w:afterAutospacing="0"/>
              <w:rPr>
                <w:rFonts w:asciiTheme="minorHAnsi" w:hAnsiTheme="minorHAnsi"/>
              </w:rPr>
            </w:pPr>
          </w:p>
          <w:p w14:paraId="5B745405" w14:textId="77777777" w:rsidR="00347E47" w:rsidRPr="00CC7713" w:rsidRDefault="00347E47" w:rsidP="00347E47">
            <w:pPr>
              <w:pStyle w:val="StandardWeb"/>
              <w:spacing w:before="0" w:beforeAutospacing="0" w:after="0" w:afterAutospacing="0"/>
              <w:rPr>
                <w:rFonts w:asciiTheme="minorHAnsi" w:hAnsiTheme="minorHAnsi"/>
                <w:sz w:val="22"/>
                <w:szCs w:val="22"/>
              </w:rPr>
            </w:pPr>
            <w:r w:rsidRPr="00CC7713">
              <w:rPr>
                <w:rFonts w:asciiTheme="minorHAnsi" w:hAnsiTheme="minorHAnsi"/>
                <w:sz w:val="22"/>
                <w:szCs w:val="22"/>
              </w:rPr>
              <w:t xml:space="preserve">Vergleichen Werte und geben </w:t>
            </w:r>
            <w:r w:rsidRPr="00CC7713">
              <w:rPr>
                <w:rStyle w:val="HTMLCode"/>
                <w:rFonts w:asciiTheme="minorHAnsi" w:hAnsiTheme="minorHAnsi"/>
                <w:sz w:val="22"/>
                <w:szCs w:val="22"/>
              </w:rPr>
              <w:t>True</w:t>
            </w:r>
            <w:r w:rsidRPr="00CC7713">
              <w:rPr>
                <w:rFonts w:asciiTheme="minorHAnsi" w:hAnsiTheme="minorHAnsi"/>
                <w:sz w:val="22"/>
                <w:szCs w:val="22"/>
              </w:rPr>
              <w:t xml:space="preserve"> oder </w:t>
            </w:r>
            <w:r w:rsidRPr="00CC7713">
              <w:rPr>
                <w:rStyle w:val="HTMLCode"/>
                <w:rFonts w:asciiTheme="minorHAnsi" w:hAnsiTheme="minorHAnsi"/>
                <w:sz w:val="22"/>
                <w:szCs w:val="22"/>
              </w:rPr>
              <w:t>False</w:t>
            </w:r>
            <w:r w:rsidRPr="00CC7713">
              <w:rPr>
                <w:rFonts w:asciiTheme="minorHAnsi" w:hAnsiTheme="minorHAnsi"/>
                <w:sz w:val="22"/>
                <w:szCs w:val="22"/>
              </w:rPr>
              <w:t xml:space="preserve"> zurück</w:t>
            </w:r>
          </w:p>
          <w:p w14:paraId="18C82C92" w14:textId="5B003698" w:rsidR="00347E47" w:rsidRPr="00CC7713" w:rsidRDefault="00347E47" w:rsidP="00347E47">
            <w:r w:rsidRPr="00CC7713">
              <w:t xml:space="preserve">-eq = equal              -ne = not equal  </w:t>
            </w:r>
          </w:p>
          <w:p w14:paraId="52628DF7" w14:textId="1978900F" w:rsidR="00347E47" w:rsidRPr="00CC7713" w:rsidRDefault="00347E47" w:rsidP="00347E47">
            <w:r w:rsidRPr="00CC7713">
              <w:t xml:space="preserve">-gt = greater </w:t>
            </w:r>
            <w:proofErr w:type="gramStart"/>
            <w:r w:rsidRPr="00CC7713">
              <w:t xml:space="preserve">than </w:t>
            </w:r>
            <w:r w:rsidR="00C218A9">
              <w:t xml:space="preserve"> </w:t>
            </w:r>
            <w:r w:rsidRPr="00CC7713">
              <w:t>-</w:t>
            </w:r>
            <w:proofErr w:type="gramEnd"/>
            <w:r w:rsidRPr="00CC7713">
              <w:t xml:space="preserve">ge = greater </w:t>
            </w:r>
            <w:proofErr w:type="spellStart"/>
            <w:r w:rsidRPr="00CC7713">
              <w:t>t</w:t>
            </w:r>
            <w:r w:rsidR="00C218A9">
              <w:t>h.</w:t>
            </w:r>
            <w:proofErr w:type="spellEnd"/>
            <w:r w:rsidRPr="00CC7713">
              <w:t xml:space="preserve"> or equal  </w:t>
            </w:r>
          </w:p>
          <w:p w14:paraId="29ED2E06" w14:textId="2B5FF987" w:rsidR="00347E47" w:rsidRPr="00CC7713" w:rsidRDefault="00347E47" w:rsidP="00347E47">
            <w:r w:rsidRPr="00CC7713">
              <w:t xml:space="preserve">-lt = less than           -le = less than or equal  </w:t>
            </w:r>
          </w:p>
          <w:p w14:paraId="0B0B683C" w14:textId="77777777" w:rsidR="00347E47" w:rsidRPr="00CC7713" w:rsidRDefault="00347E47" w:rsidP="00347E47">
            <w:r w:rsidRPr="00CC7713">
              <w:t>c zwischen – und eq = Case sensitive (in ISE)</w:t>
            </w:r>
          </w:p>
          <w:p w14:paraId="501C647A" w14:textId="77777777" w:rsidR="00347E47" w:rsidRDefault="00347E47" w:rsidP="00506064">
            <w:pPr>
              <w:rPr>
                <w:color w:val="4F81BD" w:themeColor="accent1"/>
                <w:sz w:val="26"/>
                <w:szCs w:val="26"/>
              </w:rPr>
            </w:pPr>
          </w:p>
        </w:tc>
        <w:tc>
          <w:tcPr>
            <w:tcW w:w="4315" w:type="dxa"/>
          </w:tcPr>
          <w:p w14:paraId="6E203BD3" w14:textId="77777777" w:rsidR="00347E47" w:rsidRPr="00CC7713" w:rsidRDefault="00347E47" w:rsidP="00347E47">
            <w:pPr>
              <w:rPr>
                <w:color w:val="4F81BD" w:themeColor="accent1"/>
                <w:sz w:val="26"/>
                <w:szCs w:val="26"/>
              </w:rPr>
            </w:pPr>
            <w:proofErr w:type="spellStart"/>
            <w:r w:rsidRPr="00CC7713">
              <w:rPr>
                <w:color w:val="4F81BD" w:themeColor="accent1"/>
                <w:sz w:val="26"/>
                <w:szCs w:val="26"/>
              </w:rPr>
              <w:t>Arithmetische</w:t>
            </w:r>
            <w:proofErr w:type="spellEnd"/>
            <w:r w:rsidRPr="00CC7713">
              <w:rPr>
                <w:color w:val="4F81BD" w:themeColor="accent1"/>
                <w:sz w:val="26"/>
                <w:szCs w:val="26"/>
              </w:rPr>
              <w:t xml:space="preserve"> </w:t>
            </w:r>
            <w:proofErr w:type="spellStart"/>
            <w:r w:rsidRPr="00CC7713">
              <w:rPr>
                <w:color w:val="4F81BD" w:themeColor="accent1"/>
                <w:sz w:val="26"/>
                <w:szCs w:val="26"/>
              </w:rPr>
              <w:t>Operatoren</w:t>
            </w:r>
            <w:proofErr w:type="spellEnd"/>
          </w:p>
          <w:p w14:paraId="65A3F44D" w14:textId="77777777" w:rsidR="00347E47" w:rsidRPr="00CC7713" w:rsidRDefault="00347E47" w:rsidP="00347E47"/>
          <w:p w14:paraId="5DE0287B" w14:textId="77777777" w:rsidR="00347E47" w:rsidRPr="00CC7713" w:rsidRDefault="00347E47" w:rsidP="00347E47">
            <w:proofErr w:type="spellStart"/>
            <w:r w:rsidRPr="00CC7713">
              <w:t>Mathematische</w:t>
            </w:r>
            <w:proofErr w:type="spellEnd"/>
            <w:r w:rsidRPr="00CC7713">
              <w:t xml:space="preserve"> </w:t>
            </w:r>
            <w:proofErr w:type="spellStart"/>
            <w:r w:rsidRPr="00CC7713">
              <w:t>Berechnungen</w:t>
            </w:r>
            <w:proofErr w:type="spellEnd"/>
          </w:p>
          <w:p w14:paraId="7B7DCFD8" w14:textId="77777777" w:rsidR="00347E47" w:rsidRPr="00CC7713" w:rsidRDefault="00347E47" w:rsidP="00347E47">
            <w:r w:rsidRPr="00CC7713">
              <w:t>$sum = 5 + 3     # Addition</w:t>
            </w:r>
          </w:p>
          <w:p w14:paraId="249B9784" w14:textId="77777777" w:rsidR="00347E47" w:rsidRPr="00CC7713" w:rsidRDefault="00347E47" w:rsidP="00347E47">
            <w:r w:rsidRPr="00CC7713">
              <w:t xml:space="preserve">$diff = 10 - 4   # </w:t>
            </w:r>
            <w:proofErr w:type="spellStart"/>
            <w:r w:rsidRPr="00CC7713">
              <w:t>Subtraktion</w:t>
            </w:r>
            <w:proofErr w:type="spellEnd"/>
          </w:p>
          <w:p w14:paraId="00107B26" w14:textId="77777777" w:rsidR="00347E47" w:rsidRPr="00CC7713" w:rsidRDefault="00347E47" w:rsidP="00347E47">
            <w:r w:rsidRPr="00CC7713">
              <w:t xml:space="preserve">$prod = 4 * 2    # </w:t>
            </w:r>
            <w:proofErr w:type="spellStart"/>
            <w:r w:rsidRPr="00CC7713">
              <w:t>Multiplikation</w:t>
            </w:r>
            <w:proofErr w:type="spellEnd"/>
          </w:p>
          <w:p w14:paraId="13510C44" w14:textId="77777777" w:rsidR="00347E47" w:rsidRPr="00CC7713" w:rsidRDefault="00347E47" w:rsidP="00347E47">
            <w:r w:rsidRPr="00CC7713">
              <w:t>$</w:t>
            </w:r>
            <w:proofErr w:type="spellStart"/>
            <w:r w:rsidRPr="00CC7713">
              <w:t>quot</w:t>
            </w:r>
            <w:proofErr w:type="spellEnd"/>
            <w:r w:rsidRPr="00CC7713">
              <w:t xml:space="preserve"> = 8 / 2    # Division</w:t>
            </w:r>
          </w:p>
          <w:p w14:paraId="27504DAB" w14:textId="77777777" w:rsidR="00347E47" w:rsidRPr="00CC7713" w:rsidRDefault="00347E47" w:rsidP="00347E47">
            <w:r w:rsidRPr="00CC7713">
              <w:t>$mod = 10 % 3    # Modulo (</w:t>
            </w:r>
            <w:proofErr w:type="spellStart"/>
            <w:r w:rsidRPr="00CC7713">
              <w:t>Restwert</w:t>
            </w:r>
            <w:proofErr w:type="spellEnd"/>
            <w:r w:rsidRPr="00CC7713">
              <w:t>)</w:t>
            </w:r>
          </w:p>
          <w:p w14:paraId="6C4783CB" w14:textId="77777777" w:rsidR="00347E47" w:rsidRDefault="00347E47" w:rsidP="00506064">
            <w:pPr>
              <w:rPr>
                <w:color w:val="4F81BD" w:themeColor="accent1"/>
                <w:sz w:val="26"/>
                <w:szCs w:val="26"/>
              </w:rPr>
            </w:pPr>
          </w:p>
        </w:tc>
      </w:tr>
      <w:tr w:rsidR="00347E47" w14:paraId="2F2F627B" w14:textId="77777777" w:rsidTr="00C218A9">
        <w:trPr>
          <w:jc w:val="center"/>
        </w:trPr>
        <w:tc>
          <w:tcPr>
            <w:tcW w:w="4315" w:type="dxa"/>
          </w:tcPr>
          <w:p w14:paraId="3E2271B3" w14:textId="77777777" w:rsidR="00347E47" w:rsidRPr="00CC7713" w:rsidRDefault="00347E47" w:rsidP="00347E47">
            <w:pPr>
              <w:rPr>
                <w:color w:val="4F81BD" w:themeColor="accent1"/>
                <w:sz w:val="26"/>
                <w:szCs w:val="26"/>
              </w:rPr>
            </w:pPr>
            <w:r w:rsidRPr="00CC7713">
              <w:rPr>
                <w:color w:val="4F81BD" w:themeColor="accent1"/>
                <w:sz w:val="26"/>
                <w:szCs w:val="26"/>
              </w:rPr>
              <w:t>Pipeline-Operator (</w:t>
            </w:r>
            <w:r w:rsidRPr="00CC7713">
              <w:rPr>
                <w:rStyle w:val="HTMLCode"/>
                <w:rFonts w:asciiTheme="minorHAnsi" w:eastAsiaTheme="minorEastAsia" w:hAnsiTheme="minorHAnsi"/>
                <w:color w:val="4F81BD" w:themeColor="accent1"/>
                <w:sz w:val="26"/>
                <w:szCs w:val="26"/>
              </w:rPr>
              <w:t>|</w:t>
            </w:r>
            <w:r w:rsidRPr="00CC7713">
              <w:rPr>
                <w:color w:val="4F81BD" w:themeColor="accent1"/>
                <w:sz w:val="26"/>
                <w:szCs w:val="26"/>
              </w:rPr>
              <w:t>)</w:t>
            </w:r>
          </w:p>
          <w:p w14:paraId="4A70B479" w14:textId="77777777" w:rsidR="00347E47" w:rsidRPr="00CC7713" w:rsidRDefault="00347E47" w:rsidP="00347E47"/>
          <w:p w14:paraId="60C854A1" w14:textId="77777777" w:rsidR="00347E47" w:rsidRPr="00CC7713" w:rsidRDefault="00347E47" w:rsidP="00347E47">
            <w:proofErr w:type="spellStart"/>
            <w:r w:rsidRPr="00CC7713">
              <w:t>Leitet</w:t>
            </w:r>
            <w:proofErr w:type="spellEnd"/>
            <w:r w:rsidRPr="00CC7713">
              <w:t xml:space="preserve"> die </w:t>
            </w:r>
            <w:proofErr w:type="spellStart"/>
            <w:r w:rsidRPr="00CC7713">
              <w:t>Ausgabe</w:t>
            </w:r>
            <w:proofErr w:type="spellEnd"/>
            <w:r w:rsidRPr="00CC7713">
              <w:t xml:space="preserve"> </w:t>
            </w:r>
            <w:proofErr w:type="spellStart"/>
            <w:r w:rsidRPr="00CC7713">
              <w:t>eines</w:t>
            </w:r>
            <w:proofErr w:type="spellEnd"/>
            <w:r w:rsidRPr="00CC7713">
              <w:t xml:space="preserve"> </w:t>
            </w:r>
            <w:proofErr w:type="spellStart"/>
            <w:r w:rsidRPr="00CC7713">
              <w:t>Befehls</w:t>
            </w:r>
            <w:proofErr w:type="spellEnd"/>
            <w:r w:rsidRPr="00CC7713">
              <w:t xml:space="preserve"> an den </w:t>
            </w:r>
            <w:proofErr w:type="spellStart"/>
            <w:r w:rsidRPr="00CC7713">
              <w:t>nächsten</w:t>
            </w:r>
            <w:proofErr w:type="spellEnd"/>
            <w:r w:rsidRPr="00CC7713">
              <w:t xml:space="preserve"> </w:t>
            </w:r>
            <w:proofErr w:type="spellStart"/>
            <w:r w:rsidRPr="00CC7713">
              <w:t>weiter</w:t>
            </w:r>
            <w:proofErr w:type="spellEnd"/>
          </w:p>
          <w:p w14:paraId="00639A0E" w14:textId="77777777" w:rsidR="00347E47" w:rsidRPr="00CC7713" w:rsidRDefault="00347E47" w:rsidP="00347E47">
            <w:r w:rsidRPr="00CC7713">
              <w:t>Get-Process | Sort-Object CPU -Descending</w:t>
            </w:r>
          </w:p>
          <w:p w14:paraId="77D2E02A" w14:textId="77777777" w:rsidR="00347E47" w:rsidRDefault="00347E47" w:rsidP="00506064">
            <w:pPr>
              <w:rPr>
                <w:color w:val="4F81BD" w:themeColor="accent1"/>
                <w:sz w:val="26"/>
                <w:szCs w:val="26"/>
              </w:rPr>
            </w:pPr>
          </w:p>
        </w:tc>
        <w:tc>
          <w:tcPr>
            <w:tcW w:w="4315" w:type="dxa"/>
          </w:tcPr>
          <w:p w14:paraId="574E31B2" w14:textId="77777777" w:rsidR="00347E47" w:rsidRPr="00CC7713" w:rsidRDefault="00347E47" w:rsidP="00347E47">
            <w:pPr>
              <w:rPr>
                <w:color w:val="4F81BD" w:themeColor="accent1"/>
                <w:sz w:val="26"/>
                <w:szCs w:val="26"/>
              </w:rPr>
            </w:pPr>
            <w:r w:rsidRPr="00CC7713">
              <w:rPr>
                <w:color w:val="4F81BD" w:themeColor="accent1"/>
                <w:sz w:val="26"/>
                <w:szCs w:val="26"/>
              </w:rPr>
              <w:t>Array-</w:t>
            </w:r>
            <w:proofErr w:type="spellStart"/>
            <w:r w:rsidRPr="00CC7713">
              <w:rPr>
                <w:color w:val="4F81BD" w:themeColor="accent1"/>
                <w:sz w:val="26"/>
                <w:szCs w:val="26"/>
              </w:rPr>
              <w:t>Operatoren</w:t>
            </w:r>
            <w:proofErr w:type="spellEnd"/>
          </w:p>
          <w:p w14:paraId="6DD54D5C" w14:textId="77777777" w:rsidR="00347E47" w:rsidRPr="00CC7713" w:rsidRDefault="00347E47" w:rsidP="00347E47"/>
          <w:p w14:paraId="2B05A39B" w14:textId="77777777" w:rsidR="00347E47" w:rsidRPr="00CC7713" w:rsidRDefault="00347E47" w:rsidP="00347E47">
            <w:proofErr w:type="spellStart"/>
            <w:r w:rsidRPr="00CC7713">
              <w:t>Arbeiten</w:t>
            </w:r>
            <w:proofErr w:type="spellEnd"/>
            <w:r w:rsidRPr="00CC7713">
              <w:t xml:space="preserve"> </w:t>
            </w:r>
            <w:proofErr w:type="spellStart"/>
            <w:r w:rsidRPr="00CC7713">
              <w:t>mit</w:t>
            </w:r>
            <w:proofErr w:type="spellEnd"/>
            <w:r w:rsidRPr="00CC7713">
              <w:t xml:space="preserve"> Listen </w:t>
            </w:r>
            <w:proofErr w:type="spellStart"/>
            <w:r w:rsidRPr="00CC7713">
              <w:t>oder</w:t>
            </w:r>
            <w:proofErr w:type="spellEnd"/>
            <w:r w:rsidRPr="00CC7713">
              <w:t xml:space="preserve"> Arrays</w:t>
            </w:r>
          </w:p>
          <w:p w14:paraId="12623B6A" w14:textId="77777777" w:rsidR="00347E47" w:rsidRPr="00CC7713" w:rsidRDefault="00347E47" w:rsidP="00347E47">
            <w:r w:rsidRPr="00CC7713">
              <w:t>$</w:t>
            </w:r>
            <w:proofErr w:type="spellStart"/>
            <w:r w:rsidRPr="00CC7713">
              <w:t>arr</w:t>
            </w:r>
            <w:proofErr w:type="spellEnd"/>
            <w:r w:rsidRPr="00CC7713">
              <w:t xml:space="preserve"> = </w:t>
            </w:r>
            <w:proofErr w:type="gramStart"/>
            <w:r w:rsidRPr="00CC7713">
              <w:t>@(</w:t>
            </w:r>
            <w:proofErr w:type="gramEnd"/>
            <w:r w:rsidRPr="00CC7713">
              <w:t>1, 2, 3, 4, 5)</w:t>
            </w:r>
          </w:p>
          <w:p w14:paraId="5D8E1DA2" w14:textId="77777777" w:rsidR="00347E47" w:rsidRPr="00CC7713" w:rsidRDefault="00347E47" w:rsidP="00347E47">
            <w:r w:rsidRPr="00CC7713">
              <w:t>$</w:t>
            </w:r>
            <w:proofErr w:type="spellStart"/>
            <w:proofErr w:type="gramStart"/>
            <w:r w:rsidRPr="00CC7713">
              <w:t>arr</w:t>
            </w:r>
            <w:proofErr w:type="spellEnd"/>
            <w:r w:rsidRPr="00CC7713">
              <w:t>[</w:t>
            </w:r>
            <w:proofErr w:type="gramEnd"/>
            <w:r w:rsidRPr="00CC7713">
              <w:t xml:space="preserve">0]   # </w:t>
            </w:r>
            <w:proofErr w:type="spellStart"/>
            <w:r w:rsidRPr="00CC7713">
              <w:t>Erstes</w:t>
            </w:r>
            <w:proofErr w:type="spellEnd"/>
            <w:r w:rsidRPr="00CC7713">
              <w:t xml:space="preserve"> Element (1)</w:t>
            </w:r>
          </w:p>
          <w:p w14:paraId="3013BEAC" w14:textId="77777777" w:rsidR="00347E47" w:rsidRPr="00CC7713" w:rsidRDefault="00347E47" w:rsidP="00347E47">
            <w:r w:rsidRPr="00CC7713">
              <w:t>$</w:t>
            </w:r>
            <w:proofErr w:type="spellStart"/>
            <w:proofErr w:type="gramStart"/>
            <w:r w:rsidRPr="00CC7713">
              <w:t>arr</w:t>
            </w:r>
            <w:proofErr w:type="spellEnd"/>
            <w:r w:rsidRPr="00CC7713">
              <w:t>[</w:t>
            </w:r>
            <w:proofErr w:type="gramEnd"/>
            <w:r w:rsidRPr="00CC7713">
              <w:t xml:space="preserve">-1]  # </w:t>
            </w:r>
            <w:proofErr w:type="spellStart"/>
            <w:r w:rsidRPr="00CC7713">
              <w:t>Letztes</w:t>
            </w:r>
            <w:proofErr w:type="spellEnd"/>
            <w:r w:rsidRPr="00CC7713">
              <w:t xml:space="preserve"> Element (5)</w:t>
            </w:r>
          </w:p>
          <w:p w14:paraId="6FEE974D" w14:textId="77777777" w:rsidR="00347E47" w:rsidRDefault="00347E47" w:rsidP="00506064">
            <w:pPr>
              <w:rPr>
                <w:color w:val="4F81BD" w:themeColor="accent1"/>
                <w:sz w:val="26"/>
                <w:szCs w:val="26"/>
              </w:rPr>
            </w:pPr>
          </w:p>
        </w:tc>
      </w:tr>
      <w:tr w:rsidR="00347E47" w14:paraId="40C78012" w14:textId="77777777" w:rsidTr="00C218A9">
        <w:trPr>
          <w:jc w:val="center"/>
        </w:trPr>
        <w:tc>
          <w:tcPr>
            <w:tcW w:w="4315" w:type="dxa"/>
          </w:tcPr>
          <w:p w14:paraId="202BC96B" w14:textId="77777777" w:rsidR="00347E47" w:rsidRPr="00CC7713" w:rsidRDefault="00347E47" w:rsidP="00347E47">
            <w:pPr>
              <w:rPr>
                <w:color w:val="4F81BD" w:themeColor="accent1"/>
                <w:sz w:val="26"/>
                <w:szCs w:val="26"/>
              </w:rPr>
            </w:pPr>
            <w:proofErr w:type="spellStart"/>
            <w:r w:rsidRPr="00CC7713">
              <w:rPr>
                <w:color w:val="4F81BD" w:themeColor="accent1"/>
                <w:sz w:val="26"/>
                <w:szCs w:val="26"/>
              </w:rPr>
              <w:t>Typ-Operatoren</w:t>
            </w:r>
            <w:proofErr w:type="spellEnd"/>
          </w:p>
          <w:p w14:paraId="4ADAE397" w14:textId="77777777" w:rsidR="00347E47" w:rsidRPr="00CC7713" w:rsidRDefault="00347E47" w:rsidP="00347E47"/>
          <w:p w14:paraId="4A59E9E7" w14:textId="77777777" w:rsidR="00347E47" w:rsidRPr="00CC7713" w:rsidRDefault="00347E47" w:rsidP="00347E47">
            <w:proofErr w:type="spellStart"/>
            <w:r w:rsidRPr="00CC7713">
              <w:t>Prüfen</w:t>
            </w:r>
            <w:proofErr w:type="spellEnd"/>
            <w:r w:rsidRPr="00CC7713">
              <w:t xml:space="preserve"> </w:t>
            </w:r>
            <w:proofErr w:type="spellStart"/>
            <w:r w:rsidRPr="00CC7713">
              <w:t>oder</w:t>
            </w:r>
            <w:proofErr w:type="spellEnd"/>
            <w:r w:rsidRPr="00CC7713">
              <w:t xml:space="preserve"> </w:t>
            </w:r>
            <w:proofErr w:type="spellStart"/>
            <w:r w:rsidRPr="00CC7713">
              <w:t>Erzwingen</w:t>
            </w:r>
            <w:proofErr w:type="spellEnd"/>
            <w:r w:rsidRPr="00CC7713">
              <w:t xml:space="preserve"> </w:t>
            </w:r>
            <w:proofErr w:type="spellStart"/>
            <w:r w:rsidRPr="00CC7713">
              <w:t>eines</w:t>
            </w:r>
            <w:proofErr w:type="spellEnd"/>
            <w:r w:rsidRPr="00CC7713">
              <w:t xml:space="preserve"> </w:t>
            </w:r>
            <w:proofErr w:type="spellStart"/>
            <w:r w:rsidRPr="00CC7713">
              <w:t>Datentyps</w:t>
            </w:r>
            <w:proofErr w:type="spellEnd"/>
          </w:p>
          <w:p w14:paraId="766F18C8" w14:textId="77777777" w:rsidR="00347E47" w:rsidRPr="00CC7713" w:rsidRDefault="00347E47" w:rsidP="00347E47">
            <w:r w:rsidRPr="00CC7713">
              <w:t>"123" -is [</w:t>
            </w:r>
            <w:proofErr w:type="gramStart"/>
            <w:r w:rsidRPr="00CC7713">
              <w:t xml:space="preserve">string]   </w:t>
            </w:r>
            <w:proofErr w:type="gramEnd"/>
            <w:r w:rsidRPr="00CC7713">
              <w:t># True</w:t>
            </w:r>
          </w:p>
          <w:p w14:paraId="1F16B701" w14:textId="77777777" w:rsidR="00347E47" w:rsidRPr="00CC7713" w:rsidRDefault="00347E47" w:rsidP="00347E47">
            <w:r w:rsidRPr="00CC7713">
              <w:t>10 -</w:t>
            </w:r>
            <w:proofErr w:type="spellStart"/>
            <w:r w:rsidRPr="00CC7713">
              <w:t>isnot</w:t>
            </w:r>
            <w:proofErr w:type="spellEnd"/>
            <w:r w:rsidRPr="00CC7713">
              <w:t xml:space="preserve"> [</w:t>
            </w:r>
            <w:proofErr w:type="gramStart"/>
            <w:r w:rsidRPr="00CC7713">
              <w:t xml:space="preserve">string]   </w:t>
            </w:r>
            <w:proofErr w:type="gramEnd"/>
            <w:r w:rsidRPr="00CC7713">
              <w:t># True</w:t>
            </w:r>
          </w:p>
          <w:p w14:paraId="45776F10" w14:textId="77777777" w:rsidR="00347E47" w:rsidRPr="00CC7713" w:rsidRDefault="00347E47" w:rsidP="00347E47">
            <w:r w:rsidRPr="00CC7713">
              <w:t xml:space="preserve">[int]"123"           # </w:t>
            </w:r>
            <w:proofErr w:type="spellStart"/>
            <w:r w:rsidRPr="00CC7713">
              <w:t>Konvertiert</w:t>
            </w:r>
            <w:proofErr w:type="spellEnd"/>
            <w:r w:rsidRPr="00CC7713">
              <w:t xml:space="preserve"> in </w:t>
            </w:r>
            <w:proofErr w:type="spellStart"/>
            <w:r w:rsidRPr="00CC7713">
              <w:t>Zahl</w:t>
            </w:r>
            <w:proofErr w:type="spellEnd"/>
          </w:p>
          <w:p w14:paraId="47E1C5C0" w14:textId="77777777" w:rsidR="00347E47" w:rsidRDefault="00347E47" w:rsidP="00506064">
            <w:pPr>
              <w:rPr>
                <w:color w:val="4F81BD" w:themeColor="accent1"/>
                <w:sz w:val="26"/>
                <w:szCs w:val="26"/>
              </w:rPr>
            </w:pPr>
          </w:p>
        </w:tc>
        <w:tc>
          <w:tcPr>
            <w:tcW w:w="4315" w:type="dxa"/>
          </w:tcPr>
          <w:p w14:paraId="3B6C3203" w14:textId="77777777" w:rsidR="00347E47" w:rsidRDefault="00347E47" w:rsidP="00506064">
            <w:pPr>
              <w:rPr>
                <w:color w:val="4F81BD" w:themeColor="accent1"/>
                <w:sz w:val="26"/>
                <w:szCs w:val="26"/>
              </w:rPr>
            </w:pPr>
          </w:p>
        </w:tc>
      </w:tr>
    </w:tbl>
    <w:p w14:paraId="3ED2683E" w14:textId="77777777" w:rsidR="00CC7713" w:rsidRDefault="00CC7713" w:rsidP="00506064">
      <w:pPr>
        <w:spacing w:after="0" w:line="240" w:lineRule="auto"/>
      </w:pPr>
    </w:p>
    <w:p w14:paraId="1834FA06" w14:textId="77777777" w:rsidR="00506064" w:rsidRPr="008E658C" w:rsidRDefault="00506064" w:rsidP="008E658C"/>
    <w:p w14:paraId="62C81A45" w14:textId="2CFC474F" w:rsidR="00F827AF" w:rsidRPr="008E658C" w:rsidRDefault="00320D0E" w:rsidP="00C218A9">
      <w:pPr>
        <w:pStyle w:val="berschrift1"/>
        <w:spacing w:before="0" w:line="240" w:lineRule="auto"/>
        <w:contextualSpacing/>
        <w:jc w:val="center"/>
        <w:rPr>
          <w:rFonts w:asciiTheme="minorHAnsi" w:hAnsiTheme="minorHAnsi"/>
          <w:b w:val="0"/>
          <w:bCs w:val="0"/>
          <w:color w:val="4F81BD" w:themeColor="accent1"/>
          <w:sz w:val="40"/>
          <w:szCs w:val="40"/>
        </w:rPr>
      </w:pPr>
      <w:bookmarkStart w:id="0" w:name="_Toc193136490"/>
      <w:proofErr w:type="spellStart"/>
      <w:r w:rsidRPr="008E658C">
        <w:rPr>
          <w:rFonts w:asciiTheme="minorHAnsi" w:hAnsiTheme="minorHAnsi"/>
          <w:b w:val="0"/>
          <w:bCs w:val="0"/>
          <w:color w:val="4F81BD" w:themeColor="accent1"/>
          <w:sz w:val="40"/>
          <w:szCs w:val="40"/>
        </w:rPr>
        <w:lastRenderedPageBreak/>
        <w:t>Schleifen</w:t>
      </w:r>
      <w:bookmarkEnd w:id="0"/>
      <w:proofErr w:type="spellEnd"/>
    </w:p>
    <w:p w14:paraId="65ECD0F4" w14:textId="77777777" w:rsidR="00C218A9" w:rsidRDefault="00C218A9" w:rsidP="00C218A9">
      <w:pPr>
        <w:spacing w:after="0" w:line="240" w:lineRule="auto"/>
        <w:contextualSpacing/>
        <w:jc w:val="both"/>
      </w:pPr>
    </w:p>
    <w:p w14:paraId="31A4B544" w14:textId="2CC3930B" w:rsidR="00F827AF" w:rsidRDefault="00320D0E" w:rsidP="00C218A9">
      <w:pPr>
        <w:spacing w:after="0" w:line="240" w:lineRule="auto"/>
        <w:contextualSpacing/>
        <w:jc w:val="both"/>
      </w:pPr>
      <w:r>
        <w:t xml:space="preserve">In PowerShell </w:t>
      </w:r>
      <w:proofErr w:type="spellStart"/>
      <w:r>
        <w:t>gibt</w:t>
      </w:r>
      <w:proofErr w:type="spellEnd"/>
      <w:r>
        <w:t xml:space="preserve"> es </w:t>
      </w:r>
      <w:proofErr w:type="spellStart"/>
      <w:r>
        <w:t>verschiedene</w:t>
      </w:r>
      <w:proofErr w:type="spellEnd"/>
      <w:r>
        <w:t xml:space="preserve"> </w:t>
      </w:r>
      <w:proofErr w:type="spellStart"/>
      <w:r>
        <w:t>Schleifen</w:t>
      </w:r>
      <w:proofErr w:type="spellEnd"/>
      <w:r>
        <w:t xml:space="preserve">, die zur wiederholten Ausführung von Codeblöcken genutzt werden. Jede Schleife hat ihre eigenen Stärken und Schwächen, weshalb die Wahl der </w:t>
      </w:r>
      <w:proofErr w:type="spellStart"/>
      <w:r>
        <w:t>passenden</w:t>
      </w:r>
      <w:proofErr w:type="spellEnd"/>
      <w:r>
        <w:t xml:space="preserve"> </w:t>
      </w:r>
      <w:proofErr w:type="spellStart"/>
      <w:r>
        <w:t>Schleife</w:t>
      </w:r>
      <w:proofErr w:type="spellEnd"/>
      <w:r>
        <w:t xml:space="preserve"> von der </w:t>
      </w:r>
      <w:proofErr w:type="spellStart"/>
      <w:r>
        <w:t>jeweiligen</w:t>
      </w:r>
      <w:proofErr w:type="spellEnd"/>
      <w:r>
        <w:t xml:space="preserve"> Situation </w:t>
      </w:r>
      <w:proofErr w:type="spellStart"/>
      <w:r>
        <w:t>abhängt</w:t>
      </w:r>
      <w:proofErr w:type="spellEnd"/>
      <w:r>
        <w:t>.</w:t>
      </w:r>
    </w:p>
    <w:p w14:paraId="7F3F18D8" w14:textId="23E4A652" w:rsidR="00453780" w:rsidRDefault="00453780" w:rsidP="00CA53E5">
      <w:pPr>
        <w:jc w:val="both"/>
      </w:pPr>
      <w:r>
        <w:t xml:space="preserve">Die Wahl der </w:t>
      </w:r>
      <w:proofErr w:type="spellStart"/>
      <w:r>
        <w:t>richtigen</w:t>
      </w:r>
      <w:proofErr w:type="spellEnd"/>
      <w:r>
        <w:t xml:space="preserve"> </w:t>
      </w:r>
      <w:proofErr w:type="spellStart"/>
      <w:r>
        <w:t>Schleife</w:t>
      </w:r>
      <w:proofErr w:type="spellEnd"/>
      <w:r>
        <w:t xml:space="preserve"> </w:t>
      </w:r>
      <w:proofErr w:type="spellStart"/>
      <w:r>
        <w:t>hängt</w:t>
      </w:r>
      <w:proofErr w:type="spellEnd"/>
      <w:r>
        <w:t xml:space="preserve"> stark von den </w:t>
      </w:r>
      <w:proofErr w:type="spellStart"/>
      <w:r>
        <w:t>Anforderungen</w:t>
      </w:r>
      <w:proofErr w:type="spellEnd"/>
      <w:r>
        <w:t xml:space="preserve"> ab. </w:t>
      </w:r>
      <w:proofErr w:type="spellStart"/>
      <w:r>
        <w:t>Während</w:t>
      </w:r>
      <w:proofErr w:type="spellEnd"/>
      <w:r>
        <w:t xml:space="preserve"> </w:t>
      </w:r>
      <w:proofErr w:type="gramStart"/>
      <w:r w:rsidRPr="00453780">
        <w:rPr>
          <w:color w:val="4F81BD" w:themeColor="accent1"/>
        </w:rPr>
        <w:t>For</w:t>
      </w:r>
      <w:proofErr w:type="gramEnd"/>
      <w:r>
        <w:t xml:space="preserve"> </w:t>
      </w:r>
      <w:proofErr w:type="spellStart"/>
      <w:r>
        <w:t>für</w:t>
      </w:r>
      <w:proofErr w:type="spellEnd"/>
      <w:r>
        <w:t xml:space="preserve"> </w:t>
      </w:r>
      <w:proofErr w:type="spellStart"/>
      <w:r>
        <w:t>feste</w:t>
      </w:r>
      <w:proofErr w:type="spellEnd"/>
      <w:r>
        <w:t xml:space="preserve"> </w:t>
      </w:r>
      <w:proofErr w:type="spellStart"/>
      <w:r>
        <w:t>Wiederholungen</w:t>
      </w:r>
      <w:proofErr w:type="spellEnd"/>
      <w:r>
        <w:t xml:space="preserve"> ideal </w:t>
      </w:r>
      <w:proofErr w:type="spellStart"/>
      <w:r>
        <w:t>ist</w:t>
      </w:r>
      <w:proofErr w:type="spellEnd"/>
      <w:r>
        <w:t xml:space="preserve">, </w:t>
      </w:r>
      <w:proofErr w:type="spellStart"/>
      <w:r>
        <w:t>eignet</w:t>
      </w:r>
      <w:proofErr w:type="spellEnd"/>
      <w:r>
        <w:t xml:space="preserve"> </w:t>
      </w:r>
      <w:proofErr w:type="spellStart"/>
      <w:r>
        <w:t>sich</w:t>
      </w:r>
      <w:proofErr w:type="spellEnd"/>
      <w:r>
        <w:t xml:space="preserve"> </w:t>
      </w:r>
      <w:r w:rsidRPr="00453780">
        <w:rPr>
          <w:color w:val="4F81BD" w:themeColor="accent1"/>
        </w:rPr>
        <w:t>Foreach</w:t>
      </w:r>
      <w:r>
        <w:t xml:space="preserve"> </w:t>
      </w:r>
      <w:proofErr w:type="spellStart"/>
      <w:r>
        <w:t>für</w:t>
      </w:r>
      <w:proofErr w:type="spellEnd"/>
      <w:r>
        <w:t xml:space="preserve"> Listen. </w:t>
      </w:r>
      <w:r w:rsidRPr="00453780">
        <w:rPr>
          <w:color w:val="4F81BD" w:themeColor="accent1"/>
        </w:rPr>
        <w:t>While</w:t>
      </w:r>
      <w:r>
        <w:t xml:space="preserve"> </w:t>
      </w:r>
      <w:proofErr w:type="spellStart"/>
      <w:r>
        <w:t>ist</w:t>
      </w:r>
      <w:proofErr w:type="spellEnd"/>
      <w:r>
        <w:t xml:space="preserve"> </w:t>
      </w:r>
      <w:proofErr w:type="spellStart"/>
      <w:r>
        <w:t>perfekt</w:t>
      </w:r>
      <w:proofErr w:type="spellEnd"/>
      <w:r>
        <w:t xml:space="preserve"> </w:t>
      </w:r>
      <w:proofErr w:type="spellStart"/>
      <w:r>
        <w:t>für</w:t>
      </w:r>
      <w:proofErr w:type="spellEnd"/>
      <w:r>
        <w:t xml:space="preserve"> </w:t>
      </w:r>
      <w:proofErr w:type="spellStart"/>
      <w:r>
        <w:t>unbekannte</w:t>
      </w:r>
      <w:proofErr w:type="spellEnd"/>
      <w:r>
        <w:t xml:space="preserve"> </w:t>
      </w:r>
      <w:proofErr w:type="spellStart"/>
      <w:r>
        <w:t>Wiederholungen</w:t>
      </w:r>
      <w:proofErr w:type="spellEnd"/>
      <w:r>
        <w:t xml:space="preserve">, </w:t>
      </w:r>
      <w:proofErr w:type="spellStart"/>
      <w:r>
        <w:t>während</w:t>
      </w:r>
      <w:proofErr w:type="spellEnd"/>
      <w:r>
        <w:t xml:space="preserve"> </w:t>
      </w:r>
      <w:r w:rsidRPr="00453780">
        <w:rPr>
          <w:color w:val="4F81BD" w:themeColor="accent1"/>
        </w:rPr>
        <w:t>Do-While</w:t>
      </w:r>
      <w:r>
        <w:t xml:space="preserve"> </w:t>
      </w:r>
      <w:proofErr w:type="spellStart"/>
      <w:r>
        <w:t>sicherstellt</w:t>
      </w:r>
      <w:proofErr w:type="spellEnd"/>
      <w:r>
        <w:t xml:space="preserve">, </w:t>
      </w:r>
      <w:proofErr w:type="spellStart"/>
      <w:r>
        <w:t>dass</w:t>
      </w:r>
      <w:proofErr w:type="spellEnd"/>
      <w:r>
        <w:t xml:space="preserve"> der Code </w:t>
      </w:r>
      <w:proofErr w:type="spellStart"/>
      <w:r>
        <w:t>mindestens</w:t>
      </w:r>
      <w:proofErr w:type="spellEnd"/>
      <w:r>
        <w:t xml:space="preserve"> </w:t>
      </w:r>
      <w:proofErr w:type="spellStart"/>
      <w:r>
        <w:t>einmal</w:t>
      </w:r>
      <w:proofErr w:type="spellEnd"/>
      <w:r>
        <w:t xml:space="preserve"> </w:t>
      </w:r>
      <w:proofErr w:type="spellStart"/>
      <w:r>
        <w:t>ausgeführt</w:t>
      </w:r>
      <w:proofErr w:type="spellEnd"/>
      <w:r>
        <w:t xml:space="preserve"> </w:t>
      </w:r>
      <w:proofErr w:type="spellStart"/>
      <w:r>
        <w:t>wird</w:t>
      </w:r>
      <w:proofErr w:type="spellEnd"/>
      <w:r>
        <w:t xml:space="preserve">. </w:t>
      </w:r>
      <w:r w:rsidRPr="00453780">
        <w:rPr>
          <w:color w:val="4F81BD" w:themeColor="accent1"/>
        </w:rPr>
        <w:t>Foreach-Object</w:t>
      </w:r>
      <w:r>
        <w:t xml:space="preserve"> </w:t>
      </w:r>
      <w:proofErr w:type="spellStart"/>
      <w:r>
        <w:t>ist</w:t>
      </w:r>
      <w:proofErr w:type="spellEnd"/>
      <w:r>
        <w:t xml:space="preserve"> </w:t>
      </w:r>
      <w:proofErr w:type="spellStart"/>
      <w:r>
        <w:t>nützlich</w:t>
      </w:r>
      <w:proofErr w:type="spellEnd"/>
      <w:r>
        <w:t xml:space="preserve"> in </w:t>
      </w:r>
      <w:proofErr w:type="spellStart"/>
      <w:r>
        <w:t>Kombination</w:t>
      </w:r>
      <w:proofErr w:type="spellEnd"/>
      <w:r>
        <w:t xml:space="preserve"> </w:t>
      </w:r>
      <w:proofErr w:type="spellStart"/>
      <w:r>
        <w:t>mit</w:t>
      </w:r>
      <w:proofErr w:type="spellEnd"/>
      <w:r>
        <w:t xml:space="preserve"> der Pipeline </w:t>
      </w:r>
      <w:proofErr w:type="spellStart"/>
      <w:r>
        <w:t>für</w:t>
      </w:r>
      <w:proofErr w:type="spellEnd"/>
      <w:r>
        <w:t xml:space="preserve"> </w:t>
      </w:r>
      <w:proofErr w:type="spellStart"/>
      <w:r>
        <w:t>große</w:t>
      </w:r>
      <w:proofErr w:type="spellEnd"/>
      <w:r>
        <w:t xml:space="preserve"> </w:t>
      </w:r>
      <w:proofErr w:type="spellStart"/>
      <w:r>
        <w:t>Datenmengen</w:t>
      </w:r>
      <w:proofErr w:type="spellEnd"/>
      <w:r>
        <w:t>.</w:t>
      </w:r>
    </w:p>
    <w:p w14:paraId="31ED7F72" w14:textId="21D0AA99" w:rsidR="00453780" w:rsidRDefault="00453780" w:rsidP="00CA53E5">
      <w:r>
        <w:rPr>
          <w:noProof/>
        </w:rPr>
        <mc:AlternateContent>
          <mc:Choice Requires="wps">
            <w:drawing>
              <wp:anchor distT="0" distB="0" distL="114300" distR="114300" simplePos="0" relativeHeight="251657216" behindDoc="0" locked="0" layoutInCell="1" allowOverlap="1" wp14:anchorId="527FB074" wp14:editId="22FFCB26">
                <wp:simplePos x="0" y="0"/>
                <wp:positionH relativeFrom="column">
                  <wp:posOffset>-19050</wp:posOffset>
                </wp:positionH>
                <wp:positionV relativeFrom="paragraph">
                  <wp:posOffset>46990</wp:posOffset>
                </wp:positionV>
                <wp:extent cx="5762625" cy="9525"/>
                <wp:effectExtent l="38100" t="38100" r="66675" b="85725"/>
                <wp:wrapNone/>
                <wp:docPr id="1" name="Gerader Verbinder 1"/>
                <wp:cNvGraphicFramePr/>
                <a:graphic xmlns:a="http://schemas.openxmlformats.org/drawingml/2006/main">
                  <a:graphicData uri="http://schemas.microsoft.com/office/word/2010/wordprocessingShape">
                    <wps:wsp>
                      <wps:cNvCnPr/>
                      <wps:spPr>
                        <a:xfrm flipV="1">
                          <a:off x="0" y="0"/>
                          <a:ext cx="5762625" cy="9525"/>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2D4B6BC" id="Gerader Verbinder 1" o:spid="_x0000_s1026" style="position:absolute;flip:y;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pt,3.7pt" to="452.25pt,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" strokecolor="#4f81bd [3204]" strokeweight="2pt">
                <v:shadow on="t" color="black" opacity="24903f" origin=",.5" offset="0,.55556mm"/>
              </v:line>
            </w:pict>
          </mc:Fallback>
        </mc:AlternateContent>
      </w:r>
    </w:p>
    <w:p w14:paraId="60587FA1" w14:textId="77777777" w:rsidR="0027487C" w:rsidRPr="008E658C" w:rsidRDefault="0027487C" w:rsidP="0027487C">
      <w:pPr>
        <w:pStyle w:val="berschrift2"/>
        <w:jc w:val="center"/>
      </w:pPr>
      <w:bookmarkStart w:id="1" w:name="_Toc193136491"/>
      <w:r w:rsidRPr="008E658C">
        <w:t>While-</w:t>
      </w:r>
      <w:proofErr w:type="spellStart"/>
      <w:r w:rsidRPr="008E658C">
        <w:t>Schleife</w:t>
      </w:r>
      <w:bookmarkEnd w:id="1"/>
      <w:proofErr w:type="spellEnd"/>
    </w:p>
    <w:p w14:paraId="3E251E87" w14:textId="77777777" w:rsidR="0027487C" w:rsidRDefault="0027487C" w:rsidP="0027487C">
      <w:pPr>
        <w:spacing w:after="0" w:line="240" w:lineRule="auto"/>
      </w:pPr>
      <w:r>
        <w:t>Syntax</w:t>
      </w:r>
    </w:p>
    <w:p w14:paraId="3110EF1F" w14:textId="77777777" w:rsidR="0027487C" w:rsidRDefault="0027487C" w:rsidP="0027487C">
      <w:pPr>
        <w:spacing w:after="0" w:line="240" w:lineRule="auto"/>
      </w:pPr>
      <w:r>
        <w:rPr>
          <w:rFonts w:ascii="Courier New" w:hAnsi="Courier New"/>
          <w:sz w:val="20"/>
        </w:rPr>
        <w:t>$</w:t>
      </w:r>
      <w:proofErr w:type="spellStart"/>
      <w:r>
        <w:rPr>
          <w:rFonts w:ascii="Courier New" w:hAnsi="Courier New"/>
          <w:sz w:val="20"/>
        </w:rPr>
        <w:t>i</w:t>
      </w:r>
      <w:proofErr w:type="spellEnd"/>
      <w:r>
        <w:rPr>
          <w:rFonts w:ascii="Courier New" w:hAnsi="Courier New"/>
          <w:sz w:val="20"/>
        </w:rPr>
        <w:t xml:space="preserve"> = 0</w:t>
      </w:r>
      <w:r>
        <w:rPr>
          <w:rFonts w:ascii="Courier New" w:hAnsi="Courier New"/>
          <w:sz w:val="20"/>
        </w:rPr>
        <w:br/>
        <w:t>while ($</w:t>
      </w:r>
      <w:proofErr w:type="spellStart"/>
      <w:r>
        <w:rPr>
          <w:rFonts w:ascii="Courier New" w:hAnsi="Courier New"/>
          <w:sz w:val="20"/>
        </w:rPr>
        <w:t>i</w:t>
      </w:r>
      <w:proofErr w:type="spellEnd"/>
      <w:r>
        <w:rPr>
          <w:rFonts w:ascii="Courier New" w:hAnsi="Courier New"/>
          <w:sz w:val="20"/>
        </w:rPr>
        <w:t xml:space="preserve"> -lt 5) {</w:t>
      </w:r>
      <w:r>
        <w:rPr>
          <w:rFonts w:ascii="Courier New" w:hAnsi="Courier New"/>
          <w:sz w:val="20"/>
        </w:rPr>
        <w:br/>
        <w:t xml:space="preserve">    Write-Output "</w:t>
      </w:r>
      <w:proofErr w:type="spellStart"/>
      <w:r>
        <w:rPr>
          <w:rFonts w:ascii="Courier New" w:hAnsi="Courier New"/>
          <w:sz w:val="20"/>
        </w:rPr>
        <w:t>Durchlauf</w:t>
      </w:r>
      <w:proofErr w:type="spellEnd"/>
      <w:r>
        <w:rPr>
          <w:rFonts w:ascii="Courier New" w:hAnsi="Courier New"/>
          <w:sz w:val="20"/>
        </w:rPr>
        <w:t>: $</w:t>
      </w:r>
      <w:proofErr w:type="spellStart"/>
      <w:r>
        <w:rPr>
          <w:rFonts w:ascii="Courier New" w:hAnsi="Courier New"/>
          <w:sz w:val="20"/>
        </w:rPr>
        <w:t>i</w:t>
      </w:r>
      <w:proofErr w:type="spellEnd"/>
      <w:r>
        <w:rPr>
          <w:rFonts w:ascii="Courier New" w:hAnsi="Courier New"/>
          <w:sz w:val="20"/>
        </w:rPr>
        <w:t>"</w:t>
      </w:r>
      <w:r>
        <w:rPr>
          <w:rFonts w:ascii="Courier New" w:hAnsi="Courier New"/>
          <w:sz w:val="20"/>
        </w:rPr>
        <w:br/>
        <w:t xml:space="preserve">    $</w:t>
      </w:r>
      <w:proofErr w:type="spellStart"/>
      <w:r>
        <w:rPr>
          <w:rFonts w:ascii="Courier New" w:hAnsi="Courier New"/>
          <w:sz w:val="20"/>
        </w:rPr>
        <w:t>i</w:t>
      </w:r>
      <w:proofErr w:type="spellEnd"/>
      <w:r>
        <w:rPr>
          <w:rFonts w:ascii="Courier New" w:hAnsi="Courier New"/>
          <w:sz w:val="20"/>
        </w:rPr>
        <w:t>++</w:t>
      </w:r>
      <w:r>
        <w:rPr>
          <w:rFonts w:ascii="Courier New" w:hAnsi="Courier New"/>
          <w:sz w:val="20"/>
        </w:rPr>
        <w:br/>
        <w:t>}</w:t>
      </w:r>
    </w:p>
    <w:p w14:paraId="71B23613" w14:textId="77777777" w:rsidR="0027487C" w:rsidRDefault="0027487C" w:rsidP="0027487C">
      <w:pPr>
        <w:spacing w:after="0" w:line="240" w:lineRule="auto"/>
      </w:pPr>
      <w:proofErr w:type="spellStart"/>
      <w:r>
        <w:t>Einsatzgebiete</w:t>
      </w:r>
      <w:proofErr w:type="spellEnd"/>
    </w:p>
    <w:p w14:paraId="5CD1717C" w14:textId="77777777" w:rsidR="0027487C" w:rsidRPr="00CA53E5" w:rsidRDefault="0027487C" w:rsidP="0027487C">
      <w:pPr>
        <w:pStyle w:val="StandardWeb"/>
        <w:numPr>
          <w:ilvl w:val="0"/>
          <w:numId w:val="14"/>
        </w:numPr>
        <w:spacing w:before="0" w:beforeAutospacing="0" w:after="0" w:afterAutospacing="0"/>
        <w:rPr>
          <w:rFonts w:asciiTheme="minorHAnsi" w:hAnsiTheme="minorHAnsi"/>
          <w:sz w:val="22"/>
          <w:szCs w:val="22"/>
        </w:rPr>
      </w:pPr>
      <w:r w:rsidRPr="00CA53E5">
        <w:rPr>
          <w:rFonts w:asciiTheme="minorHAnsi" w:hAnsiTheme="minorHAnsi"/>
          <w:sz w:val="22"/>
          <w:szCs w:val="22"/>
        </w:rPr>
        <w:t>Gut geeignet für Situationen, in denen eine unbekannte Anzahl von Iterationen erforderlich ist.</w:t>
      </w:r>
    </w:p>
    <w:p w14:paraId="69FB822D" w14:textId="77777777" w:rsidR="0027487C" w:rsidRPr="00CA53E5" w:rsidRDefault="0027487C" w:rsidP="0027487C">
      <w:pPr>
        <w:pStyle w:val="StandardWeb"/>
        <w:numPr>
          <w:ilvl w:val="0"/>
          <w:numId w:val="14"/>
        </w:numPr>
        <w:spacing w:before="0" w:beforeAutospacing="0" w:after="0" w:afterAutospacing="0"/>
        <w:rPr>
          <w:rFonts w:asciiTheme="minorHAnsi" w:hAnsiTheme="minorHAnsi"/>
          <w:sz w:val="22"/>
          <w:szCs w:val="22"/>
        </w:rPr>
      </w:pPr>
      <w:r w:rsidRPr="00CA53E5">
        <w:rPr>
          <w:rFonts w:asciiTheme="minorHAnsi" w:hAnsiTheme="minorHAnsi"/>
          <w:sz w:val="22"/>
          <w:szCs w:val="22"/>
        </w:rPr>
        <w:t>Wird genutzt, wenn eine Bedingung überprüft werden soll, bevor der Code ausgeführt wird.</w:t>
      </w:r>
    </w:p>
    <w:p w14:paraId="70BDFA45" w14:textId="77777777" w:rsidR="0027487C" w:rsidRDefault="0027487C" w:rsidP="0027487C">
      <w:pPr>
        <w:spacing w:after="0" w:line="240" w:lineRule="auto"/>
      </w:pPr>
      <w:proofErr w:type="spellStart"/>
      <w:r>
        <w:t>Stärken</w:t>
      </w:r>
      <w:proofErr w:type="spellEnd"/>
      <w:r>
        <w:t xml:space="preserve"> </w:t>
      </w:r>
    </w:p>
    <w:p w14:paraId="433727EC" w14:textId="77777777" w:rsidR="0027487C" w:rsidRPr="00CA53E5" w:rsidRDefault="0027487C" w:rsidP="0027487C">
      <w:pPr>
        <w:pStyle w:val="StandardWeb"/>
        <w:numPr>
          <w:ilvl w:val="0"/>
          <w:numId w:val="15"/>
        </w:numPr>
        <w:spacing w:before="0" w:beforeAutospacing="0" w:after="0" w:afterAutospacing="0"/>
      </w:pPr>
      <w:r>
        <w:t>Flexibel, wenn die Anzahl der Durchläufe nicht bekannt ist.</w:t>
      </w:r>
    </w:p>
    <w:p w14:paraId="36035024" w14:textId="77777777" w:rsidR="0027487C" w:rsidRPr="00CA53E5" w:rsidRDefault="0027487C" w:rsidP="0027487C">
      <w:pPr>
        <w:numPr>
          <w:ilvl w:val="0"/>
          <w:numId w:val="15"/>
        </w:numPr>
        <w:spacing w:after="0" w:line="240" w:lineRule="auto"/>
        <w:rPr>
          <w:rFonts w:ascii="Times New Roman" w:eastAsia="Times New Roman" w:hAnsi="Times New Roman" w:cs="Times New Roman"/>
          <w:sz w:val="24"/>
          <w:szCs w:val="24"/>
          <w:lang w:val="de-DE" w:eastAsia="de-DE"/>
        </w:rPr>
      </w:pPr>
      <w:r w:rsidRPr="00CA53E5">
        <w:rPr>
          <w:rFonts w:ascii="Times New Roman" w:eastAsia="Times New Roman" w:hAnsi="Times New Roman" w:cs="Times New Roman"/>
          <w:sz w:val="24"/>
          <w:szCs w:val="24"/>
          <w:lang w:val="de-DE" w:eastAsia="de-DE"/>
        </w:rPr>
        <w:t>Läuft solange, bis die Bedingung nicht mehr erfüllt ist.</w:t>
      </w:r>
    </w:p>
    <w:p w14:paraId="382652E4" w14:textId="77777777" w:rsidR="0027487C" w:rsidRDefault="0027487C" w:rsidP="0027487C">
      <w:pPr>
        <w:spacing w:after="0" w:line="240" w:lineRule="auto"/>
      </w:pPr>
      <w:proofErr w:type="spellStart"/>
      <w:r>
        <w:t>Schwächen</w:t>
      </w:r>
      <w:proofErr w:type="spellEnd"/>
    </w:p>
    <w:p w14:paraId="3146B831" w14:textId="77777777" w:rsidR="0027487C" w:rsidRDefault="0027487C" w:rsidP="0027487C">
      <w:pPr>
        <w:pStyle w:val="Listenabsatz"/>
        <w:numPr>
          <w:ilvl w:val="0"/>
          <w:numId w:val="14"/>
        </w:numPr>
        <w:spacing w:after="0" w:line="240" w:lineRule="auto"/>
      </w:pPr>
      <w:proofErr w:type="spellStart"/>
      <w:r>
        <w:t>Gefahr</w:t>
      </w:r>
      <w:proofErr w:type="spellEnd"/>
      <w:r>
        <w:t xml:space="preserve"> der </w:t>
      </w:r>
      <w:proofErr w:type="spellStart"/>
      <w:r>
        <w:t>Endlosschleife</w:t>
      </w:r>
      <w:proofErr w:type="spellEnd"/>
      <w:r>
        <w:t>.</w:t>
      </w:r>
    </w:p>
    <w:p w14:paraId="0114EE98" w14:textId="77777777" w:rsidR="0027487C" w:rsidRDefault="0027487C" w:rsidP="0027487C">
      <w:pPr>
        <w:spacing w:after="0" w:line="240" w:lineRule="auto"/>
      </w:pPr>
    </w:p>
    <w:p w14:paraId="1B11F8F0" w14:textId="77777777" w:rsidR="0027487C" w:rsidRDefault="0027487C" w:rsidP="0027487C">
      <w:pPr>
        <w:spacing w:after="0" w:line="240" w:lineRule="auto"/>
      </w:pPr>
      <w:r>
        <w:rPr>
          <w:noProof/>
        </w:rPr>
        <mc:AlternateContent>
          <mc:Choice Requires="wps">
            <w:drawing>
              <wp:anchor distT="0" distB="0" distL="114300" distR="114300" simplePos="0" relativeHeight="251664384" behindDoc="0" locked="0" layoutInCell="1" allowOverlap="1" wp14:anchorId="2BECB8B2" wp14:editId="4449E8D7">
                <wp:simplePos x="0" y="0"/>
                <wp:positionH relativeFrom="column">
                  <wp:posOffset>9525</wp:posOffset>
                </wp:positionH>
                <wp:positionV relativeFrom="paragraph">
                  <wp:posOffset>64135</wp:posOffset>
                </wp:positionV>
                <wp:extent cx="5657850" cy="17145"/>
                <wp:effectExtent l="38100" t="38100" r="76200" b="97155"/>
                <wp:wrapNone/>
                <wp:docPr id="7" name="Gerader Verbinder 7"/>
                <wp:cNvGraphicFramePr/>
                <a:graphic xmlns:a="http://schemas.openxmlformats.org/drawingml/2006/main">
                  <a:graphicData uri="http://schemas.microsoft.com/office/word/2010/wordprocessingShape">
                    <wps:wsp>
                      <wps:cNvCnPr/>
                      <wps:spPr>
                        <a:xfrm flipV="1">
                          <a:off x="0" y="0"/>
                          <a:ext cx="5657850" cy="17145"/>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F1E1716" id="Gerader Verbinder 7" o:spid="_x0000_s1026" style="position:absolute;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5pt,5.05pt" to="446.25pt,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" strokecolor="#4f81bd [3204]" strokeweight="2pt">
                <v:shadow on="t" color="black" opacity="24903f" origin=",.5" offset="0,.55556mm"/>
              </v:line>
            </w:pict>
          </mc:Fallback>
        </mc:AlternateContent>
      </w:r>
    </w:p>
    <w:p w14:paraId="1B87E01D" w14:textId="77777777" w:rsidR="0027487C" w:rsidRPr="008E658C" w:rsidRDefault="0027487C" w:rsidP="0027487C">
      <w:pPr>
        <w:pStyle w:val="berschrift2"/>
        <w:jc w:val="center"/>
      </w:pPr>
      <w:bookmarkStart w:id="2" w:name="_Toc193136492"/>
      <w:r w:rsidRPr="008E658C">
        <w:t>Do-While-</w:t>
      </w:r>
      <w:proofErr w:type="spellStart"/>
      <w:r w:rsidRPr="008E658C">
        <w:t>Schleife</w:t>
      </w:r>
      <w:bookmarkEnd w:id="2"/>
      <w:proofErr w:type="spellEnd"/>
    </w:p>
    <w:p w14:paraId="46AD7E1B" w14:textId="77777777" w:rsidR="0027487C" w:rsidRDefault="0027487C" w:rsidP="0027487C">
      <w:pPr>
        <w:spacing w:after="0" w:line="240" w:lineRule="auto"/>
      </w:pPr>
      <w:r>
        <w:t>Syntax</w:t>
      </w:r>
    </w:p>
    <w:p w14:paraId="08CBB188" w14:textId="77777777" w:rsidR="0027487C" w:rsidRDefault="0027487C" w:rsidP="0027487C">
      <w:pPr>
        <w:spacing w:after="0" w:line="240" w:lineRule="auto"/>
      </w:pPr>
      <w:r>
        <w:rPr>
          <w:rFonts w:ascii="Courier New" w:hAnsi="Courier New"/>
          <w:sz w:val="20"/>
        </w:rPr>
        <w:t>$</w:t>
      </w:r>
      <w:proofErr w:type="spellStart"/>
      <w:r>
        <w:rPr>
          <w:rFonts w:ascii="Courier New" w:hAnsi="Courier New"/>
          <w:sz w:val="20"/>
        </w:rPr>
        <w:t>i</w:t>
      </w:r>
      <w:proofErr w:type="spellEnd"/>
      <w:r>
        <w:rPr>
          <w:rFonts w:ascii="Courier New" w:hAnsi="Courier New"/>
          <w:sz w:val="20"/>
        </w:rPr>
        <w:t xml:space="preserve"> = 0</w:t>
      </w:r>
      <w:r>
        <w:rPr>
          <w:rFonts w:ascii="Courier New" w:hAnsi="Courier New"/>
          <w:sz w:val="20"/>
        </w:rPr>
        <w:br/>
        <w:t>do {</w:t>
      </w:r>
      <w:r>
        <w:rPr>
          <w:rFonts w:ascii="Courier New" w:hAnsi="Courier New"/>
          <w:sz w:val="20"/>
        </w:rPr>
        <w:br/>
        <w:t xml:space="preserve">    Write-Output "</w:t>
      </w:r>
      <w:proofErr w:type="spellStart"/>
      <w:r>
        <w:rPr>
          <w:rFonts w:ascii="Courier New" w:hAnsi="Courier New"/>
          <w:sz w:val="20"/>
        </w:rPr>
        <w:t>Durchlauf</w:t>
      </w:r>
      <w:proofErr w:type="spellEnd"/>
      <w:r>
        <w:rPr>
          <w:rFonts w:ascii="Courier New" w:hAnsi="Courier New"/>
          <w:sz w:val="20"/>
        </w:rPr>
        <w:t>: $</w:t>
      </w:r>
      <w:proofErr w:type="spellStart"/>
      <w:r>
        <w:rPr>
          <w:rFonts w:ascii="Courier New" w:hAnsi="Courier New"/>
          <w:sz w:val="20"/>
        </w:rPr>
        <w:t>i</w:t>
      </w:r>
      <w:proofErr w:type="spellEnd"/>
      <w:r>
        <w:rPr>
          <w:rFonts w:ascii="Courier New" w:hAnsi="Courier New"/>
          <w:sz w:val="20"/>
        </w:rPr>
        <w:t>"</w:t>
      </w:r>
      <w:r>
        <w:rPr>
          <w:rFonts w:ascii="Courier New" w:hAnsi="Courier New"/>
          <w:sz w:val="20"/>
        </w:rPr>
        <w:br/>
        <w:t xml:space="preserve">    $</w:t>
      </w:r>
      <w:proofErr w:type="spellStart"/>
      <w:r>
        <w:rPr>
          <w:rFonts w:ascii="Courier New" w:hAnsi="Courier New"/>
          <w:sz w:val="20"/>
        </w:rPr>
        <w:t>i</w:t>
      </w:r>
      <w:proofErr w:type="spellEnd"/>
      <w:r>
        <w:rPr>
          <w:rFonts w:ascii="Courier New" w:hAnsi="Courier New"/>
          <w:sz w:val="20"/>
        </w:rPr>
        <w:t>++</w:t>
      </w:r>
      <w:r>
        <w:rPr>
          <w:rFonts w:ascii="Courier New" w:hAnsi="Courier New"/>
          <w:sz w:val="20"/>
        </w:rPr>
        <w:br/>
        <w:t>} while ($</w:t>
      </w:r>
      <w:proofErr w:type="spellStart"/>
      <w:r>
        <w:rPr>
          <w:rFonts w:ascii="Courier New" w:hAnsi="Courier New"/>
          <w:sz w:val="20"/>
        </w:rPr>
        <w:t>i</w:t>
      </w:r>
      <w:proofErr w:type="spellEnd"/>
      <w:r>
        <w:rPr>
          <w:rFonts w:ascii="Courier New" w:hAnsi="Courier New"/>
          <w:sz w:val="20"/>
        </w:rPr>
        <w:t xml:space="preserve"> -lt 5)</w:t>
      </w:r>
    </w:p>
    <w:p w14:paraId="096676CA" w14:textId="77777777" w:rsidR="0027487C" w:rsidRDefault="0027487C" w:rsidP="0027487C">
      <w:pPr>
        <w:spacing w:after="0" w:line="240" w:lineRule="auto"/>
      </w:pPr>
      <w:proofErr w:type="spellStart"/>
      <w:r>
        <w:t>Einsatzgebiete</w:t>
      </w:r>
      <w:proofErr w:type="spellEnd"/>
      <w:r>
        <w:t xml:space="preserve"> </w:t>
      </w:r>
    </w:p>
    <w:p w14:paraId="3AE7E8B1" w14:textId="77777777" w:rsidR="0027487C" w:rsidRPr="00CA53E5" w:rsidRDefault="0027487C" w:rsidP="0027487C">
      <w:pPr>
        <w:pStyle w:val="Listenabsatz"/>
        <w:numPr>
          <w:ilvl w:val="0"/>
          <w:numId w:val="14"/>
        </w:numPr>
        <w:spacing w:after="0" w:line="240" w:lineRule="auto"/>
        <w:rPr>
          <w:rFonts w:eastAsia="Times New Roman" w:cs="Times New Roman"/>
          <w:lang w:val="de-DE" w:eastAsia="de-DE"/>
        </w:rPr>
      </w:pPr>
      <w:r w:rsidRPr="00CA53E5">
        <w:rPr>
          <w:rFonts w:eastAsia="Times New Roman" w:cs="Times New Roman"/>
          <w:lang w:val="de-DE" w:eastAsia="de-DE"/>
        </w:rPr>
        <w:t>Wird verwendet, wenn der Code mindestens einmal ausgeführt werden soll.</w:t>
      </w:r>
    </w:p>
    <w:p w14:paraId="6DD6A8D0" w14:textId="77777777" w:rsidR="0027487C" w:rsidRDefault="0027487C" w:rsidP="0027487C">
      <w:pPr>
        <w:spacing w:after="0" w:line="240" w:lineRule="auto"/>
      </w:pPr>
      <w:proofErr w:type="spellStart"/>
      <w:r>
        <w:t>Stärken</w:t>
      </w:r>
      <w:proofErr w:type="spellEnd"/>
      <w:r>
        <w:t xml:space="preserve"> </w:t>
      </w:r>
    </w:p>
    <w:p w14:paraId="5F171D96" w14:textId="77777777" w:rsidR="0027487C" w:rsidRDefault="0027487C" w:rsidP="0027487C">
      <w:pPr>
        <w:pStyle w:val="Listenabsatz"/>
        <w:numPr>
          <w:ilvl w:val="0"/>
          <w:numId w:val="14"/>
        </w:numPr>
        <w:spacing w:after="0" w:line="240" w:lineRule="auto"/>
        <w:rPr>
          <w:rFonts w:eastAsia="Times New Roman" w:cs="Times New Roman"/>
          <w:lang w:val="de-DE" w:eastAsia="de-DE"/>
        </w:rPr>
      </w:pPr>
      <w:r w:rsidRPr="00CA53E5">
        <w:rPr>
          <w:rFonts w:eastAsia="Times New Roman" w:cs="Times New Roman"/>
          <w:lang w:val="de-DE" w:eastAsia="de-DE"/>
        </w:rPr>
        <w:t>Garantiert mindestens eine Ausführung des Codeblocks.</w:t>
      </w:r>
    </w:p>
    <w:p w14:paraId="14D6DE3C" w14:textId="77777777" w:rsidR="0027487C" w:rsidRPr="00CA53E5" w:rsidRDefault="0027487C" w:rsidP="0027487C">
      <w:pPr>
        <w:pStyle w:val="Listenabsatz"/>
        <w:numPr>
          <w:ilvl w:val="0"/>
          <w:numId w:val="14"/>
        </w:numPr>
        <w:spacing w:after="0" w:line="240" w:lineRule="auto"/>
        <w:rPr>
          <w:rFonts w:eastAsia="Times New Roman" w:cs="Times New Roman"/>
          <w:lang w:val="de-DE" w:eastAsia="de-DE"/>
        </w:rPr>
      </w:pPr>
      <w:r w:rsidRPr="00CA53E5">
        <w:rPr>
          <w:rFonts w:eastAsia="Times New Roman" w:cs="Times New Roman"/>
          <w:lang w:val="de-DE" w:eastAsia="de-DE"/>
        </w:rPr>
        <w:t>Gut für Benutzereingaben oder andere interaktive Prozesse.</w:t>
      </w:r>
    </w:p>
    <w:p w14:paraId="12185601" w14:textId="77777777" w:rsidR="0027487C" w:rsidRDefault="0027487C" w:rsidP="0027487C">
      <w:pPr>
        <w:spacing w:after="0" w:line="240" w:lineRule="auto"/>
      </w:pPr>
      <w:proofErr w:type="spellStart"/>
      <w:r>
        <w:t>Schwächen</w:t>
      </w:r>
      <w:proofErr w:type="spellEnd"/>
      <w:r>
        <w:t xml:space="preserve"> </w:t>
      </w:r>
    </w:p>
    <w:p w14:paraId="4AA80C4D" w14:textId="77777777" w:rsidR="0027487C" w:rsidRDefault="0027487C" w:rsidP="0027487C">
      <w:pPr>
        <w:pStyle w:val="Listenabsatz"/>
        <w:numPr>
          <w:ilvl w:val="0"/>
          <w:numId w:val="17"/>
        </w:numPr>
        <w:spacing w:after="0" w:line="240" w:lineRule="auto"/>
        <w:rPr>
          <w:rFonts w:eastAsia="Times New Roman" w:cs="Times New Roman"/>
          <w:lang w:val="de-DE" w:eastAsia="de-DE"/>
        </w:rPr>
      </w:pPr>
      <w:r w:rsidRPr="00CA53E5">
        <w:rPr>
          <w:rFonts w:eastAsia="Times New Roman" w:cs="Times New Roman"/>
          <w:lang w:val="de-DE" w:eastAsia="de-DE"/>
        </w:rPr>
        <w:t>Kann unerwünschte Ausführungen haben, wenn die Bedingung nach der ersten Iteration nicht erfüllt ist.</w:t>
      </w:r>
    </w:p>
    <w:p w14:paraId="16CAB045" w14:textId="15412734" w:rsidR="00F827AF" w:rsidRDefault="00320D0E" w:rsidP="00CA53E5">
      <w:pPr>
        <w:pStyle w:val="berschrift2"/>
        <w:spacing w:before="0" w:line="240" w:lineRule="auto"/>
        <w:contextualSpacing/>
        <w:jc w:val="center"/>
      </w:pPr>
      <w:bookmarkStart w:id="3" w:name="_Toc193136493"/>
      <w:r>
        <w:lastRenderedPageBreak/>
        <w:t>For-</w:t>
      </w:r>
      <w:proofErr w:type="spellStart"/>
      <w:r>
        <w:t>Schleife</w:t>
      </w:r>
      <w:bookmarkEnd w:id="3"/>
      <w:proofErr w:type="spellEnd"/>
    </w:p>
    <w:p w14:paraId="78D9143D" w14:textId="77777777" w:rsidR="00F827AF" w:rsidRDefault="00320D0E" w:rsidP="00CA53E5">
      <w:pPr>
        <w:spacing w:after="0" w:line="240" w:lineRule="auto"/>
        <w:contextualSpacing/>
      </w:pPr>
      <w:r>
        <w:t>Syntax:</w:t>
      </w:r>
    </w:p>
    <w:p w14:paraId="3AEA6BCF" w14:textId="77777777" w:rsidR="00F827AF" w:rsidRDefault="00320D0E" w:rsidP="00CA53E5">
      <w:pPr>
        <w:spacing w:after="0" w:line="240" w:lineRule="auto"/>
        <w:contextualSpacing/>
      </w:pPr>
      <w:r>
        <w:rPr>
          <w:rFonts w:ascii="Courier New" w:hAnsi="Courier New"/>
          <w:sz w:val="20"/>
        </w:rPr>
        <w:t>for ($i = 0; $i -lt 10; $i++) {</w:t>
      </w:r>
      <w:r>
        <w:rPr>
          <w:rFonts w:ascii="Courier New" w:hAnsi="Courier New"/>
          <w:sz w:val="20"/>
        </w:rPr>
        <w:br/>
        <w:t xml:space="preserve">    Write-Output "Durchlauf: $i"</w:t>
      </w:r>
      <w:r>
        <w:rPr>
          <w:rFonts w:ascii="Courier New" w:hAnsi="Courier New"/>
          <w:sz w:val="20"/>
        </w:rPr>
        <w:br/>
        <w:t>}</w:t>
      </w:r>
    </w:p>
    <w:p w14:paraId="5DFB8A8A" w14:textId="56B14F52" w:rsidR="0008199A" w:rsidRDefault="00320D0E" w:rsidP="00CA53E5">
      <w:pPr>
        <w:spacing w:after="0" w:line="240" w:lineRule="auto"/>
        <w:contextualSpacing/>
      </w:pPr>
      <w:proofErr w:type="spellStart"/>
      <w:r>
        <w:t>Einsatzgebiete</w:t>
      </w:r>
      <w:proofErr w:type="spellEnd"/>
      <w:r>
        <w:t xml:space="preserve"> </w:t>
      </w:r>
    </w:p>
    <w:p w14:paraId="4E36C395" w14:textId="15FEC4A6" w:rsidR="00F827AF" w:rsidRDefault="00320D0E" w:rsidP="0008199A">
      <w:pPr>
        <w:pStyle w:val="Listenabsatz"/>
        <w:numPr>
          <w:ilvl w:val="0"/>
          <w:numId w:val="10"/>
        </w:numPr>
        <w:spacing w:after="0" w:line="240" w:lineRule="auto"/>
      </w:pPr>
      <w:r>
        <w:t xml:space="preserve">Feste </w:t>
      </w:r>
      <w:proofErr w:type="spellStart"/>
      <w:r>
        <w:t>Anzahl</w:t>
      </w:r>
      <w:proofErr w:type="spellEnd"/>
      <w:r>
        <w:t xml:space="preserve"> von </w:t>
      </w:r>
      <w:proofErr w:type="spellStart"/>
      <w:r>
        <w:t>Iterationen</w:t>
      </w:r>
      <w:proofErr w:type="spellEnd"/>
      <w:r>
        <w:t>.</w:t>
      </w:r>
    </w:p>
    <w:p w14:paraId="69CAD916" w14:textId="402852B1" w:rsidR="0008199A" w:rsidRPr="0008199A" w:rsidRDefault="0008199A" w:rsidP="0008199A">
      <w:pPr>
        <w:pStyle w:val="StandardWeb"/>
        <w:numPr>
          <w:ilvl w:val="0"/>
          <w:numId w:val="10"/>
        </w:numPr>
        <w:spacing w:before="0" w:beforeAutospacing="0" w:after="0" w:afterAutospacing="0"/>
        <w:contextualSpacing/>
        <w:rPr>
          <w:rFonts w:asciiTheme="minorHAnsi" w:hAnsiTheme="minorHAnsi"/>
          <w:sz w:val="22"/>
          <w:szCs w:val="22"/>
        </w:rPr>
      </w:pPr>
      <w:r w:rsidRPr="0008199A">
        <w:rPr>
          <w:rFonts w:asciiTheme="minorHAnsi" w:hAnsiTheme="minorHAnsi"/>
          <w:sz w:val="22"/>
          <w:szCs w:val="22"/>
        </w:rPr>
        <w:t>Nützlich für Zähler-basierte Wiederholungen.</w:t>
      </w:r>
    </w:p>
    <w:p w14:paraId="6F3873E8" w14:textId="59C431A4" w:rsidR="0008199A" w:rsidRDefault="00320D0E" w:rsidP="0008199A">
      <w:pPr>
        <w:spacing w:after="0" w:line="240" w:lineRule="auto"/>
        <w:contextualSpacing/>
      </w:pPr>
      <w:proofErr w:type="spellStart"/>
      <w:r>
        <w:t>Stärken</w:t>
      </w:r>
      <w:proofErr w:type="spellEnd"/>
    </w:p>
    <w:p w14:paraId="25FA0DBD" w14:textId="604FA52B" w:rsidR="00F827AF" w:rsidRDefault="00320D0E" w:rsidP="0008199A">
      <w:pPr>
        <w:pStyle w:val="Listenabsatz"/>
        <w:numPr>
          <w:ilvl w:val="0"/>
          <w:numId w:val="11"/>
        </w:numPr>
        <w:spacing w:after="0" w:line="240" w:lineRule="auto"/>
      </w:pPr>
      <w:proofErr w:type="spellStart"/>
      <w:r>
        <w:t>Kontrolle</w:t>
      </w:r>
      <w:proofErr w:type="spellEnd"/>
      <w:r>
        <w:t xml:space="preserve"> </w:t>
      </w:r>
      <w:proofErr w:type="spellStart"/>
      <w:r>
        <w:t>über</w:t>
      </w:r>
      <w:proofErr w:type="spellEnd"/>
      <w:r>
        <w:t xml:space="preserve"> Index.</w:t>
      </w:r>
    </w:p>
    <w:p w14:paraId="007ED5BE" w14:textId="77777777" w:rsidR="0008199A" w:rsidRPr="0008199A" w:rsidRDefault="0008199A" w:rsidP="0008199A">
      <w:pPr>
        <w:pStyle w:val="StandardWeb"/>
        <w:numPr>
          <w:ilvl w:val="0"/>
          <w:numId w:val="11"/>
        </w:numPr>
        <w:spacing w:before="0" w:beforeAutospacing="0" w:after="0" w:afterAutospacing="0"/>
        <w:contextualSpacing/>
        <w:rPr>
          <w:rFonts w:asciiTheme="minorHAnsi" w:hAnsiTheme="minorHAnsi"/>
          <w:sz w:val="22"/>
          <w:szCs w:val="22"/>
        </w:rPr>
      </w:pPr>
      <w:r w:rsidRPr="0008199A">
        <w:rPr>
          <w:rFonts w:asciiTheme="minorHAnsi" w:hAnsiTheme="minorHAnsi"/>
          <w:sz w:val="22"/>
          <w:szCs w:val="22"/>
        </w:rPr>
        <w:t>Gut geeignet für definierte Wiederholungen.</w:t>
      </w:r>
    </w:p>
    <w:p w14:paraId="7EE2A45E" w14:textId="77777777" w:rsidR="0008199A" w:rsidRPr="0008199A" w:rsidRDefault="0008199A" w:rsidP="0008199A">
      <w:pPr>
        <w:pStyle w:val="StandardWeb"/>
        <w:numPr>
          <w:ilvl w:val="0"/>
          <w:numId w:val="11"/>
        </w:numPr>
        <w:spacing w:before="0" w:beforeAutospacing="0" w:after="0" w:afterAutospacing="0"/>
        <w:contextualSpacing/>
        <w:rPr>
          <w:rFonts w:asciiTheme="minorHAnsi" w:hAnsiTheme="minorHAnsi"/>
          <w:sz w:val="22"/>
          <w:szCs w:val="22"/>
        </w:rPr>
      </w:pPr>
      <w:r w:rsidRPr="0008199A">
        <w:rPr>
          <w:rFonts w:asciiTheme="minorHAnsi" w:hAnsiTheme="minorHAnsi"/>
          <w:sz w:val="22"/>
          <w:szCs w:val="22"/>
        </w:rPr>
        <w:t>Ermöglicht einfache Kontrolle über die Anzahl der Durchläufe.</w:t>
      </w:r>
    </w:p>
    <w:p w14:paraId="4679BD2C" w14:textId="72838138" w:rsidR="0008199A" w:rsidRDefault="00320D0E" w:rsidP="00CA53E5">
      <w:pPr>
        <w:spacing w:after="0" w:line="240" w:lineRule="auto"/>
        <w:contextualSpacing/>
      </w:pPr>
      <w:proofErr w:type="spellStart"/>
      <w:r>
        <w:t>Schwächen</w:t>
      </w:r>
      <w:proofErr w:type="spellEnd"/>
      <w:r>
        <w:t xml:space="preserve"> </w:t>
      </w:r>
    </w:p>
    <w:p w14:paraId="27D7D137" w14:textId="77777777" w:rsidR="0008199A" w:rsidRDefault="00320D0E" w:rsidP="00CA53E5">
      <w:pPr>
        <w:pStyle w:val="StandardWeb"/>
        <w:numPr>
          <w:ilvl w:val="0"/>
          <w:numId w:val="12"/>
        </w:numPr>
        <w:spacing w:before="0" w:beforeAutospacing="0" w:after="0" w:afterAutospacing="0"/>
        <w:contextualSpacing/>
      </w:pPr>
      <w:r>
        <w:t>Nicht ideal für Listen</w:t>
      </w:r>
      <w:r w:rsidR="0008199A">
        <w:t>, das Durchlaufen von Arrays oder Sammlungen.</w:t>
      </w:r>
    </w:p>
    <w:p w14:paraId="020667C6" w14:textId="51CDAB02" w:rsidR="00453780" w:rsidRDefault="0008199A" w:rsidP="00CA53E5">
      <w:pPr>
        <w:pStyle w:val="StandardWeb"/>
        <w:numPr>
          <w:ilvl w:val="0"/>
          <w:numId w:val="12"/>
        </w:numPr>
        <w:spacing w:before="0" w:beforeAutospacing="0" w:after="0" w:afterAutospacing="0"/>
        <w:contextualSpacing/>
      </w:pPr>
      <w:r>
        <w:t>Die Bedingung muss manuell gepflegt werden.</w:t>
      </w:r>
    </w:p>
    <w:p w14:paraId="5A264B1C" w14:textId="7BC6D4A1" w:rsidR="0008199A" w:rsidRDefault="0008199A" w:rsidP="00CA53E5">
      <w:pPr>
        <w:pStyle w:val="StandardWeb"/>
      </w:pPr>
      <w:r>
        <w:rPr>
          <w:noProof/>
        </w:rPr>
        <mc:AlternateContent>
          <mc:Choice Requires="wps">
            <w:drawing>
              <wp:anchor distT="0" distB="0" distL="114300" distR="114300" simplePos="0" relativeHeight="251659264" behindDoc="0" locked="0" layoutInCell="1" allowOverlap="1" wp14:anchorId="15D80E71" wp14:editId="7C8BDD5E">
                <wp:simplePos x="0" y="0"/>
                <wp:positionH relativeFrom="column">
                  <wp:posOffset>-39066</wp:posOffset>
                </wp:positionH>
                <wp:positionV relativeFrom="paragraph">
                  <wp:posOffset>224459</wp:posOffset>
                </wp:positionV>
                <wp:extent cx="5766352" cy="14246"/>
                <wp:effectExtent l="38100" t="38100" r="63500" b="81280"/>
                <wp:wrapNone/>
                <wp:docPr id="2" name="Gerader Verbinder 2"/>
                <wp:cNvGraphicFramePr/>
                <a:graphic xmlns:a="http://schemas.openxmlformats.org/drawingml/2006/main">
                  <a:graphicData uri="http://schemas.microsoft.com/office/word/2010/wordprocessingShape">
                    <wps:wsp>
                      <wps:cNvCnPr/>
                      <wps:spPr>
                        <a:xfrm flipV="1">
                          <a:off x="0" y="0"/>
                          <a:ext cx="5766352" cy="14246"/>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122744" id="Gerader Verbinder 2"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pt,17.65pt" to="450.95pt,1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" strokecolor="#4f81bd [3204]" strokeweight="2pt">
                <v:shadow on="t" color="black" opacity="24903f" origin=",.5" offset="0,.55556mm"/>
              </v:line>
            </w:pict>
          </mc:Fallback>
        </mc:AlternateContent>
      </w:r>
    </w:p>
    <w:p w14:paraId="3003F0CD" w14:textId="77777777" w:rsidR="00F827AF" w:rsidRDefault="00320D0E" w:rsidP="00CA53E5">
      <w:pPr>
        <w:pStyle w:val="berschrift2"/>
        <w:spacing w:line="240" w:lineRule="auto"/>
        <w:jc w:val="center"/>
      </w:pPr>
      <w:bookmarkStart w:id="4" w:name="_Toc193136494"/>
      <w:r>
        <w:t>Foreach-</w:t>
      </w:r>
      <w:proofErr w:type="spellStart"/>
      <w:r>
        <w:t>Schleife</w:t>
      </w:r>
      <w:bookmarkEnd w:id="4"/>
      <w:proofErr w:type="spellEnd"/>
    </w:p>
    <w:p w14:paraId="2239BC2B" w14:textId="77777777" w:rsidR="00F827AF" w:rsidRDefault="00320D0E" w:rsidP="00CA53E5">
      <w:pPr>
        <w:spacing w:line="240" w:lineRule="auto"/>
        <w:contextualSpacing/>
      </w:pPr>
      <w:r>
        <w:t>Syntax:</w:t>
      </w:r>
    </w:p>
    <w:p w14:paraId="1BF49357" w14:textId="77777777" w:rsidR="00F827AF" w:rsidRDefault="00320D0E" w:rsidP="00CA53E5">
      <w:pPr>
        <w:spacing w:line="240" w:lineRule="auto"/>
        <w:contextualSpacing/>
      </w:pPr>
      <w:r>
        <w:rPr>
          <w:rFonts w:ascii="Courier New" w:hAnsi="Courier New"/>
          <w:sz w:val="20"/>
        </w:rPr>
        <w:t>$items = @("Apfel", "Banane", "Kirsche")</w:t>
      </w:r>
      <w:r>
        <w:rPr>
          <w:rFonts w:ascii="Courier New" w:hAnsi="Courier New"/>
          <w:sz w:val="20"/>
        </w:rPr>
        <w:br/>
        <w:t>foreach ($item in $items) {</w:t>
      </w:r>
      <w:r>
        <w:rPr>
          <w:rFonts w:ascii="Courier New" w:hAnsi="Courier New"/>
          <w:sz w:val="20"/>
        </w:rPr>
        <w:br/>
        <w:t xml:space="preserve">    Write-Output "Obst: $item"</w:t>
      </w:r>
      <w:r>
        <w:rPr>
          <w:rFonts w:ascii="Courier New" w:hAnsi="Courier New"/>
          <w:sz w:val="20"/>
        </w:rPr>
        <w:br/>
        <w:t>}</w:t>
      </w:r>
    </w:p>
    <w:p w14:paraId="1064EE76" w14:textId="0D6B9017" w:rsidR="0008199A" w:rsidRPr="00CA53E5" w:rsidRDefault="00320D0E" w:rsidP="00CA53E5">
      <w:pPr>
        <w:spacing w:after="0" w:line="240" w:lineRule="auto"/>
        <w:contextualSpacing/>
      </w:pPr>
      <w:proofErr w:type="spellStart"/>
      <w:r w:rsidRPr="00CA53E5">
        <w:t>Einsatzgebiete</w:t>
      </w:r>
      <w:proofErr w:type="spellEnd"/>
      <w:r w:rsidRPr="00CA53E5">
        <w:t xml:space="preserve"> </w:t>
      </w:r>
    </w:p>
    <w:p w14:paraId="10C542A8" w14:textId="10CC5F4F" w:rsidR="00F827AF" w:rsidRPr="00CA53E5" w:rsidRDefault="00320D0E" w:rsidP="00CA53E5">
      <w:pPr>
        <w:pStyle w:val="Listenabsatz"/>
        <w:numPr>
          <w:ilvl w:val="0"/>
          <w:numId w:val="13"/>
        </w:numPr>
        <w:spacing w:after="0" w:line="240" w:lineRule="auto"/>
      </w:pPr>
      <w:proofErr w:type="spellStart"/>
      <w:r w:rsidRPr="00CA53E5">
        <w:t>Durchlaufen</w:t>
      </w:r>
      <w:proofErr w:type="spellEnd"/>
      <w:r w:rsidRPr="00CA53E5">
        <w:t xml:space="preserve"> von Arrays/</w:t>
      </w:r>
      <w:proofErr w:type="spellStart"/>
      <w:r w:rsidRPr="00CA53E5">
        <w:t>Sammlungen</w:t>
      </w:r>
      <w:proofErr w:type="spellEnd"/>
      <w:r w:rsidRPr="00CA53E5">
        <w:t>.</w:t>
      </w:r>
    </w:p>
    <w:p w14:paraId="0B710529" w14:textId="7745D7EB" w:rsidR="0008199A" w:rsidRPr="00CA53E5" w:rsidRDefault="0008199A" w:rsidP="00CA53E5">
      <w:pPr>
        <w:pStyle w:val="StandardWeb"/>
        <w:numPr>
          <w:ilvl w:val="0"/>
          <w:numId w:val="13"/>
        </w:numPr>
        <w:spacing w:after="0" w:afterAutospacing="0"/>
        <w:rPr>
          <w:rFonts w:asciiTheme="minorHAnsi" w:hAnsiTheme="minorHAnsi"/>
          <w:sz w:val="22"/>
          <w:szCs w:val="22"/>
        </w:rPr>
      </w:pPr>
      <w:r w:rsidRPr="00CA53E5">
        <w:rPr>
          <w:rFonts w:asciiTheme="minorHAnsi" w:hAnsiTheme="minorHAnsi"/>
          <w:sz w:val="22"/>
          <w:szCs w:val="22"/>
        </w:rPr>
        <w:t>Ideal für die Verarbeitung von Elementen in Listen.</w:t>
      </w:r>
    </w:p>
    <w:p w14:paraId="346C19D1" w14:textId="2C1A70F1" w:rsidR="0008199A" w:rsidRPr="00CA53E5" w:rsidRDefault="00320D0E" w:rsidP="00CA53E5">
      <w:pPr>
        <w:spacing w:after="0" w:line="240" w:lineRule="auto"/>
        <w:contextualSpacing/>
      </w:pPr>
      <w:proofErr w:type="spellStart"/>
      <w:r w:rsidRPr="00CA53E5">
        <w:t>Stärken</w:t>
      </w:r>
      <w:proofErr w:type="spellEnd"/>
      <w:r w:rsidRPr="00CA53E5">
        <w:t xml:space="preserve"> </w:t>
      </w:r>
    </w:p>
    <w:p w14:paraId="7A9AD688" w14:textId="47775C5F" w:rsidR="00F827AF" w:rsidRPr="00CA53E5" w:rsidRDefault="00320D0E" w:rsidP="00CA53E5">
      <w:pPr>
        <w:pStyle w:val="Listenabsatz"/>
        <w:numPr>
          <w:ilvl w:val="0"/>
          <w:numId w:val="13"/>
        </w:numPr>
        <w:spacing w:after="0" w:line="240" w:lineRule="auto"/>
      </w:pPr>
      <w:proofErr w:type="spellStart"/>
      <w:r w:rsidRPr="00CA53E5">
        <w:t>Einfach</w:t>
      </w:r>
      <w:proofErr w:type="spellEnd"/>
      <w:r w:rsidRPr="00CA53E5">
        <w:t xml:space="preserve"> </w:t>
      </w:r>
      <w:proofErr w:type="spellStart"/>
      <w:r w:rsidRPr="00CA53E5">
        <w:t>zu</w:t>
      </w:r>
      <w:proofErr w:type="spellEnd"/>
      <w:r w:rsidRPr="00CA53E5">
        <w:t xml:space="preserve"> </w:t>
      </w:r>
      <w:r w:rsidR="00CA53E5" w:rsidRPr="00CA53E5">
        <w:t xml:space="preserve">lessen und </w:t>
      </w:r>
      <w:proofErr w:type="spellStart"/>
      <w:r w:rsidR="00CA53E5" w:rsidRPr="00CA53E5">
        <w:t>schreiben</w:t>
      </w:r>
      <w:proofErr w:type="spellEnd"/>
      <w:r w:rsidRPr="00CA53E5">
        <w:t>.</w:t>
      </w:r>
    </w:p>
    <w:p w14:paraId="0684959A" w14:textId="77777777" w:rsidR="00CA53E5" w:rsidRPr="00CA53E5" w:rsidRDefault="00CA53E5" w:rsidP="00CA53E5">
      <w:pPr>
        <w:pStyle w:val="StandardWeb"/>
        <w:numPr>
          <w:ilvl w:val="0"/>
          <w:numId w:val="13"/>
        </w:numPr>
        <w:spacing w:after="0" w:afterAutospacing="0"/>
        <w:rPr>
          <w:rFonts w:asciiTheme="minorHAnsi" w:hAnsiTheme="minorHAnsi"/>
          <w:sz w:val="22"/>
          <w:szCs w:val="22"/>
        </w:rPr>
      </w:pPr>
      <w:r w:rsidRPr="00CA53E5">
        <w:rPr>
          <w:rFonts w:asciiTheme="minorHAnsi" w:hAnsiTheme="minorHAnsi"/>
          <w:sz w:val="22"/>
          <w:szCs w:val="22"/>
        </w:rPr>
        <w:t>Ideal für Iterationen über Listen und Arrays.</w:t>
      </w:r>
    </w:p>
    <w:p w14:paraId="533A1BE8" w14:textId="0A34F151" w:rsidR="0008199A" w:rsidRPr="00CA53E5" w:rsidRDefault="00320D0E" w:rsidP="00CA53E5">
      <w:pPr>
        <w:spacing w:after="0" w:line="240" w:lineRule="auto"/>
        <w:contextualSpacing/>
      </w:pPr>
      <w:proofErr w:type="spellStart"/>
      <w:r w:rsidRPr="00CA53E5">
        <w:t>Schwächen</w:t>
      </w:r>
      <w:proofErr w:type="spellEnd"/>
      <w:r w:rsidRPr="00CA53E5">
        <w:t xml:space="preserve"> </w:t>
      </w:r>
    </w:p>
    <w:p w14:paraId="3970F568" w14:textId="77777777" w:rsidR="00CA53E5" w:rsidRPr="00CA53E5" w:rsidRDefault="00CA53E5" w:rsidP="00CA53E5">
      <w:pPr>
        <w:pStyle w:val="StandardWeb"/>
        <w:numPr>
          <w:ilvl w:val="0"/>
          <w:numId w:val="14"/>
        </w:numPr>
        <w:spacing w:before="0" w:beforeAutospacing="0" w:after="0" w:afterAutospacing="0"/>
        <w:rPr>
          <w:rFonts w:asciiTheme="minorHAnsi" w:hAnsiTheme="minorHAnsi"/>
          <w:sz w:val="22"/>
          <w:szCs w:val="22"/>
        </w:rPr>
      </w:pPr>
      <w:r w:rsidRPr="00CA53E5">
        <w:rPr>
          <w:rFonts w:asciiTheme="minorHAnsi" w:hAnsiTheme="minorHAnsi"/>
          <w:sz w:val="22"/>
          <w:szCs w:val="22"/>
        </w:rPr>
        <w:t>Funktioniert nicht, wenn eine definierte Anzahl an Durchläufen erforderlich ist.</w:t>
      </w:r>
    </w:p>
    <w:p w14:paraId="04F53003" w14:textId="1FB1D7DC" w:rsidR="0027487C" w:rsidRDefault="0027487C" w:rsidP="0027487C">
      <w:pPr>
        <w:spacing w:after="0" w:line="240" w:lineRule="auto"/>
        <w:rPr>
          <w:rFonts w:eastAsia="Times New Roman" w:cs="Times New Roman"/>
          <w:lang w:val="de-DE" w:eastAsia="de-DE"/>
        </w:rPr>
      </w:pPr>
    </w:p>
    <w:p w14:paraId="04B2DD8E" w14:textId="21C3712D" w:rsidR="0027487C" w:rsidRPr="0027487C" w:rsidRDefault="0027487C" w:rsidP="0027487C">
      <w:pPr>
        <w:spacing w:after="0" w:line="240" w:lineRule="auto"/>
        <w:rPr>
          <w:rFonts w:eastAsia="Times New Roman" w:cs="Times New Roman"/>
          <w:lang w:val="de-DE" w:eastAsia="de-DE"/>
        </w:rPr>
      </w:pPr>
      <w:r>
        <w:rPr>
          <w:rFonts w:eastAsia="Times New Roman" w:cs="Times New Roman"/>
          <w:noProof/>
          <w:lang w:val="de-DE" w:eastAsia="de-DE"/>
        </w:rPr>
        <mc:AlternateContent>
          <mc:Choice Requires="wps">
            <w:drawing>
              <wp:anchor distT="0" distB="0" distL="114300" distR="114300" simplePos="0" relativeHeight="251662336" behindDoc="0" locked="0" layoutInCell="1" allowOverlap="1" wp14:anchorId="61D99A3F" wp14:editId="2C85F417">
                <wp:simplePos x="0" y="0"/>
                <wp:positionH relativeFrom="column">
                  <wp:posOffset>-9525</wp:posOffset>
                </wp:positionH>
                <wp:positionV relativeFrom="paragraph">
                  <wp:posOffset>69850</wp:posOffset>
                </wp:positionV>
                <wp:extent cx="5686425" cy="9525"/>
                <wp:effectExtent l="38100" t="38100" r="66675" b="85725"/>
                <wp:wrapNone/>
                <wp:docPr id="4" name="Gerader Verbinder 4"/>
                <wp:cNvGraphicFramePr/>
                <a:graphic xmlns:a="http://schemas.openxmlformats.org/drawingml/2006/main">
                  <a:graphicData uri="http://schemas.microsoft.com/office/word/2010/wordprocessingShape">
                    <wps:wsp>
                      <wps:cNvCnPr/>
                      <wps:spPr>
                        <a:xfrm flipV="1">
                          <a:off x="0" y="0"/>
                          <a:ext cx="5686425" cy="9525"/>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9DCE094" id="Gerader Verbinder 4" o:spid="_x0000_s1026" style="position:absolute;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5pt,5.5pt" to="447pt,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" strokecolor="#4f81bd [3204]" strokeweight="2pt">
                <v:shadow on="t" color="black" opacity="24903f" origin=",.5" offset="0,.55556mm"/>
              </v:line>
            </w:pict>
          </mc:Fallback>
        </mc:AlternateContent>
      </w:r>
    </w:p>
    <w:p w14:paraId="2FF2A437" w14:textId="77777777" w:rsidR="00F827AF" w:rsidRDefault="00320D0E" w:rsidP="00CA53E5">
      <w:pPr>
        <w:pStyle w:val="berschrift2"/>
        <w:jc w:val="center"/>
      </w:pPr>
      <w:bookmarkStart w:id="5" w:name="_Toc193136495"/>
      <w:r>
        <w:t>Foreach-Object-</w:t>
      </w:r>
      <w:proofErr w:type="spellStart"/>
      <w:r>
        <w:t>Schleife</w:t>
      </w:r>
      <w:proofErr w:type="spellEnd"/>
      <w:r>
        <w:t xml:space="preserve"> (Pipeline-</w:t>
      </w:r>
      <w:proofErr w:type="spellStart"/>
      <w:r>
        <w:t>Schleife</w:t>
      </w:r>
      <w:proofErr w:type="spellEnd"/>
      <w:r>
        <w:t>)</w:t>
      </w:r>
      <w:bookmarkEnd w:id="5"/>
    </w:p>
    <w:p w14:paraId="0A92AF1C" w14:textId="77777777" w:rsidR="00F827AF" w:rsidRDefault="00320D0E" w:rsidP="0027487C">
      <w:pPr>
        <w:spacing w:after="0" w:line="240" w:lineRule="auto"/>
      </w:pPr>
      <w:r>
        <w:t>Syntax:</w:t>
      </w:r>
    </w:p>
    <w:p w14:paraId="3854704B" w14:textId="77777777" w:rsidR="00F827AF" w:rsidRDefault="00320D0E" w:rsidP="0027487C">
      <w:pPr>
        <w:spacing w:after="0" w:line="240" w:lineRule="auto"/>
      </w:pPr>
      <w:r>
        <w:rPr>
          <w:rFonts w:ascii="Courier New" w:hAnsi="Courier New"/>
          <w:sz w:val="20"/>
        </w:rPr>
        <w:t>$items = @("Hund", "Katze", "Maus")</w:t>
      </w:r>
      <w:r>
        <w:rPr>
          <w:rFonts w:ascii="Courier New" w:hAnsi="Courier New"/>
          <w:sz w:val="20"/>
        </w:rPr>
        <w:br/>
        <w:t>$items | ForEach-Object {</w:t>
      </w:r>
      <w:r>
        <w:rPr>
          <w:rFonts w:ascii="Courier New" w:hAnsi="Courier New"/>
          <w:sz w:val="20"/>
        </w:rPr>
        <w:br/>
        <w:t xml:space="preserve">    Write-Output "Tier: $_"</w:t>
      </w:r>
      <w:r>
        <w:rPr>
          <w:rFonts w:ascii="Courier New" w:hAnsi="Courier New"/>
          <w:sz w:val="20"/>
        </w:rPr>
        <w:br/>
        <w:t>}</w:t>
      </w:r>
    </w:p>
    <w:p w14:paraId="73B1E395" w14:textId="2EE6F248" w:rsidR="0027487C" w:rsidRDefault="00320D0E" w:rsidP="0027487C">
      <w:pPr>
        <w:spacing w:after="0" w:line="240" w:lineRule="auto"/>
      </w:pPr>
      <w:proofErr w:type="spellStart"/>
      <w:r>
        <w:t>Einsatzgebiete</w:t>
      </w:r>
      <w:proofErr w:type="spellEnd"/>
      <w:r>
        <w:t xml:space="preserve"> </w:t>
      </w:r>
    </w:p>
    <w:p w14:paraId="1A64C866" w14:textId="0A74C2F1" w:rsidR="00F827AF" w:rsidRDefault="00320D0E" w:rsidP="0027487C">
      <w:pPr>
        <w:pStyle w:val="Listenabsatz"/>
        <w:numPr>
          <w:ilvl w:val="0"/>
          <w:numId w:val="17"/>
        </w:numPr>
        <w:spacing w:after="0" w:line="240" w:lineRule="auto"/>
      </w:pPr>
      <w:r>
        <w:t>Pipeline-</w:t>
      </w:r>
      <w:proofErr w:type="spellStart"/>
      <w:r>
        <w:t>Operationen</w:t>
      </w:r>
      <w:proofErr w:type="spellEnd"/>
      <w:r>
        <w:t>.</w:t>
      </w:r>
    </w:p>
    <w:p w14:paraId="2BFD2F4C" w14:textId="77777777" w:rsidR="0027487C" w:rsidRPr="0027487C" w:rsidRDefault="0027487C" w:rsidP="0027487C">
      <w:pPr>
        <w:pStyle w:val="Listenabsatz"/>
        <w:numPr>
          <w:ilvl w:val="0"/>
          <w:numId w:val="17"/>
        </w:numPr>
        <w:spacing w:after="0" w:line="240" w:lineRule="auto"/>
        <w:rPr>
          <w:rFonts w:ascii="Times New Roman" w:eastAsia="Times New Roman" w:hAnsi="Times New Roman" w:cs="Times New Roman"/>
          <w:sz w:val="24"/>
          <w:szCs w:val="24"/>
          <w:lang w:val="de-DE" w:eastAsia="de-DE"/>
        </w:rPr>
      </w:pPr>
      <w:r w:rsidRPr="0027487C">
        <w:rPr>
          <w:rFonts w:ascii="Times New Roman" w:eastAsia="Times New Roman" w:hAnsi="Times New Roman" w:cs="Times New Roman"/>
          <w:sz w:val="24"/>
          <w:szCs w:val="24"/>
          <w:lang w:val="de-DE" w:eastAsia="de-DE"/>
        </w:rPr>
        <w:t>Gut für große Datenmengen.</w:t>
      </w:r>
    </w:p>
    <w:p w14:paraId="3C675C1C" w14:textId="77777777" w:rsidR="0027487C" w:rsidRDefault="0027487C" w:rsidP="0027487C">
      <w:pPr>
        <w:spacing w:after="0" w:line="240" w:lineRule="auto"/>
      </w:pPr>
    </w:p>
    <w:p w14:paraId="2768B671" w14:textId="77777777" w:rsidR="00F827AF" w:rsidRDefault="00320D0E" w:rsidP="0027487C">
      <w:pPr>
        <w:spacing w:after="0" w:line="240" w:lineRule="auto"/>
      </w:pPr>
      <w:r>
        <w:t>Stärken: Effizient für große Datenmengen.</w:t>
      </w:r>
    </w:p>
    <w:p w14:paraId="772BC82B" w14:textId="2CABC4E1" w:rsidR="00F827AF" w:rsidRDefault="00320D0E" w:rsidP="0027487C">
      <w:pPr>
        <w:spacing w:after="0" w:line="240" w:lineRule="auto"/>
      </w:pPr>
      <w:proofErr w:type="spellStart"/>
      <w:r>
        <w:t>Schwächen</w:t>
      </w:r>
      <w:proofErr w:type="spellEnd"/>
      <w:r>
        <w:t xml:space="preserve">: </w:t>
      </w:r>
      <w:proofErr w:type="spellStart"/>
      <w:r>
        <w:t>Kann</w:t>
      </w:r>
      <w:proofErr w:type="spellEnd"/>
      <w:r>
        <w:t xml:space="preserve"> </w:t>
      </w:r>
      <w:proofErr w:type="spellStart"/>
      <w:r>
        <w:t>langsamer</w:t>
      </w:r>
      <w:proofErr w:type="spellEnd"/>
      <w:r>
        <w:t xml:space="preserve"> sein.</w:t>
      </w:r>
    </w:p>
    <w:p w14:paraId="54ACC713" w14:textId="7546B75A" w:rsidR="0027487C" w:rsidRDefault="0027487C"/>
    <w:p w14:paraId="01E3537F" w14:textId="77777777" w:rsidR="0027487C" w:rsidRPr="008E658C" w:rsidRDefault="0027487C" w:rsidP="0027487C">
      <w:pPr>
        <w:pStyle w:val="berschrift2"/>
        <w:jc w:val="center"/>
        <w:rPr>
          <w:rFonts w:asciiTheme="minorHAnsi" w:hAnsiTheme="minorHAnsi"/>
          <w:b w:val="0"/>
          <w:bCs w:val="0"/>
          <w:sz w:val="40"/>
          <w:szCs w:val="40"/>
        </w:rPr>
      </w:pPr>
      <w:bookmarkStart w:id="6" w:name="_Toc193136496"/>
      <w:proofErr w:type="spellStart"/>
      <w:r w:rsidRPr="008E658C">
        <w:rPr>
          <w:rFonts w:asciiTheme="minorHAnsi" w:hAnsiTheme="minorHAnsi"/>
          <w:b w:val="0"/>
          <w:bCs w:val="0"/>
          <w:sz w:val="40"/>
          <w:szCs w:val="40"/>
        </w:rPr>
        <w:lastRenderedPageBreak/>
        <w:t>Wichtige</w:t>
      </w:r>
      <w:proofErr w:type="spellEnd"/>
      <w:r w:rsidRPr="008E658C">
        <w:rPr>
          <w:rFonts w:asciiTheme="minorHAnsi" w:hAnsiTheme="minorHAnsi"/>
          <w:b w:val="0"/>
          <w:bCs w:val="0"/>
          <w:sz w:val="40"/>
          <w:szCs w:val="40"/>
        </w:rPr>
        <w:t xml:space="preserve"> </w:t>
      </w:r>
      <w:proofErr w:type="spellStart"/>
      <w:r w:rsidRPr="008E658C">
        <w:rPr>
          <w:rFonts w:asciiTheme="minorHAnsi" w:hAnsiTheme="minorHAnsi"/>
          <w:b w:val="0"/>
          <w:bCs w:val="0"/>
          <w:sz w:val="40"/>
          <w:szCs w:val="40"/>
        </w:rPr>
        <w:t>Begriffe</w:t>
      </w:r>
      <w:proofErr w:type="spellEnd"/>
      <w:r w:rsidRPr="008E658C">
        <w:rPr>
          <w:rFonts w:asciiTheme="minorHAnsi" w:hAnsiTheme="minorHAnsi"/>
          <w:b w:val="0"/>
          <w:bCs w:val="0"/>
          <w:sz w:val="40"/>
          <w:szCs w:val="40"/>
        </w:rPr>
        <w:t xml:space="preserve"> </w:t>
      </w:r>
      <w:proofErr w:type="spellStart"/>
      <w:r w:rsidRPr="008E658C">
        <w:rPr>
          <w:rFonts w:asciiTheme="minorHAnsi" w:hAnsiTheme="minorHAnsi"/>
          <w:b w:val="0"/>
          <w:bCs w:val="0"/>
          <w:sz w:val="40"/>
          <w:szCs w:val="40"/>
        </w:rPr>
        <w:t>für</w:t>
      </w:r>
      <w:proofErr w:type="spellEnd"/>
      <w:r w:rsidRPr="008E658C">
        <w:rPr>
          <w:rFonts w:asciiTheme="minorHAnsi" w:hAnsiTheme="minorHAnsi"/>
          <w:b w:val="0"/>
          <w:bCs w:val="0"/>
          <w:sz w:val="40"/>
          <w:szCs w:val="40"/>
        </w:rPr>
        <w:t xml:space="preserve"> </w:t>
      </w:r>
      <w:proofErr w:type="spellStart"/>
      <w:r w:rsidRPr="008E658C">
        <w:rPr>
          <w:rFonts w:asciiTheme="minorHAnsi" w:hAnsiTheme="minorHAnsi"/>
          <w:b w:val="0"/>
          <w:bCs w:val="0"/>
          <w:sz w:val="40"/>
          <w:szCs w:val="40"/>
        </w:rPr>
        <w:t>Schleifen</w:t>
      </w:r>
      <w:bookmarkEnd w:id="6"/>
      <w:proofErr w:type="spellEnd"/>
    </w:p>
    <w:p w14:paraId="4A81B078" w14:textId="77777777" w:rsidR="00FE3F6A" w:rsidRDefault="00FE3F6A" w:rsidP="00FE3F6A">
      <w:pPr>
        <w:pStyle w:val="berschrift2"/>
        <w:spacing w:before="0" w:line="240" w:lineRule="auto"/>
        <w:contextualSpacing/>
        <w:rPr>
          <w:rFonts w:asciiTheme="minorHAnsi" w:hAnsiTheme="minorHAnsi"/>
          <w:color w:val="000000" w:themeColor="text1"/>
          <w:sz w:val="22"/>
          <w:szCs w:val="22"/>
        </w:rPr>
      </w:pPr>
    </w:p>
    <w:p w14:paraId="65AAFF86" w14:textId="67A5462A" w:rsidR="00F827AF" w:rsidRPr="00F171CB" w:rsidRDefault="00320D0E" w:rsidP="00FE3F6A">
      <w:pPr>
        <w:pStyle w:val="berschrift2"/>
        <w:spacing w:before="0" w:line="240" w:lineRule="auto"/>
        <w:contextualSpacing/>
        <w:rPr>
          <w:rFonts w:asciiTheme="minorHAnsi" w:hAnsiTheme="minorHAnsi"/>
          <w:b w:val="0"/>
          <w:bCs w:val="0"/>
        </w:rPr>
      </w:pPr>
      <w:bookmarkStart w:id="7" w:name="_Toc193136497"/>
      <w:r w:rsidRPr="00F171CB">
        <w:rPr>
          <w:rFonts w:asciiTheme="minorHAnsi" w:hAnsiTheme="minorHAnsi"/>
          <w:b w:val="0"/>
          <w:bCs w:val="0"/>
        </w:rPr>
        <w:t>Iteration</w:t>
      </w:r>
      <w:bookmarkEnd w:id="7"/>
    </w:p>
    <w:p w14:paraId="012AAE91" w14:textId="77777777" w:rsidR="00FE3F6A" w:rsidRPr="00FE3F6A" w:rsidRDefault="00FE3F6A" w:rsidP="00FE3F6A">
      <w:pPr>
        <w:spacing w:after="0" w:line="240" w:lineRule="auto"/>
        <w:contextualSpacing/>
      </w:pPr>
    </w:p>
    <w:p w14:paraId="6C1992B7" w14:textId="143EDAF4" w:rsidR="00F827AF" w:rsidRPr="00FE3F6A" w:rsidRDefault="00320D0E" w:rsidP="00FE3F6A">
      <w:pPr>
        <w:spacing w:after="0" w:line="240" w:lineRule="auto"/>
        <w:contextualSpacing/>
        <w:jc w:val="both"/>
      </w:pPr>
      <w:r w:rsidRPr="00FE3F6A">
        <w:t xml:space="preserve">Eine Iteration ist ein einzelner Durchlauf einer Schleife, bei dem der enthaltene Codeblock einmal ausgeführt wird. In PowerShell bedeutet dies, dass die Anweisungen innerhalb der </w:t>
      </w:r>
      <w:proofErr w:type="spellStart"/>
      <w:r w:rsidRPr="00FE3F6A">
        <w:t>Schleife</w:t>
      </w:r>
      <w:proofErr w:type="spellEnd"/>
      <w:r w:rsidRPr="00FE3F6A">
        <w:t xml:space="preserve"> </w:t>
      </w:r>
      <w:proofErr w:type="spellStart"/>
      <w:r w:rsidRPr="00FE3F6A">
        <w:t>einmal</w:t>
      </w:r>
      <w:proofErr w:type="spellEnd"/>
      <w:r w:rsidRPr="00FE3F6A">
        <w:t xml:space="preserve"> </w:t>
      </w:r>
      <w:proofErr w:type="spellStart"/>
      <w:r w:rsidRPr="00FE3F6A">
        <w:t>ausgeführt</w:t>
      </w:r>
      <w:proofErr w:type="spellEnd"/>
      <w:r w:rsidRPr="00FE3F6A">
        <w:t xml:space="preserve"> </w:t>
      </w:r>
      <w:proofErr w:type="spellStart"/>
      <w:r w:rsidRPr="00FE3F6A">
        <w:t>werden</w:t>
      </w:r>
      <w:proofErr w:type="spellEnd"/>
      <w:r w:rsidRPr="00FE3F6A">
        <w:t xml:space="preserve">, bevor die </w:t>
      </w:r>
      <w:proofErr w:type="spellStart"/>
      <w:r w:rsidRPr="00FE3F6A">
        <w:t>Bedingung</w:t>
      </w:r>
      <w:proofErr w:type="spellEnd"/>
      <w:r w:rsidRPr="00FE3F6A">
        <w:t xml:space="preserve"> </w:t>
      </w:r>
      <w:proofErr w:type="spellStart"/>
      <w:r w:rsidRPr="00FE3F6A">
        <w:t>erneut</w:t>
      </w:r>
      <w:proofErr w:type="spellEnd"/>
      <w:r w:rsidRPr="00FE3F6A">
        <w:t xml:space="preserve"> </w:t>
      </w:r>
      <w:proofErr w:type="spellStart"/>
      <w:r w:rsidRPr="00FE3F6A">
        <w:t>überprüft</w:t>
      </w:r>
      <w:proofErr w:type="spellEnd"/>
      <w:r w:rsidRPr="00FE3F6A">
        <w:t xml:space="preserve"> </w:t>
      </w:r>
      <w:proofErr w:type="spellStart"/>
      <w:r w:rsidRPr="00FE3F6A">
        <w:t>wird</w:t>
      </w:r>
      <w:proofErr w:type="spellEnd"/>
      <w:r w:rsidRPr="00FE3F6A">
        <w:t>.</w:t>
      </w:r>
    </w:p>
    <w:p w14:paraId="4A628DA5" w14:textId="77777777" w:rsidR="00FE3F6A" w:rsidRPr="00FE3F6A" w:rsidRDefault="00FE3F6A" w:rsidP="00FE3F6A">
      <w:pPr>
        <w:spacing w:after="0" w:line="240" w:lineRule="auto"/>
        <w:contextualSpacing/>
        <w:jc w:val="both"/>
      </w:pPr>
    </w:p>
    <w:p w14:paraId="1288B86F" w14:textId="5D7795C4" w:rsidR="0027487C" w:rsidRPr="00F171CB" w:rsidRDefault="0027487C" w:rsidP="00FE3F6A">
      <w:pPr>
        <w:spacing w:after="0" w:line="240" w:lineRule="auto"/>
        <w:contextualSpacing/>
        <w:jc w:val="both"/>
        <w:rPr>
          <w:color w:val="4F81BD" w:themeColor="accent1"/>
          <w:sz w:val="26"/>
          <w:szCs w:val="26"/>
        </w:rPr>
      </w:pPr>
      <w:r w:rsidRPr="00F171CB">
        <w:rPr>
          <w:rFonts w:cstheme="majorHAnsi"/>
          <w:color w:val="4F81BD" w:themeColor="accent1"/>
          <w:sz w:val="26"/>
          <w:szCs w:val="26"/>
        </w:rPr>
        <w:t>Array</w:t>
      </w:r>
      <w:r w:rsidR="00FE3F6A" w:rsidRPr="00F171CB">
        <w:rPr>
          <w:color w:val="4F81BD" w:themeColor="accent1"/>
          <w:sz w:val="26"/>
          <w:szCs w:val="26"/>
        </w:rPr>
        <w:t xml:space="preserve"> </w:t>
      </w:r>
    </w:p>
    <w:p w14:paraId="4FB956AC" w14:textId="77777777" w:rsidR="00FE3F6A" w:rsidRPr="00FE3F6A" w:rsidRDefault="00FE3F6A" w:rsidP="00FE3F6A">
      <w:pPr>
        <w:spacing w:after="0" w:line="240" w:lineRule="auto"/>
        <w:contextualSpacing/>
        <w:jc w:val="both"/>
        <w:rPr>
          <w:rFonts w:cstheme="majorHAnsi"/>
          <w:color w:val="1F497D" w:themeColor="text2"/>
        </w:rPr>
      </w:pPr>
    </w:p>
    <w:p w14:paraId="1600935F" w14:textId="37AC1C89" w:rsidR="0027487C" w:rsidRPr="00FE3F6A" w:rsidRDefault="0027487C" w:rsidP="00FE3F6A">
      <w:pPr>
        <w:spacing w:after="0" w:line="240" w:lineRule="auto"/>
        <w:contextualSpacing/>
        <w:jc w:val="both"/>
      </w:pPr>
      <w:r w:rsidRPr="00FE3F6A">
        <w:t xml:space="preserve">Ein Array in PowerShell </w:t>
      </w:r>
      <w:proofErr w:type="spellStart"/>
      <w:r w:rsidRPr="00FE3F6A">
        <w:t>ist</w:t>
      </w:r>
      <w:proofErr w:type="spellEnd"/>
      <w:r w:rsidRPr="00FE3F6A">
        <w:t xml:space="preserve"> </w:t>
      </w:r>
      <w:proofErr w:type="spellStart"/>
      <w:r w:rsidRPr="00FE3F6A">
        <w:t>eine</w:t>
      </w:r>
      <w:proofErr w:type="spellEnd"/>
      <w:r w:rsidRPr="00FE3F6A">
        <w:t xml:space="preserve"> </w:t>
      </w:r>
      <w:proofErr w:type="spellStart"/>
      <w:r w:rsidRPr="00FE3F6A">
        <w:t>Datenstruktur</w:t>
      </w:r>
      <w:proofErr w:type="spellEnd"/>
      <w:r w:rsidRPr="00FE3F6A">
        <w:t xml:space="preserve">, die </w:t>
      </w:r>
      <w:proofErr w:type="spellStart"/>
      <w:r w:rsidRPr="00FE3F6A">
        <w:t>mehrere</w:t>
      </w:r>
      <w:proofErr w:type="spellEnd"/>
      <w:r w:rsidRPr="00FE3F6A">
        <w:t xml:space="preserve"> </w:t>
      </w:r>
      <w:proofErr w:type="spellStart"/>
      <w:r w:rsidRPr="00FE3F6A">
        <w:t>Werte</w:t>
      </w:r>
      <w:proofErr w:type="spellEnd"/>
      <w:r w:rsidRPr="00FE3F6A">
        <w:t xml:space="preserve"> </w:t>
      </w:r>
      <w:proofErr w:type="spellStart"/>
      <w:r w:rsidRPr="00FE3F6A">
        <w:t>unter</w:t>
      </w:r>
      <w:proofErr w:type="spellEnd"/>
      <w:r w:rsidRPr="00FE3F6A">
        <w:t xml:space="preserve"> </w:t>
      </w:r>
      <w:proofErr w:type="spellStart"/>
      <w:r w:rsidRPr="00FE3F6A">
        <w:t>einem</w:t>
      </w:r>
      <w:proofErr w:type="spellEnd"/>
      <w:r w:rsidRPr="00FE3F6A">
        <w:t xml:space="preserve"> </w:t>
      </w:r>
      <w:proofErr w:type="spellStart"/>
      <w:r w:rsidRPr="00FE3F6A">
        <w:t>gemeinsamen</w:t>
      </w:r>
      <w:proofErr w:type="spellEnd"/>
      <w:r w:rsidRPr="00FE3F6A">
        <w:t xml:space="preserve"> </w:t>
      </w:r>
      <w:proofErr w:type="spellStart"/>
      <w:r w:rsidRPr="00FE3F6A">
        <w:t>Namen</w:t>
      </w:r>
      <w:proofErr w:type="spellEnd"/>
      <w:r w:rsidRPr="00FE3F6A">
        <w:t xml:space="preserve"> </w:t>
      </w:r>
      <w:proofErr w:type="spellStart"/>
      <w:r w:rsidRPr="00FE3F6A">
        <w:t>speichert</w:t>
      </w:r>
      <w:proofErr w:type="spellEnd"/>
      <w:r w:rsidRPr="00FE3F6A">
        <w:t xml:space="preserve">. Es </w:t>
      </w:r>
      <w:proofErr w:type="spellStart"/>
      <w:r w:rsidRPr="00FE3F6A">
        <w:t>ermöglicht</w:t>
      </w:r>
      <w:proofErr w:type="spellEnd"/>
      <w:r w:rsidRPr="00FE3F6A">
        <w:t xml:space="preserve"> den </w:t>
      </w:r>
      <w:proofErr w:type="spellStart"/>
      <w:r w:rsidRPr="00FE3F6A">
        <w:t>Zugriff</w:t>
      </w:r>
      <w:proofErr w:type="spellEnd"/>
      <w:r w:rsidRPr="00FE3F6A">
        <w:t xml:space="preserve"> auf </w:t>
      </w:r>
      <w:proofErr w:type="spellStart"/>
      <w:r w:rsidRPr="00FE3F6A">
        <w:t>eine</w:t>
      </w:r>
      <w:proofErr w:type="spellEnd"/>
      <w:r w:rsidRPr="00FE3F6A">
        <w:t xml:space="preserve"> </w:t>
      </w:r>
      <w:proofErr w:type="spellStart"/>
      <w:r w:rsidRPr="00FE3F6A">
        <w:t>Sammlung</w:t>
      </w:r>
      <w:proofErr w:type="spellEnd"/>
      <w:r w:rsidRPr="00FE3F6A">
        <w:t xml:space="preserve"> von </w:t>
      </w:r>
      <w:proofErr w:type="spellStart"/>
      <w:r w:rsidRPr="00FE3F6A">
        <w:t>Elementen</w:t>
      </w:r>
      <w:proofErr w:type="spellEnd"/>
      <w:r w:rsidRPr="00FE3F6A">
        <w:t xml:space="preserve"> </w:t>
      </w:r>
      <w:proofErr w:type="spellStart"/>
      <w:r w:rsidRPr="00FE3F6A">
        <w:t>über</w:t>
      </w:r>
      <w:proofErr w:type="spellEnd"/>
      <w:r w:rsidRPr="00FE3F6A">
        <w:t xml:space="preserve"> </w:t>
      </w:r>
      <w:proofErr w:type="spellStart"/>
      <w:r w:rsidRPr="00FE3F6A">
        <w:t>einen</w:t>
      </w:r>
      <w:proofErr w:type="spellEnd"/>
      <w:r w:rsidRPr="00FE3F6A">
        <w:t xml:space="preserve"> Index. Arrays in PowerShell </w:t>
      </w:r>
      <w:proofErr w:type="spellStart"/>
      <w:r w:rsidRPr="00FE3F6A">
        <w:t>sind</w:t>
      </w:r>
      <w:proofErr w:type="spellEnd"/>
      <w:r w:rsidRPr="00FE3F6A">
        <w:t xml:space="preserve"> </w:t>
      </w:r>
      <w:proofErr w:type="spellStart"/>
      <w:r w:rsidRPr="00FE3F6A">
        <w:t>nullbasiert</w:t>
      </w:r>
      <w:proofErr w:type="spellEnd"/>
      <w:r w:rsidRPr="00FE3F6A">
        <w:t xml:space="preserve">, was </w:t>
      </w:r>
      <w:proofErr w:type="spellStart"/>
      <w:r w:rsidRPr="00FE3F6A">
        <w:t>bedeutet</w:t>
      </w:r>
      <w:proofErr w:type="spellEnd"/>
      <w:r w:rsidRPr="00FE3F6A">
        <w:t xml:space="preserve">, </w:t>
      </w:r>
      <w:proofErr w:type="spellStart"/>
      <w:r w:rsidRPr="00FE3F6A">
        <w:t>dass</w:t>
      </w:r>
      <w:proofErr w:type="spellEnd"/>
      <w:r w:rsidRPr="00FE3F6A">
        <w:t xml:space="preserve"> der </w:t>
      </w:r>
      <w:proofErr w:type="spellStart"/>
      <w:r w:rsidRPr="00FE3F6A">
        <w:t>erste</w:t>
      </w:r>
      <w:proofErr w:type="spellEnd"/>
      <w:r w:rsidRPr="00FE3F6A">
        <w:t xml:space="preserve"> Wert den Index 0 hat. Du </w:t>
      </w:r>
      <w:proofErr w:type="spellStart"/>
      <w:r w:rsidRPr="00FE3F6A">
        <w:t>kannst</w:t>
      </w:r>
      <w:proofErr w:type="spellEnd"/>
      <w:r w:rsidRPr="00FE3F6A">
        <w:t xml:space="preserve"> Arrays </w:t>
      </w:r>
      <w:proofErr w:type="spellStart"/>
      <w:r w:rsidRPr="00FE3F6A">
        <w:t>erstellen</w:t>
      </w:r>
      <w:proofErr w:type="spellEnd"/>
      <w:r w:rsidRPr="00FE3F6A">
        <w:t xml:space="preserve">, </w:t>
      </w:r>
      <w:proofErr w:type="spellStart"/>
      <w:r w:rsidRPr="00FE3F6A">
        <w:t>indem</w:t>
      </w:r>
      <w:proofErr w:type="spellEnd"/>
      <w:r w:rsidRPr="00FE3F6A">
        <w:t xml:space="preserve"> du </w:t>
      </w:r>
      <w:proofErr w:type="spellStart"/>
      <w:r w:rsidRPr="00FE3F6A">
        <w:t>Werte</w:t>
      </w:r>
      <w:proofErr w:type="spellEnd"/>
      <w:r w:rsidRPr="00FE3F6A">
        <w:t xml:space="preserve"> in </w:t>
      </w:r>
      <w:proofErr w:type="spellStart"/>
      <w:r w:rsidRPr="00FE3F6A">
        <w:t>runde</w:t>
      </w:r>
      <w:proofErr w:type="spellEnd"/>
      <w:r w:rsidRPr="00FE3F6A">
        <w:t xml:space="preserve"> </w:t>
      </w:r>
      <w:proofErr w:type="spellStart"/>
      <w:r w:rsidRPr="00FE3F6A">
        <w:t>Klammern</w:t>
      </w:r>
      <w:proofErr w:type="spellEnd"/>
      <w:r w:rsidRPr="00FE3F6A">
        <w:t xml:space="preserve"> </w:t>
      </w:r>
      <w:proofErr w:type="gramStart"/>
      <w:r w:rsidRPr="00FE3F6A">
        <w:rPr>
          <w:rStyle w:val="HTMLCode"/>
          <w:rFonts w:asciiTheme="minorHAnsi" w:eastAsiaTheme="minorEastAsia" w:hAnsiTheme="minorHAnsi"/>
          <w:sz w:val="22"/>
          <w:szCs w:val="22"/>
        </w:rPr>
        <w:t>@(</w:t>
      </w:r>
      <w:proofErr w:type="gramEnd"/>
      <w:r w:rsidRPr="00FE3F6A">
        <w:rPr>
          <w:rStyle w:val="HTMLCode"/>
          <w:rFonts w:asciiTheme="minorHAnsi" w:eastAsiaTheme="minorEastAsia" w:hAnsiTheme="minorHAnsi"/>
          <w:sz w:val="22"/>
          <w:szCs w:val="22"/>
        </w:rPr>
        <w:t>)</w:t>
      </w:r>
      <w:r w:rsidRPr="00FE3F6A">
        <w:t xml:space="preserve"> </w:t>
      </w:r>
      <w:proofErr w:type="spellStart"/>
      <w:r w:rsidRPr="00FE3F6A">
        <w:t>setzt</w:t>
      </w:r>
      <w:proofErr w:type="spellEnd"/>
      <w:r w:rsidRPr="00FE3F6A">
        <w:t xml:space="preserve">. Sie </w:t>
      </w:r>
      <w:proofErr w:type="spellStart"/>
      <w:r w:rsidRPr="00FE3F6A">
        <w:t>sind</w:t>
      </w:r>
      <w:proofErr w:type="spellEnd"/>
      <w:r w:rsidRPr="00FE3F6A">
        <w:t xml:space="preserve"> in der Regel </w:t>
      </w:r>
      <w:proofErr w:type="spellStart"/>
      <w:r w:rsidRPr="00FE3F6A">
        <w:t>homogen</w:t>
      </w:r>
      <w:proofErr w:type="spellEnd"/>
      <w:r w:rsidRPr="00FE3F6A">
        <w:t xml:space="preserve">, </w:t>
      </w:r>
      <w:proofErr w:type="spellStart"/>
      <w:r w:rsidRPr="00FE3F6A">
        <w:t>können</w:t>
      </w:r>
      <w:proofErr w:type="spellEnd"/>
      <w:r w:rsidRPr="00FE3F6A">
        <w:t xml:space="preserve"> </w:t>
      </w:r>
      <w:proofErr w:type="spellStart"/>
      <w:r w:rsidRPr="00FE3F6A">
        <w:t>aber</w:t>
      </w:r>
      <w:proofErr w:type="spellEnd"/>
      <w:r w:rsidRPr="00FE3F6A">
        <w:t xml:space="preserve"> </w:t>
      </w:r>
      <w:proofErr w:type="spellStart"/>
      <w:r w:rsidRPr="00FE3F6A">
        <w:t>auch</w:t>
      </w:r>
      <w:proofErr w:type="spellEnd"/>
      <w:r w:rsidRPr="00FE3F6A">
        <w:t xml:space="preserve"> </w:t>
      </w:r>
      <w:proofErr w:type="spellStart"/>
      <w:r w:rsidRPr="00FE3F6A">
        <w:t>unterschiedliche</w:t>
      </w:r>
      <w:proofErr w:type="spellEnd"/>
      <w:r w:rsidRPr="00FE3F6A">
        <w:t xml:space="preserve"> </w:t>
      </w:r>
      <w:proofErr w:type="spellStart"/>
      <w:r w:rsidRPr="00FE3F6A">
        <w:t>Datentypen</w:t>
      </w:r>
      <w:proofErr w:type="spellEnd"/>
      <w:r w:rsidRPr="00FE3F6A">
        <w:t xml:space="preserve"> </w:t>
      </w:r>
      <w:proofErr w:type="spellStart"/>
      <w:r w:rsidRPr="00FE3F6A">
        <w:t>enthalten</w:t>
      </w:r>
      <w:proofErr w:type="spellEnd"/>
      <w:r w:rsidRPr="00FE3F6A">
        <w:t xml:space="preserve">. Arrays </w:t>
      </w:r>
      <w:proofErr w:type="spellStart"/>
      <w:r w:rsidRPr="00FE3F6A">
        <w:t>können</w:t>
      </w:r>
      <w:proofErr w:type="spellEnd"/>
      <w:r w:rsidRPr="00FE3F6A">
        <w:t xml:space="preserve"> </w:t>
      </w:r>
      <w:proofErr w:type="spellStart"/>
      <w:r w:rsidRPr="00FE3F6A">
        <w:t>durch</w:t>
      </w:r>
      <w:proofErr w:type="spellEnd"/>
      <w:r w:rsidRPr="00FE3F6A">
        <w:t xml:space="preserve"> </w:t>
      </w:r>
      <w:proofErr w:type="spellStart"/>
      <w:r w:rsidRPr="00FE3F6A">
        <w:t>Schleifen</w:t>
      </w:r>
      <w:proofErr w:type="spellEnd"/>
      <w:r w:rsidRPr="00FE3F6A">
        <w:t xml:space="preserve"> </w:t>
      </w:r>
      <w:proofErr w:type="spellStart"/>
      <w:r w:rsidRPr="00FE3F6A">
        <w:t>wie</w:t>
      </w:r>
      <w:proofErr w:type="spellEnd"/>
      <w:r w:rsidRPr="00FE3F6A">
        <w:t xml:space="preserve"> </w:t>
      </w:r>
      <w:r w:rsidRPr="00FE3F6A">
        <w:rPr>
          <w:rStyle w:val="HTMLCode"/>
          <w:rFonts w:asciiTheme="minorHAnsi" w:eastAsiaTheme="minorEastAsia" w:hAnsiTheme="minorHAnsi"/>
          <w:sz w:val="22"/>
          <w:szCs w:val="22"/>
        </w:rPr>
        <w:t>foreach</w:t>
      </w:r>
      <w:r w:rsidRPr="00FE3F6A">
        <w:t xml:space="preserve"> </w:t>
      </w:r>
      <w:proofErr w:type="spellStart"/>
      <w:r w:rsidRPr="00FE3F6A">
        <w:t>oder</w:t>
      </w:r>
      <w:proofErr w:type="spellEnd"/>
      <w:r w:rsidRPr="00FE3F6A">
        <w:t xml:space="preserve"> </w:t>
      </w:r>
      <w:proofErr w:type="spellStart"/>
      <w:r w:rsidRPr="00FE3F6A">
        <w:t>Indizes</w:t>
      </w:r>
      <w:proofErr w:type="spellEnd"/>
      <w:r w:rsidRPr="00FE3F6A">
        <w:t xml:space="preserve"> </w:t>
      </w:r>
      <w:proofErr w:type="spellStart"/>
      <w:r w:rsidRPr="00FE3F6A">
        <w:t>durchlaufen</w:t>
      </w:r>
      <w:proofErr w:type="spellEnd"/>
      <w:r w:rsidRPr="00FE3F6A">
        <w:t xml:space="preserve"> </w:t>
      </w:r>
      <w:proofErr w:type="spellStart"/>
      <w:r w:rsidRPr="00FE3F6A">
        <w:t>werden</w:t>
      </w:r>
      <w:proofErr w:type="spellEnd"/>
      <w:r w:rsidRPr="00FE3F6A">
        <w:t xml:space="preserve">. Sie </w:t>
      </w:r>
      <w:proofErr w:type="spellStart"/>
      <w:r w:rsidRPr="00FE3F6A">
        <w:t>sind</w:t>
      </w:r>
      <w:proofErr w:type="spellEnd"/>
      <w:r w:rsidRPr="00FE3F6A">
        <w:t xml:space="preserve"> </w:t>
      </w:r>
      <w:proofErr w:type="spellStart"/>
      <w:r w:rsidRPr="00FE3F6A">
        <w:t>nützlich</w:t>
      </w:r>
      <w:proofErr w:type="spellEnd"/>
      <w:r w:rsidRPr="00FE3F6A">
        <w:t xml:space="preserve"> </w:t>
      </w:r>
      <w:proofErr w:type="spellStart"/>
      <w:r w:rsidRPr="00FE3F6A">
        <w:t>für</w:t>
      </w:r>
      <w:proofErr w:type="spellEnd"/>
      <w:r w:rsidRPr="00FE3F6A">
        <w:t xml:space="preserve"> die </w:t>
      </w:r>
      <w:proofErr w:type="spellStart"/>
      <w:r w:rsidRPr="00FE3F6A">
        <w:t>Verwaltung</w:t>
      </w:r>
      <w:proofErr w:type="spellEnd"/>
      <w:r w:rsidRPr="00FE3F6A">
        <w:t xml:space="preserve"> von </w:t>
      </w:r>
      <w:proofErr w:type="spellStart"/>
      <w:r w:rsidRPr="00FE3F6A">
        <w:t>mehreren</w:t>
      </w:r>
      <w:proofErr w:type="spellEnd"/>
      <w:r w:rsidRPr="00FE3F6A">
        <w:t xml:space="preserve"> </w:t>
      </w:r>
      <w:proofErr w:type="spellStart"/>
      <w:r w:rsidRPr="00FE3F6A">
        <w:t>Werten</w:t>
      </w:r>
      <w:proofErr w:type="spellEnd"/>
      <w:r w:rsidRPr="00FE3F6A">
        <w:t xml:space="preserve"> und die </w:t>
      </w:r>
      <w:proofErr w:type="spellStart"/>
      <w:r w:rsidRPr="00FE3F6A">
        <w:t>effiziente</w:t>
      </w:r>
      <w:proofErr w:type="spellEnd"/>
      <w:r w:rsidRPr="00FE3F6A">
        <w:t xml:space="preserve"> </w:t>
      </w:r>
      <w:proofErr w:type="spellStart"/>
      <w:r w:rsidRPr="00FE3F6A">
        <w:t>Bearbeitung</w:t>
      </w:r>
      <w:proofErr w:type="spellEnd"/>
      <w:r w:rsidRPr="00FE3F6A">
        <w:t xml:space="preserve"> von </w:t>
      </w:r>
      <w:proofErr w:type="spellStart"/>
      <w:r w:rsidRPr="00FE3F6A">
        <w:t>Datensätzen</w:t>
      </w:r>
      <w:proofErr w:type="spellEnd"/>
      <w:r w:rsidRPr="00FE3F6A">
        <w:t xml:space="preserve"> in PowerShell-</w:t>
      </w:r>
      <w:proofErr w:type="spellStart"/>
      <w:r w:rsidRPr="00FE3F6A">
        <w:t>Skripten</w:t>
      </w:r>
      <w:proofErr w:type="spellEnd"/>
      <w:r w:rsidRPr="00FE3F6A">
        <w:t>.</w:t>
      </w:r>
    </w:p>
    <w:p w14:paraId="60CF8FA1" w14:textId="15C607DB" w:rsidR="00FE3F6A" w:rsidRPr="00FE3F6A" w:rsidRDefault="00FE3F6A" w:rsidP="00FE3F6A">
      <w:pPr>
        <w:spacing w:after="0" w:line="240" w:lineRule="auto"/>
        <w:contextualSpacing/>
        <w:jc w:val="both"/>
      </w:pPr>
    </w:p>
    <w:p w14:paraId="69281367" w14:textId="233E973F" w:rsidR="00FE3F6A" w:rsidRPr="00F171CB" w:rsidRDefault="00FE3F6A" w:rsidP="00FE3F6A">
      <w:pPr>
        <w:spacing w:after="0" w:line="240" w:lineRule="auto"/>
        <w:contextualSpacing/>
        <w:jc w:val="both"/>
        <w:rPr>
          <w:color w:val="4F81BD" w:themeColor="accent1"/>
          <w:sz w:val="26"/>
          <w:szCs w:val="26"/>
        </w:rPr>
      </w:pPr>
      <w:r w:rsidRPr="00F171CB">
        <w:rPr>
          <w:color w:val="4F81BD" w:themeColor="accent1"/>
          <w:sz w:val="26"/>
          <w:szCs w:val="26"/>
        </w:rPr>
        <w:t>Index</w:t>
      </w:r>
    </w:p>
    <w:p w14:paraId="333D15B1" w14:textId="4975FDEB" w:rsidR="00FE3F6A" w:rsidRPr="00FE3F6A" w:rsidRDefault="00FE3F6A" w:rsidP="00FE3F6A">
      <w:pPr>
        <w:spacing w:after="0" w:line="240" w:lineRule="auto"/>
        <w:contextualSpacing/>
        <w:jc w:val="both"/>
      </w:pPr>
    </w:p>
    <w:p w14:paraId="4E9AF94F" w14:textId="2F6AE52F" w:rsidR="00FE3F6A" w:rsidRPr="00FE3F6A" w:rsidRDefault="00FE3F6A" w:rsidP="00FE3F6A">
      <w:pPr>
        <w:spacing w:after="0" w:line="240" w:lineRule="auto"/>
        <w:contextualSpacing/>
        <w:jc w:val="both"/>
      </w:pPr>
      <w:r w:rsidRPr="00FE3F6A">
        <w:t>In PowerShell-</w:t>
      </w:r>
      <w:proofErr w:type="spellStart"/>
      <w:r w:rsidRPr="00FE3F6A">
        <w:t>Schleifen</w:t>
      </w:r>
      <w:proofErr w:type="spellEnd"/>
      <w:r w:rsidRPr="00FE3F6A">
        <w:t xml:space="preserve"> </w:t>
      </w:r>
      <w:proofErr w:type="spellStart"/>
      <w:r w:rsidRPr="00FE3F6A">
        <w:t>bezieht</w:t>
      </w:r>
      <w:proofErr w:type="spellEnd"/>
      <w:r w:rsidRPr="00FE3F6A">
        <w:t xml:space="preserve"> </w:t>
      </w:r>
      <w:proofErr w:type="spellStart"/>
      <w:r w:rsidRPr="00FE3F6A">
        <w:t>sich</w:t>
      </w:r>
      <w:proofErr w:type="spellEnd"/>
      <w:r w:rsidRPr="00FE3F6A">
        <w:t xml:space="preserve"> der </w:t>
      </w:r>
      <w:r w:rsidRPr="00FE3F6A">
        <w:rPr>
          <w:rStyle w:val="Fett"/>
          <w:b w:val="0"/>
          <w:bCs w:val="0"/>
        </w:rPr>
        <w:t>Index</w:t>
      </w:r>
      <w:r w:rsidRPr="00FE3F6A">
        <w:t xml:space="preserve"> auf die Position </w:t>
      </w:r>
      <w:proofErr w:type="spellStart"/>
      <w:r w:rsidRPr="00FE3F6A">
        <w:t>eines</w:t>
      </w:r>
      <w:proofErr w:type="spellEnd"/>
      <w:r w:rsidRPr="00FE3F6A">
        <w:t xml:space="preserve"> Elements </w:t>
      </w:r>
      <w:proofErr w:type="spellStart"/>
      <w:r w:rsidRPr="00FE3F6A">
        <w:t>innerhalb</w:t>
      </w:r>
      <w:proofErr w:type="spellEnd"/>
      <w:r w:rsidRPr="00FE3F6A">
        <w:t xml:space="preserve"> </w:t>
      </w:r>
      <w:proofErr w:type="spellStart"/>
      <w:r w:rsidRPr="00FE3F6A">
        <w:t>einer</w:t>
      </w:r>
      <w:proofErr w:type="spellEnd"/>
      <w:r w:rsidRPr="00FE3F6A">
        <w:t xml:space="preserve"> </w:t>
      </w:r>
      <w:proofErr w:type="spellStart"/>
      <w:r w:rsidRPr="00FE3F6A">
        <w:t>Sammlung</w:t>
      </w:r>
      <w:proofErr w:type="spellEnd"/>
      <w:r w:rsidRPr="00FE3F6A">
        <w:t xml:space="preserve">, </w:t>
      </w:r>
      <w:proofErr w:type="spellStart"/>
      <w:r w:rsidRPr="00FE3F6A">
        <w:t>wie</w:t>
      </w:r>
      <w:proofErr w:type="spellEnd"/>
      <w:r w:rsidRPr="00FE3F6A">
        <w:t xml:space="preserve"> </w:t>
      </w:r>
      <w:proofErr w:type="spellStart"/>
      <w:r w:rsidRPr="00FE3F6A">
        <w:t>etwa</w:t>
      </w:r>
      <w:proofErr w:type="spellEnd"/>
      <w:r w:rsidRPr="00FE3F6A">
        <w:t xml:space="preserve"> </w:t>
      </w:r>
      <w:proofErr w:type="spellStart"/>
      <w:r w:rsidRPr="00FE3F6A">
        <w:t>eines</w:t>
      </w:r>
      <w:proofErr w:type="spellEnd"/>
      <w:r w:rsidRPr="00FE3F6A">
        <w:t xml:space="preserve"> Arrays </w:t>
      </w:r>
      <w:proofErr w:type="spellStart"/>
      <w:r w:rsidRPr="00FE3F6A">
        <w:t>oder</w:t>
      </w:r>
      <w:proofErr w:type="spellEnd"/>
      <w:r w:rsidRPr="00FE3F6A">
        <w:t xml:space="preserve"> </w:t>
      </w:r>
      <w:proofErr w:type="spellStart"/>
      <w:r w:rsidRPr="00FE3F6A">
        <w:t>einer</w:t>
      </w:r>
      <w:proofErr w:type="spellEnd"/>
      <w:r w:rsidRPr="00FE3F6A">
        <w:t xml:space="preserve"> </w:t>
      </w:r>
      <w:proofErr w:type="spellStart"/>
      <w:r w:rsidRPr="00FE3F6A">
        <w:t>Liste</w:t>
      </w:r>
      <w:proofErr w:type="spellEnd"/>
      <w:r w:rsidRPr="00FE3F6A">
        <w:t xml:space="preserve">. Der Index </w:t>
      </w:r>
      <w:proofErr w:type="spellStart"/>
      <w:r w:rsidRPr="00FE3F6A">
        <w:t>ist</w:t>
      </w:r>
      <w:proofErr w:type="spellEnd"/>
      <w:r w:rsidRPr="00FE3F6A">
        <w:t xml:space="preserve"> </w:t>
      </w:r>
      <w:proofErr w:type="spellStart"/>
      <w:r w:rsidRPr="00FE3F6A">
        <w:t>eine</w:t>
      </w:r>
      <w:proofErr w:type="spellEnd"/>
      <w:r w:rsidRPr="00FE3F6A">
        <w:t xml:space="preserve"> </w:t>
      </w:r>
      <w:proofErr w:type="spellStart"/>
      <w:r w:rsidRPr="00FE3F6A">
        <w:t>Zahl</w:t>
      </w:r>
      <w:proofErr w:type="spellEnd"/>
      <w:r w:rsidRPr="00FE3F6A">
        <w:t xml:space="preserve">, die </w:t>
      </w:r>
      <w:proofErr w:type="spellStart"/>
      <w:r w:rsidRPr="00FE3F6A">
        <w:t>angibt</w:t>
      </w:r>
      <w:proofErr w:type="spellEnd"/>
      <w:r w:rsidRPr="00FE3F6A">
        <w:t xml:space="preserve">, </w:t>
      </w:r>
      <w:proofErr w:type="gramStart"/>
      <w:r w:rsidRPr="00FE3F6A">
        <w:t>an</w:t>
      </w:r>
      <w:proofErr w:type="gramEnd"/>
      <w:r w:rsidRPr="00FE3F6A">
        <w:t xml:space="preserve"> </w:t>
      </w:r>
      <w:proofErr w:type="spellStart"/>
      <w:r w:rsidRPr="00FE3F6A">
        <w:t>welcher</w:t>
      </w:r>
      <w:proofErr w:type="spellEnd"/>
      <w:r w:rsidRPr="00FE3F6A">
        <w:t xml:space="preserve"> Stelle das Element in der </w:t>
      </w:r>
      <w:proofErr w:type="spellStart"/>
      <w:r w:rsidRPr="00FE3F6A">
        <w:t>Sammlung</w:t>
      </w:r>
      <w:proofErr w:type="spellEnd"/>
      <w:r w:rsidRPr="00FE3F6A">
        <w:t xml:space="preserve"> </w:t>
      </w:r>
      <w:proofErr w:type="spellStart"/>
      <w:r w:rsidRPr="00FE3F6A">
        <w:t>gespeichert</w:t>
      </w:r>
      <w:proofErr w:type="spellEnd"/>
      <w:r w:rsidRPr="00FE3F6A">
        <w:t xml:space="preserve"> </w:t>
      </w:r>
      <w:proofErr w:type="spellStart"/>
      <w:r w:rsidRPr="00FE3F6A">
        <w:t>ist</w:t>
      </w:r>
      <w:proofErr w:type="spellEnd"/>
      <w:r w:rsidRPr="00FE3F6A">
        <w:t xml:space="preserve">. In den </w:t>
      </w:r>
      <w:proofErr w:type="spellStart"/>
      <w:r w:rsidRPr="00FE3F6A">
        <w:t>meisten</w:t>
      </w:r>
      <w:proofErr w:type="spellEnd"/>
      <w:r w:rsidRPr="00FE3F6A">
        <w:t xml:space="preserve"> </w:t>
      </w:r>
      <w:proofErr w:type="spellStart"/>
      <w:r w:rsidRPr="00FE3F6A">
        <w:t>Programmiersprachen</w:t>
      </w:r>
      <w:proofErr w:type="spellEnd"/>
      <w:r w:rsidRPr="00FE3F6A">
        <w:t xml:space="preserve"> (</w:t>
      </w:r>
      <w:proofErr w:type="spellStart"/>
      <w:r w:rsidRPr="00FE3F6A">
        <w:t>einschließlich</w:t>
      </w:r>
      <w:proofErr w:type="spellEnd"/>
      <w:r w:rsidRPr="00FE3F6A">
        <w:t xml:space="preserve"> PowerShell) </w:t>
      </w:r>
      <w:proofErr w:type="spellStart"/>
      <w:r w:rsidRPr="00FE3F6A">
        <w:t>beginnt</w:t>
      </w:r>
      <w:proofErr w:type="spellEnd"/>
      <w:r w:rsidRPr="00FE3F6A">
        <w:t xml:space="preserve"> der Index </w:t>
      </w:r>
      <w:proofErr w:type="spellStart"/>
      <w:r w:rsidRPr="00FE3F6A">
        <w:t>bei</w:t>
      </w:r>
      <w:proofErr w:type="spellEnd"/>
      <w:r w:rsidRPr="00FE3F6A">
        <w:t xml:space="preserve"> </w:t>
      </w:r>
      <w:r w:rsidRPr="00FE3F6A">
        <w:rPr>
          <w:rStyle w:val="HTMLCode"/>
          <w:rFonts w:asciiTheme="minorHAnsi" w:eastAsiaTheme="minorEastAsia" w:hAnsiTheme="minorHAnsi"/>
          <w:sz w:val="22"/>
          <w:szCs w:val="22"/>
        </w:rPr>
        <w:t>0</w:t>
      </w:r>
      <w:r w:rsidRPr="00FE3F6A">
        <w:t xml:space="preserve"> (</w:t>
      </w:r>
      <w:proofErr w:type="spellStart"/>
      <w:r w:rsidRPr="00FE3F6A">
        <w:t>nullbasiert</w:t>
      </w:r>
      <w:proofErr w:type="spellEnd"/>
      <w:r w:rsidRPr="00FE3F6A">
        <w:t xml:space="preserve">). Das </w:t>
      </w:r>
      <w:proofErr w:type="spellStart"/>
      <w:r w:rsidRPr="00FE3F6A">
        <w:t>bedeutet</w:t>
      </w:r>
      <w:proofErr w:type="spellEnd"/>
      <w:r w:rsidRPr="00FE3F6A">
        <w:t xml:space="preserve">, </w:t>
      </w:r>
      <w:proofErr w:type="spellStart"/>
      <w:r w:rsidRPr="00FE3F6A">
        <w:t>dass</w:t>
      </w:r>
      <w:proofErr w:type="spellEnd"/>
      <w:r w:rsidRPr="00FE3F6A">
        <w:t xml:space="preserve"> das </w:t>
      </w:r>
      <w:proofErr w:type="spellStart"/>
      <w:r w:rsidRPr="00FE3F6A">
        <w:t>erste</w:t>
      </w:r>
      <w:proofErr w:type="spellEnd"/>
      <w:r w:rsidRPr="00FE3F6A">
        <w:t xml:space="preserve"> Element in </w:t>
      </w:r>
      <w:proofErr w:type="spellStart"/>
      <w:r w:rsidRPr="00FE3F6A">
        <w:t>einer</w:t>
      </w:r>
      <w:proofErr w:type="spellEnd"/>
      <w:r w:rsidRPr="00FE3F6A">
        <w:t xml:space="preserve"> </w:t>
      </w:r>
      <w:proofErr w:type="spellStart"/>
      <w:r w:rsidRPr="00FE3F6A">
        <w:t>Sammlung</w:t>
      </w:r>
      <w:proofErr w:type="spellEnd"/>
      <w:r w:rsidRPr="00FE3F6A">
        <w:t xml:space="preserve"> den Index </w:t>
      </w:r>
      <w:r w:rsidRPr="00FE3F6A">
        <w:rPr>
          <w:rStyle w:val="HTMLCode"/>
          <w:rFonts w:asciiTheme="minorHAnsi" w:eastAsiaTheme="minorEastAsia" w:hAnsiTheme="minorHAnsi"/>
          <w:sz w:val="22"/>
          <w:szCs w:val="22"/>
        </w:rPr>
        <w:t>0</w:t>
      </w:r>
      <w:r w:rsidRPr="00FE3F6A">
        <w:t xml:space="preserve"> hat, das </w:t>
      </w:r>
      <w:proofErr w:type="spellStart"/>
      <w:r w:rsidRPr="00FE3F6A">
        <w:t>zweite</w:t>
      </w:r>
      <w:proofErr w:type="spellEnd"/>
      <w:r w:rsidRPr="00FE3F6A">
        <w:t xml:space="preserve"> Element den Index </w:t>
      </w:r>
      <w:r w:rsidRPr="00FE3F6A">
        <w:rPr>
          <w:rStyle w:val="HTMLCode"/>
          <w:rFonts w:asciiTheme="minorHAnsi" w:eastAsiaTheme="minorEastAsia" w:hAnsiTheme="minorHAnsi"/>
          <w:sz w:val="22"/>
          <w:szCs w:val="22"/>
        </w:rPr>
        <w:t>1</w:t>
      </w:r>
      <w:r w:rsidRPr="00FE3F6A">
        <w:t xml:space="preserve">, und so </w:t>
      </w:r>
      <w:proofErr w:type="spellStart"/>
      <w:r w:rsidRPr="00FE3F6A">
        <w:t>weiter</w:t>
      </w:r>
      <w:proofErr w:type="spellEnd"/>
      <w:r w:rsidRPr="00FE3F6A">
        <w:t>.</w:t>
      </w:r>
    </w:p>
    <w:p w14:paraId="32E70CFF" w14:textId="64EA7311" w:rsidR="00FE3F6A" w:rsidRPr="00FE3F6A" w:rsidRDefault="00FE3F6A" w:rsidP="00FE3F6A">
      <w:pPr>
        <w:spacing w:after="0" w:line="240" w:lineRule="auto"/>
        <w:contextualSpacing/>
        <w:jc w:val="both"/>
      </w:pPr>
    </w:p>
    <w:p w14:paraId="114D4A9D" w14:textId="5DD82F6A" w:rsidR="00FE3F6A" w:rsidRPr="00F171CB" w:rsidRDefault="00FE3F6A" w:rsidP="00FE3F6A">
      <w:pPr>
        <w:spacing w:after="0" w:line="240" w:lineRule="auto"/>
        <w:contextualSpacing/>
        <w:jc w:val="both"/>
        <w:rPr>
          <w:sz w:val="26"/>
          <w:szCs w:val="26"/>
        </w:rPr>
      </w:pPr>
      <w:proofErr w:type="spellStart"/>
      <w:r w:rsidRPr="00F171CB">
        <w:rPr>
          <w:color w:val="4F81BD" w:themeColor="accent1"/>
          <w:sz w:val="26"/>
          <w:szCs w:val="26"/>
        </w:rPr>
        <w:t>Elemente</w:t>
      </w:r>
      <w:proofErr w:type="spellEnd"/>
    </w:p>
    <w:p w14:paraId="499FE2E7" w14:textId="15D09941" w:rsidR="00FE3F6A" w:rsidRPr="00FE3F6A" w:rsidRDefault="00FE3F6A" w:rsidP="00FE3F6A">
      <w:pPr>
        <w:spacing w:after="0" w:line="240" w:lineRule="auto"/>
        <w:contextualSpacing/>
        <w:jc w:val="both"/>
      </w:pPr>
    </w:p>
    <w:p w14:paraId="7E940436" w14:textId="04BC27D7" w:rsidR="00FE3F6A" w:rsidRPr="00FE3F6A" w:rsidRDefault="00FE3F6A" w:rsidP="00FE3F6A">
      <w:pPr>
        <w:spacing w:after="0" w:line="240" w:lineRule="auto"/>
        <w:contextualSpacing/>
        <w:jc w:val="both"/>
      </w:pPr>
      <w:r w:rsidRPr="00FE3F6A">
        <w:t xml:space="preserve">In PowerShell </w:t>
      </w:r>
      <w:proofErr w:type="spellStart"/>
      <w:r w:rsidRPr="00FE3F6A">
        <w:t>bezieht</w:t>
      </w:r>
      <w:proofErr w:type="spellEnd"/>
      <w:r w:rsidRPr="00FE3F6A">
        <w:t xml:space="preserve"> </w:t>
      </w:r>
      <w:proofErr w:type="spellStart"/>
      <w:r w:rsidRPr="00FE3F6A">
        <w:t>sich</w:t>
      </w:r>
      <w:proofErr w:type="spellEnd"/>
      <w:r w:rsidRPr="00FE3F6A">
        <w:t xml:space="preserve"> der </w:t>
      </w:r>
      <w:proofErr w:type="spellStart"/>
      <w:r w:rsidRPr="00FE3F6A">
        <w:t>Begriff</w:t>
      </w:r>
      <w:proofErr w:type="spellEnd"/>
      <w:r w:rsidRPr="00FE3F6A">
        <w:t xml:space="preserve"> </w:t>
      </w:r>
      <w:proofErr w:type="spellStart"/>
      <w:r w:rsidRPr="00FE3F6A">
        <w:rPr>
          <w:rStyle w:val="Fett"/>
          <w:b w:val="0"/>
          <w:bCs w:val="0"/>
        </w:rPr>
        <w:t>Elemente</w:t>
      </w:r>
      <w:proofErr w:type="spellEnd"/>
      <w:r w:rsidRPr="00FE3F6A">
        <w:t xml:space="preserve"> auf </w:t>
      </w:r>
      <w:proofErr w:type="spellStart"/>
      <w:r w:rsidRPr="00FE3F6A">
        <w:t>einzelne</w:t>
      </w:r>
      <w:proofErr w:type="spellEnd"/>
      <w:r w:rsidRPr="00FE3F6A">
        <w:t xml:space="preserve"> </w:t>
      </w:r>
      <w:proofErr w:type="spellStart"/>
      <w:r w:rsidRPr="00FE3F6A">
        <w:t>Werte</w:t>
      </w:r>
      <w:proofErr w:type="spellEnd"/>
      <w:r w:rsidRPr="00FE3F6A">
        <w:t xml:space="preserve"> </w:t>
      </w:r>
      <w:proofErr w:type="spellStart"/>
      <w:r w:rsidRPr="00FE3F6A">
        <w:t>oder</w:t>
      </w:r>
      <w:proofErr w:type="spellEnd"/>
      <w:r w:rsidRPr="00FE3F6A">
        <w:t xml:space="preserve"> </w:t>
      </w:r>
      <w:proofErr w:type="spellStart"/>
      <w:r w:rsidRPr="00FE3F6A">
        <w:t>Objekte</w:t>
      </w:r>
      <w:proofErr w:type="spellEnd"/>
      <w:r w:rsidRPr="00FE3F6A">
        <w:t xml:space="preserve"> </w:t>
      </w:r>
      <w:proofErr w:type="spellStart"/>
      <w:r w:rsidRPr="00FE3F6A">
        <w:t>innerhalb</w:t>
      </w:r>
      <w:proofErr w:type="spellEnd"/>
      <w:r w:rsidRPr="00FE3F6A">
        <w:t xml:space="preserve"> </w:t>
      </w:r>
      <w:proofErr w:type="spellStart"/>
      <w:r w:rsidRPr="00FE3F6A">
        <w:t>einer</w:t>
      </w:r>
      <w:proofErr w:type="spellEnd"/>
      <w:r w:rsidRPr="00FE3F6A">
        <w:t xml:space="preserve"> </w:t>
      </w:r>
      <w:proofErr w:type="spellStart"/>
      <w:r w:rsidRPr="00FE3F6A">
        <w:t>Sammlung</w:t>
      </w:r>
      <w:proofErr w:type="spellEnd"/>
      <w:r w:rsidRPr="00FE3F6A">
        <w:t xml:space="preserve">, </w:t>
      </w:r>
      <w:proofErr w:type="spellStart"/>
      <w:r w:rsidRPr="00FE3F6A">
        <w:t>wie</w:t>
      </w:r>
      <w:proofErr w:type="spellEnd"/>
      <w:r w:rsidRPr="00FE3F6A">
        <w:t xml:space="preserve"> </w:t>
      </w:r>
      <w:proofErr w:type="spellStart"/>
      <w:r w:rsidRPr="00FE3F6A">
        <w:t>etwa</w:t>
      </w:r>
      <w:proofErr w:type="spellEnd"/>
      <w:r w:rsidRPr="00FE3F6A">
        <w:t xml:space="preserve"> </w:t>
      </w:r>
      <w:proofErr w:type="spellStart"/>
      <w:r w:rsidRPr="00FE3F6A">
        <w:t>einem</w:t>
      </w:r>
      <w:proofErr w:type="spellEnd"/>
      <w:r w:rsidRPr="00FE3F6A">
        <w:t xml:space="preserve"> Array, </w:t>
      </w:r>
      <w:proofErr w:type="spellStart"/>
      <w:r w:rsidRPr="00FE3F6A">
        <w:t>einer</w:t>
      </w:r>
      <w:proofErr w:type="spellEnd"/>
      <w:r w:rsidRPr="00FE3F6A">
        <w:t xml:space="preserve"> </w:t>
      </w:r>
      <w:proofErr w:type="spellStart"/>
      <w:r w:rsidRPr="00FE3F6A">
        <w:t>Liste</w:t>
      </w:r>
      <w:proofErr w:type="spellEnd"/>
      <w:r w:rsidRPr="00FE3F6A">
        <w:t xml:space="preserve"> </w:t>
      </w:r>
      <w:proofErr w:type="spellStart"/>
      <w:r w:rsidRPr="00FE3F6A">
        <w:t>oder</w:t>
      </w:r>
      <w:proofErr w:type="spellEnd"/>
      <w:r w:rsidRPr="00FE3F6A">
        <w:t xml:space="preserve"> </w:t>
      </w:r>
      <w:proofErr w:type="spellStart"/>
      <w:r w:rsidRPr="00FE3F6A">
        <w:t>einem</w:t>
      </w:r>
      <w:proofErr w:type="spellEnd"/>
      <w:r w:rsidRPr="00FE3F6A">
        <w:t xml:space="preserve"> </w:t>
      </w:r>
      <w:proofErr w:type="spellStart"/>
      <w:r w:rsidRPr="00FE3F6A">
        <w:t>anderen</w:t>
      </w:r>
      <w:proofErr w:type="spellEnd"/>
      <w:r w:rsidRPr="00FE3F6A">
        <w:t xml:space="preserve"> </w:t>
      </w:r>
      <w:proofErr w:type="spellStart"/>
      <w:r w:rsidRPr="00FE3F6A">
        <w:t>Datentyp</w:t>
      </w:r>
      <w:proofErr w:type="spellEnd"/>
      <w:r w:rsidRPr="00FE3F6A">
        <w:t xml:space="preserve">, der </w:t>
      </w:r>
      <w:proofErr w:type="spellStart"/>
      <w:r w:rsidRPr="00FE3F6A">
        <w:t>mehrere</w:t>
      </w:r>
      <w:proofErr w:type="spellEnd"/>
      <w:r w:rsidRPr="00FE3F6A">
        <w:t xml:space="preserve"> </w:t>
      </w:r>
      <w:proofErr w:type="spellStart"/>
      <w:r w:rsidRPr="00FE3F6A">
        <w:t>Werte</w:t>
      </w:r>
      <w:proofErr w:type="spellEnd"/>
      <w:r w:rsidRPr="00FE3F6A">
        <w:t xml:space="preserve"> </w:t>
      </w:r>
      <w:proofErr w:type="spellStart"/>
      <w:r w:rsidRPr="00FE3F6A">
        <w:t>speichern</w:t>
      </w:r>
      <w:proofErr w:type="spellEnd"/>
      <w:r w:rsidRPr="00FE3F6A">
        <w:t xml:space="preserve"> </w:t>
      </w:r>
      <w:proofErr w:type="spellStart"/>
      <w:r w:rsidRPr="00FE3F6A">
        <w:t>kann</w:t>
      </w:r>
      <w:proofErr w:type="spellEnd"/>
      <w:r w:rsidRPr="00FE3F6A">
        <w:t xml:space="preserve">. </w:t>
      </w:r>
      <w:proofErr w:type="spellStart"/>
      <w:r w:rsidRPr="00FE3F6A">
        <w:t>Diese</w:t>
      </w:r>
      <w:proofErr w:type="spellEnd"/>
      <w:r w:rsidRPr="00FE3F6A">
        <w:t xml:space="preserve"> </w:t>
      </w:r>
      <w:proofErr w:type="spellStart"/>
      <w:r w:rsidRPr="00FE3F6A">
        <w:t>Elemente</w:t>
      </w:r>
      <w:proofErr w:type="spellEnd"/>
      <w:r w:rsidRPr="00FE3F6A">
        <w:t xml:space="preserve"> </w:t>
      </w:r>
      <w:proofErr w:type="spellStart"/>
      <w:r w:rsidRPr="00FE3F6A">
        <w:t>können</w:t>
      </w:r>
      <w:proofErr w:type="spellEnd"/>
      <w:r w:rsidRPr="00FE3F6A">
        <w:t xml:space="preserve"> </w:t>
      </w:r>
      <w:proofErr w:type="spellStart"/>
      <w:r w:rsidRPr="00FE3F6A">
        <w:t>verschiedene</w:t>
      </w:r>
      <w:proofErr w:type="spellEnd"/>
      <w:r w:rsidRPr="00FE3F6A">
        <w:t xml:space="preserve"> </w:t>
      </w:r>
      <w:proofErr w:type="spellStart"/>
      <w:r w:rsidRPr="00FE3F6A">
        <w:t>Datentypen</w:t>
      </w:r>
      <w:proofErr w:type="spellEnd"/>
      <w:r w:rsidRPr="00FE3F6A">
        <w:t xml:space="preserve"> </w:t>
      </w:r>
      <w:proofErr w:type="spellStart"/>
      <w:r w:rsidRPr="00FE3F6A">
        <w:t>haben</w:t>
      </w:r>
      <w:proofErr w:type="spellEnd"/>
      <w:r w:rsidRPr="00FE3F6A">
        <w:t xml:space="preserve">, z. B. </w:t>
      </w:r>
      <w:proofErr w:type="spellStart"/>
      <w:r w:rsidRPr="00FE3F6A">
        <w:t>Zahlen</w:t>
      </w:r>
      <w:proofErr w:type="spellEnd"/>
      <w:r w:rsidRPr="00FE3F6A">
        <w:t xml:space="preserve">, </w:t>
      </w:r>
      <w:proofErr w:type="spellStart"/>
      <w:r w:rsidRPr="00FE3F6A">
        <w:t>Zeichenketten</w:t>
      </w:r>
      <w:proofErr w:type="spellEnd"/>
      <w:r w:rsidRPr="00FE3F6A">
        <w:t xml:space="preserve">, </w:t>
      </w:r>
      <w:proofErr w:type="spellStart"/>
      <w:r w:rsidRPr="00FE3F6A">
        <w:t>Objekte</w:t>
      </w:r>
      <w:proofErr w:type="spellEnd"/>
      <w:r w:rsidRPr="00FE3F6A">
        <w:t xml:space="preserve"> </w:t>
      </w:r>
      <w:proofErr w:type="spellStart"/>
      <w:r w:rsidRPr="00FE3F6A">
        <w:t>oder</w:t>
      </w:r>
      <w:proofErr w:type="spellEnd"/>
      <w:r w:rsidRPr="00FE3F6A">
        <w:t xml:space="preserve"> </w:t>
      </w:r>
      <w:proofErr w:type="spellStart"/>
      <w:r w:rsidRPr="00FE3F6A">
        <w:t>sogar</w:t>
      </w:r>
      <w:proofErr w:type="spellEnd"/>
      <w:r w:rsidRPr="00FE3F6A">
        <w:t xml:space="preserve"> </w:t>
      </w:r>
      <w:proofErr w:type="spellStart"/>
      <w:r w:rsidRPr="00FE3F6A">
        <w:t>andere</w:t>
      </w:r>
      <w:proofErr w:type="spellEnd"/>
      <w:r w:rsidRPr="00FE3F6A">
        <w:t xml:space="preserve"> </w:t>
      </w:r>
      <w:proofErr w:type="spellStart"/>
      <w:r w:rsidRPr="00FE3F6A">
        <w:t>Sammlungen</w:t>
      </w:r>
      <w:proofErr w:type="spellEnd"/>
      <w:r w:rsidRPr="00FE3F6A">
        <w:t>.</w:t>
      </w:r>
    </w:p>
    <w:p w14:paraId="2F7E3178" w14:textId="77777777" w:rsidR="00FE3F6A" w:rsidRPr="00FE3F6A" w:rsidRDefault="00FE3F6A" w:rsidP="00FE3F6A">
      <w:pPr>
        <w:spacing w:after="0" w:line="240" w:lineRule="auto"/>
        <w:contextualSpacing/>
        <w:jc w:val="both"/>
      </w:pPr>
    </w:p>
    <w:p w14:paraId="39D4F8BE" w14:textId="5E5547C3" w:rsidR="00FE3F6A" w:rsidRPr="00F171CB" w:rsidRDefault="00FE3F6A" w:rsidP="00FE3F6A">
      <w:pPr>
        <w:spacing w:after="0" w:line="240" w:lineRule="auto"/>
        <w:contextualSpacing/>
        <w:jc w:val="both"/>
        <w:rPr>
          <w:color w:val="4F81BD" w:themeColor="accent1"/>
          <w:sz w:val="26"/>
          <w:szCs w:val="26"/>
        </w:rPr>
      </w:pPr>
      <w:proofErr w:type="spellStart"/>
      <w:r w:rsidRPr="00F171CB">
        <w:rPr>
          <w:color w:val="4F81BD" w:themeColor="accent1"/>
          <w:sz w:val="26"/>
          <w:szCs w:val="26"/>
        </w:rPr>
        <w:t>Sammlung</w:t>
      </w:r>
      <w:proofErr w:type="spellEnd"/>
    </w:p>
    <w:p w14:paraId="08AEECE5" w14:textId="39C2B3A1" w:rsidR="00FE3F6A" w:rsidRPr="00FE3F6A" w:rsidRDefault="00FE3F6A" w:rsidP="00FE3F6A">
      <w:pPr>
        <w:spacing w:after="0" w:line="240" w:lineRule="auto"/>
        <w:contextualSpacing/>
        <w:jc w:val="both"/>
      </w:pPr>
    </w:p>
    <w:p w14:paraId="7AE4B5C0" w14:textId="77777777" w:rsidR="00FE3F6A" w:rsidRPr="00FE3F6A" w:rsidRDefault="00FE3F6A" w:rsidP="008E658C">
      <w:pPr>
        <w:spacing w:after="0" w:line="240" w:lineRule="auto"/>
        <w:contextualSpacing/>
        <w:jc w:val="both"/>
        <w:rPr>
          <w:rFonts w:eastAsia="Times New Roman" w:cs="Times New Roman"/>
          <w:lang w:val="de-DE" w:eastAsia="de-DE"/>
        </w:rPr>
      </w:pPr>
      <w:r w:rsidRPr="00FE3F6A">
        <w:rPr>
          <w:rFonts w:eastAsia="Times New Roman" w:cs="Times New Roman"/>
          <w:lang w:val="de-DE" w:eastAsia="de-DE"/>
        </w:rPr>
        <w:t>In PowerShell bezeichnet eine Sammlung eine Datenstruktur, die mehrere Elemente speichert. Sammlungen ermöglichen es, eine Gruppe von Werten oder Objekten als Einheit zu verwalten. Sie sind besonders nützlich, um mit großen Mengen von Daten effizient zu arbeiten.</w:t>
      </w:r>
    </w:p>
    <w:p w14:paraId="331D8FA5" w14:textId="77777777" w:rsidR="00FE3F6A" w:rsidRPr="00FE3F6A" w:rsidRDefault="00FE3F6A" w:rsidP="008E658C">
      <w:pPr>
        <w:spacing w:after="0" w:line="240" w:lineRule="auto"/>
        <w:contextualSpacing/>
        <w:jc w:val="both"/>
        <w:rPr>
          <w:rFonts w:eastAsia="Times New Roman" w:cs="Times New Roman"/>
          <w:lang w:val="de-DE" w:eastAsia="de-DE"/>
        </w:rPr>
      </w:pPr>
      <w:r w:rsidRPr="00FE3F6A">
        <w:rPr>
          <w:rFonts w:eastAsia="Times New Roman" w:cs="Times New Roman"/>
          <w:lang w:val="de-DE" w:eastAsia="de-DE"/>
        </w:rPr>
        <w:t xml:space="preserve">PowerShell bietet verschiedene Typen von Sammlungen, darunter Arrays, Listen, </w:t>
      </w:r>
      <w:proofErr w:type="spellStart"/>
      <w:r w:rsidRPr="00FE3F6A">
        <w:rPr>
          <w:rFonts w:eastAsia="Times New Roman" w:cs="Times New Roman"/>
          <w:lang w:val="de-DE" w:eastAsia="de-DE"/>
        </w:rPr>
        <w:t>Dictionaries</w:t>
      </w:r>
      <w:proofErr w:type="spellEnd"/>
      <w:r w:rsidRPr="00FE3F6A">
        <w:rPr>
          <w:rFonts w:eastAsia="Times New Roman" w:cs="Times New Roman"/>
          <w:lang w:val="de-DE" w:eastAsia="de-DE"/>
        </w:rPr>
        <w:t xml:space="preserve"> und </w:t>
      </w:r>
      <w:proofErr w:type="spellStart"/>
      <w:r w:rsidRPr="00FE3F6A">
        <w:rPr>
          <w:rFonts w:eastAsia="Times New Roman" w:cs="Times New Roman"/>
          <w:lang w:val="de-DE" w:eastAsia="de-DE"/>
        </w:rPr>
        <w:t>Hashtables</w:t>
      </w:r>
      <w:proofErr w:type="spellEnd"/>
      <w:r w:rsidRPr="00FE3F6A">
        <w:rPr>
          <w:rFonts w:eastAsia="Times New Roman" w:cs="Times New Roman"/>
          <w:lang w:val="de-DE" w:eastAsia="de-DE"/>
        </w:rPr>
        <w:t>. Diese Sammlungen können verschiedene Datentypen enthalten, wie Zahlen, Zeichenketten, Objekte oder sogar andere Sammlungen.</w:t>
      </w:r>
    </w:p>
    <w:p w14:paraId="7D72084B" w14:textId="77777777" w:rsidR="00FE3F6A" w:rsidRPr="0027487C" w:rsidRDefault="00FE3F6A" w:rsidP="00FE3F6A">
      <w:pPr>
        <w:spacing w:after="0" w:line="240" w:lineRule="auto"/>
        <w:jc w:val="both"/>
      </w:pPr>
    </w:p>
    <w:sectPr w:rsidR="00FE3F6A" w:rsidRPr="0027487C" w:rsidSect="00E142E9">
      <w:footerReference w:type="default" r:id="rId12"/>
      <w:pgSz w:w="12240" w:h="15840"/>
      <w:pgMar w:top="1440" w:right="1800" w:bottom="1440" w:left="180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BA957C" w14:textId="77777777" w:rsidR="00D87F42" w:rsidRDefault="00D87F42" w:rsidP="0027487C">
      <w:pPr>
        <w:spacing w:after="0" w:line="240" w:lineRule="auto"/>
      </w:pPr>
      <w:r>
        <w:separator/>
      </w:r>
    </w:p>
  </w:endnote>
  <w:endnote w:type="continuationSeparator" w:id="0">
    <w:p w14:paraId="59309260" w14:textId="77777777" w:rsidR="00D87F42" w:rsidRDefault="00D87F42" w:rsidP="002748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4000ACFF" w:usb2="00000001"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17873714"/>
      <w:docPartObj>
        <w:docPartGallery w:val="Page Numbers (Bottom of Page)"/>
        <w:docPartUnique/>
      </w:docPartObj>
    </w:sdtPr>
    <w:sdtEndPr/>
    <w:sdtContent>
      <w:p w14:paraId="1EA23B2F" w14:textId="30D60C5E" w:rsidR="0027487C" w:rsidRDefault="0027487C">
        <w:pPr>
          <w:pStyle w:val="Fuzeile"/>
          <w:jc w:val="center"/>
        </w:pPr>
        <w:r>
          <w:rPr>
            <w:noProof/>
          </w:rPr>
          <mc:AlternateContent>
            <mc:Choice Requires="wps">
              <w:drawing>
                <wp:inline distT="0" distB="0" distL="0" distR="0" wp14:anchorId="47EE0E48" wp14:editId="3AFBFE78">
                  <wp:extent cx="5467350" cy="45085"/>
                  <wp:effectExtent l="9525" t="9525" r="0" b="2540"/>
                  <wp:docPr id="8" name="Flussdiagramm: Verzweigung 8" descr="Light horizontal"/>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5467350" cy="45085"/>
                          </a:xfrm>
                          <a:prstGeom prst="flowChartDecision">
                            <a:avLst/>
                          </a:prstGeom>
                          <a:pattFill prst="ltHorz">
                            <a:fgClr>
                              <a:srgbClr val="000000"/>
                            </a:fgClr>
                            <a:bgClr>
                              <a:srgbClr val="FFFFFF"/>
                            </a:bgClr>
                          </a:patt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shapetype w14:anchorId="51A4AA82" id="_x0000_t110" coordsize="21600,21600" o:spt="110" path="m10800,l,10800,10800,21600,21600,10800xe">
                  <v:stroke joinstyle="miter"/>
                  <v:path gradientshapeok="t" o:connecttype="rect" textboxrect="5400,5400,16200,16200"/>
                </v:shapetype>
                <v:shape id="Flussdiagramm: Verzweigung 8" o:spid="_x0000_s1026" type="#_x0000_t110" alt="Light horizontal" style="width:430.5pt;height:3.55pt;flip:y;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" fillcolor="black" stroked="f">
                  <v:fill r:id="rId1" o:title="" type="pattern"/>
                  <w10:anchorlock/>
                </v:shape>
              </w:pict>
            </mc:Fallback>
          </mc:AlternateContent>
        </w:r>
      </w:p>
      <w:p w14:paraId="50C54C58" w14:textId="64A88A7F" w:rsidR="0027487C" w:rsidRDefault="0027487C">
        <w:pPr>
          <w:pStyle w:val="Fuzeile"/>
          <w:jc w:val="center"/>
        </w:pPr>
        <w:r>
          <w:fldChar w:fldCharType="begin"/>
        </w:r>
        <w:r>
          <w:instrText>PAGE    \* MERGEFORMAT</w:instrText>
        </w:r>
        <w:r>
          <w:fldChar w:fldCharType="separate"/>
        </w:r>
        <w:r>
          <w:rPr>
            <w:lang w:val="de-DE"/>
          </w:rPr>
          <w:t>2</w:t>
        </w:r>
        <w:r>
          <w:fldChar w:fldCharType="end"/>
        </w:r>
      </w:p>
    </w:sdtContent>
  </w:sdt>
  <w:p w14:paraId="057819FC" w14:textId="77777777" w:rsidR="0027487C" w:rsidRDefault="0027487C">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08978B" w14:textId="77777777" w:rsidR="00D87F42" w:rsidRDefault="00D87F42" w:rsidP="0027487C">
      <w:pPr>
        <w:spacing w:after="0" w:line="240" w:lineRule="auto"/>
      </w:pPr>
      <w:r>
        <w:separator/>
      </w:r>
    </w:p>
  </w:footnote>
  <w:footnote w:type="continuationSeparator" w:id="0">
    <w:p w14:paraId="2AAAD427" w14:textId="77777777" w:rsidR="00D87F42" w:rsidRDefault="00D87F42" w:rsidP="0027487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ennumm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ennumm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Aufzhlungszeichen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Aufzhlungszeichen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ennumm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Aufzhlungszeichen"/>
      <w:lvlText w:val=""/>
      <w:lvlJc w:val="left"/>
      <w:pPr>
        <w:tabs>
          <w:tab w:val="num" w:pos="360"/>
        </w:tabs>
        <w:ind w:left="360" w:hanging="360"/>
      </w:pPr>
      <w:rPr>
        <w:rFonts w:ascii="Symbol" w:hAnsi="Symbol" w:hint="default"/>
      </w:rPr>
    </w:lvl>
  </w:abstractNum>
  <w:abstractNum w:abstractNumId="9" w15:restartNumberingAfterBreak="0">
    <w:nsid w:val="0B1C6CEE"/>
    <w:multiLevelType w:val="hybridMultilevel"/>
    <w:tmpl w:val="EE98E30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201C7FE6"/>
    <w:multiLevelType w:val="hybridMultilevel"/>
    <w:tmpl w:val="DF16F9E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2A1059D8"/>
    <w:multiLevelType w:val="hybridMultilevel"/>
    <w:tmpl w:val="0272396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3D827563"/>
    <w:multiLevelType w:val="hybridMultilevel"/>
    <w:tmpl w:val="A04605D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425D377E"/>
    <w:multiLevelType w:val="hybridMultilevel"/>
    <w:tmpl w:val="29528CE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57DE2C35"/>
    <w:multiLevelType w:val="hybridMultilevel"/>
    <w:tmpl w:val="818AF42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5" w15:restartNumberingAfterBreak="0">
    <w:nsid w:val="65F82034"/>
    <w:multiLevelType w:val="hybridMultilevel"/>
    <w:tmpl w:val="8EB4181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7656099D"/>
    <w:multiLevelType w:val="multilevel"/>
    <w:tmpl w:val="01902D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E031E6C"/>
    <w:multiLevelType w:val="hybridMultilevel"/>
    <w:tmpl w:val="65F845C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 w:numId="10">
    <w:abstractNumId w:val="13"/>
  </w:num>
  <w:num w:numId="11">
    <w:abstractNumId w:val="15"/>
  </w:num>
  <w:num w:numId="12">
    <w:abstractNumId w:val="10"/>
  </w:num>
  <w:num w:numId="13">
    <w:abstractNumId w:val="9"/>
  </w:num>
  <w:num w:numId="14">
    <w:abstractNumId w:val="12"/>
  </w:num>
  <w:num w:numId="15">
    <w:abstractNumId w:val="11"/>
  </w:num>
  <w:num w:numId="16">
    <w:abstractNumId w:val="16"/>
  </w:num>
  <w:num w:numId="17">
    <w:abstractNumId w:val="17"/>
  </w:num>
  <w:num w:numId="1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08199A"/>
    <w:rsid w:val="0015074B"/>
    <w:rsid w:val="001D277B"/>
    <w:rsid w:val="0027487C"/>
    <w:rsid w:val="0029639D"/>
    <w:rsid w:val="00320D0E"/>
    <w:rsid w:val="00326F90"/>
    <w:rsid w:val="00347E47"/>
    <w:rsid w:val="00453780"/>
    <w:rsid w:val="00506064"/>
    <w:rsid w:val="005E7F50"/>
    <w:rsid w:val="008E658C"/>
    <w:rsid w:val="00A43CF7"/>
    <w:rsid w:val="00AA1D8D"/>
    <w:rsid w:val="00B47730"/>
    <w:rsid w:val="00B5055F"/>
    <w:rsid w:val="00C218A9"/>
    <w:rsid w:val="00CA53E5"/>
    <w:rsid w:val="00CB0664"/>
    <w:rsid w:val="00CC7713"/>
    <w:rsid w:val="00D87F42"/>
    <w:rsid w:val="00E142E9"/>
    <w:rsid w:val="00F171CB"/>
    <w:rsid w:val="00F827AF"/>
    <w:rsid w:val="00FC693F"/>
    <w:rsid w:val="00FE3F6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99EEB64"/>
  <w14:defaultImageDpi w14:val="300"/>
  <w15:docId w15:val="{6A341283-5F2B-4332-9D6A-32C3EF75B6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C693F"/>
  </w:style>
  <w:style w:type="paragraph" w:styleId="berschrift1">
    <w:name w:val="heading 1"/>
    <w:basedOn w:val="Standard"/>
    <w:next w:val="Standard"/>
    <w:link w:val="berschrift1Zchn"/>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chn"/>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berschrift5">
    <w:name w:val="heading 5"/>
    <w:basedOn w:val="Standard"/>
    <w:next w:val="Standard"/>
    <w:link w:val="berschrift5Zchn"/>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berschrift6">
    <w:name w:val="heading 6"/>
    <w:basedOn w:val="Standard"/>
    <w:next w:val="Standard"/>
    <w:link w:val="berschrift6Zchn"/>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berschrift7">
    <w:name w:val="heading 7"/>
    <w:basedOn w:val="Standard"/>
    <w:next w:val="Standard"/>
    <w:link w:val="berschrift7Zchn"/>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berschrift8">
    <w:name w:val="heading 8"/>
    <w:basedOn w:val="Standard"/>
    <w:next w:val="Standard"/>
    <w:link w:val="berschrift8Zchn"/>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berschrift9">
    <w:name w:val="heading 9"/>
    <w:basedOn w:val="Standard"/>
    <w:next w:val="Standard"/>
    <w:link w:val="berschrift9Zchn"/>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E618BF"/>
    <w:pPr>
      <w:tabs>
        <w:tab w:val="center" w:pos="4680"/>
        <w:tab w:val="right" w:pos="9360"/>
      </w:tabs>
      <w:spacing w:after="0" w:line="240" w:lineRule="auto"/>
    </w:pPr>
  </w:style>
  <w:style w:type="character" w:customStyle="1" w:styleId="KopfzeileZchn">
    <w:name w:val="Kopfzeile Zchn"/>
    <w:basedOn w:val="Absatz-Standardschriftart"/>
    <w:link w:val="Kopfzeile"/>
    <w:uiPriority w:val="99"/>
    <w:rsid w:val="00E618BF"/>
  </w:style>
  <w:style w:type="paragraph" w:styleId="Fuzeile">
    <w:name w:val="footer"/>
    <w:basedOn w:val="Standard"/>
    <w:link w:val="FuzeileZchn"/>
    <w:uiPriority w:val="99"/>
    <w:unhideWhenUsed/>
    <w:rsid w:val="00E618BF"/>
    <w:pPr>
      <w:tabs>
        <w:tab w:val="center" w:pos="4680"/>
        <w:tab w:val="right" w:pos="9360"/>
      </w:tabs>
      <w:spacing w:after="0" w:line="240" w:lineRule="auto"/>
    </w:pPr>
  </w:style>
  <w:style w:type="character" w:customStyle="1" w:styleId="FuzeileZchn">
    <w:name w:val="Fußzeile Zchn"/>
    <w:basedOn w:val="Absatz-Standardschriftart"/>
    <w:link w:val="Fuzeile"/>
    <w:uiPriority w:val="99"/>
    <w:rsid w:val="00E618BF"/>
  </w:style>
  <w:style w:type="paragraph" w:styleId="KeinLeerraum">
    <w:name w:val="No Spacing"/>
    <w:link w:val="KeinLeerraumZchn"/>
    <w:uiPriority w:val="1"/>
    <w:qFormat/>
    <w:rsid w:val="00FC693F"/>
    <w:pPr>
      <w:spacing w:after="0" w:line="240" w:lineRule="auto"/>
    </w:pPr>
  </w:style>
  <w:style w:type="character" w:customStyle="1" w:styleId="berschrift1Zchn">
    <w:name w:val="Überschrift 1 Zchn"/>
    <w:basedOn w:val="Absatz-Standardschriftart"/>
    <w:link w:val="berschrift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berschrift2Zchn">
    <w:name w:val="Überschrift 2 Zchn"/>
    <w:basedOn w:val="Absatz-Standardschriftart"/>
    <w:link w:val="berschrift2"/>
    <w:uiPriority w:val="9"/>
    <w:rsid w:val="00FC693F"/>
    <w:rPr>
      <w:rFonts w:asciiTheme="majorHAnsi" w:eastAsiaTheme="majorEastAsia" w:hAnsiTheme="majorHAnsi" w:cstheme="majorBidi"/>
      <w:b/>
      <w:bCs/>
      <w:color w:val="4F81BD" w:themeColor="accent1"/>
      <w:sz w:val="26"/>
      <w:szCs w:val="26"/>
    </w:rPr>
  </w:style>
  <w:style w:type="character" w:customStyle="1" w:styleId="berschrift3Zchn">
    <w:name w:val="Überschrift 3 Zchn"/>
    <w:basedOn w:val="Absatz-Standardschriftart"/>
    <w:link w:val="berschrift3"/>
    <w:uiPriority w:val="9"/>
    <w:rsid w:val="00FC693F"/>
    <w:rPr>
      <w:rFonts w:asciiTheme="majorHAnsi" w:eastAsiaTheme="majorEastAsia" w:hAnsiTheme="majorHAnsi" w:cstheme="majorBidi"/>
      <w:b/>
      <w:bCs/>
      <w:color w:val="4F81BD" w:themeColor="accent1"/>
    </w:rPr>
  </w:style>
  <w:style w:type="paragraph" w:styleId="Titel">
    <w:name w:val="Title"/>
    <w:basedOn w:val="Standard"/>
    <w:next w:val="Standard"/>
    <w:link w:val="TitelZchn"/>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Zchn">
    <w:name w:val="Titel Zchn"/>
    <w:basedOn w:val="Absatz-Standardschriftart"/>
    <w:link w:val="Titel"/>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Untertitel">
    <w:name w:val="Subtitle"/>
    <w:basedOn w:val="Standard"/>
    <w:next w:val="Standard"/>
    <w:link w:val="UntertitelZchn"/>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UntertitelZchn">
    <w:name w:val="Untertitel Zchn"/>
    <w:basedOn w:val="Absatz-Standardschriftart"/>
    <w:link w:val="Untertitel"/>
    <w:uiPriority w:val="11"/>
    <w:rsid w:val="00FC693F"/>
    <w:rPr>
      <w:rFonts w:asciiTheme="majorHAnsi" w:eastAsiaTheme="majorEastAsia" w:hAnsiTheme="majorHAnsi" w:cstheme="majorBidi"/>
      <w:i/>
      <w:iCs/>
      <w:color w:val="4F81BD" w:themeColor="accent1"/>
      <w:spacing w:val="15"/>
      <w:sz w:val="24"/>
      <w:szCs w:val="24"/>
    </w:rPr>
  </w:style>
  <w:style w:type="paragraph" w:styleId="Listenabsatz">
    <w:name w:val="List Paragraph"/>
    <w:basedOn w:val="Standard"/>
    <w:uiPriority w:val="34"/>
    <w:qFormat/>
    <w:rsid w:val="00FC693F"/>
    <w:pPr>
      <w:ind w:left="720"/>
      <w:contextualSpacing/>
    </w:pPr>
  </w:style>
  <w:style w:type="paragraph" w:styleId="Textkrper">
    <w:name w:val="Body Text"/>
    <w:basedOn w:val="Standard"/>
    <w:link w:val="TextkrperZchn"/>
    <w:uiPriority w:val="99"/>
    <w:unhideWhenUsed/>
    <w:rsid w:val="00AA1D8D"/>
    <w:pPr>
      <w:spacing w:after="120"/>
    </w:pPr>
  </w:style>
  <w:style w:type="character" w:customStyle="1" w:styleId="TextkrperZchn">
    <w:name w:val="Textkörper Zchn"/>
    <w:basedOn w:val="Absatz-Standardschriftart"/>
    <w:link w:val="Textkrper"/>
    <w:uiPriority w:val="99"/>
    <w:rsid w:val="00AA1D8D"/>
  </w:style>
  <w:style w:type="paragraph" w:styleId="Textkrper2">
    <w:name w:val="Body Text 2"/>
    <w:basedOn w:val="Standard"/>
    <w:link w:val="Textkrper2Zchn"/>
    <w:uiPriority w:val="99"/>
    <w:unhideWhenUsed/>
    <w:rsid w:val="00AA1D8D"/>
    <w:pPr>
      <w:spacing w:after="120" w:line="480" w:lineRule="auto"/>
    </w:pPr>
  </w:style>
  <w:style w:type="character" w:customStyle="1" w:styleId="Textkrper2Zchn">
    <w:name w:val="Textkörper 2 Zchn"/>
    <w:basedOn w:val="Absatz-Standardschriftart"/>
    <w:link w:val="Textkrper2"/>
    <w:uiPriority w:val="99"/>
    <w:rsid w:val="00AA1D8D"/>
  </w:style>
  <w:style w:type="paragraph" w:styleId="Textkrper3">
    <w:name w:val="Body Text 3"/>
    <w:basedOn w:val="Standard"/>
    <w:link w:val="Textkrper3Zchn"/>
    <w:uiPriority w:val="99"/>
    <w:unhideWhenUsed/>
    <w:rsid w:val="00AA1D8D"/>
    <w:pPr>
      <w:spacing w:after="120"/>
    </w:pPr>
    <w:rPr>
      <w:sz w:val="16"/>
      <w:szCs w:val="16"/>
    </w:rPr>
  </w:style>
  <w:style w:type="character" w:customStyle="1" w:styleId="Textkrper3Zchn">
    <w:name w:val="Textkörper 3 Zchn"/>
    <w:basedOn w:val="Absatz-Standardschriftart"/>
    <w:link w:val="Textkrper3"/>
    <w:uiPriority w:val="99"/>
    <w:rsid w:val="00AA1D8D"/>
    <w:rPr>
      <w:sz w:val="16"/>
      <w:szCs w:val="16"/>
    </w:rPr>
  </w:style>
  <w:style w:type="paragraph" w:styleId="Liste">
    <w:name w:val="List"/>
    <w:basedOn w:val="Standard"/>
    <w:uiPriority w:val="99"/>
    <w:unhideWhenUsed/>
    <w:rsid w:val="00AA1D8D"/>
    <w:pPr>
      <w:ind w:left="360" w:hanging="360"/>
      <w:contextualSpacing/>
    </w:pPr>
  </w:style>
  <w:style w:type="paragraph" w:styleId="Liste2">
    <w:name w:val="List 2"/>
    <w:basedOn w:val="Standard"/>
    <w:uiPriority w:val="99"/>
    <w:unhideWhenUsed/>
    <w:rsid w:val="00326F90"/>
    <w:pPr>
      <w:ind w:left="720" w:hanging="360"/>
      <w:contextualSpacing/>
    </w:pPr>
  </w:style>
  <w:style w:type="paragraph" w:styleId="Liste3">
    <w:name w:val="List 3"/>
    <w:basedOn w:val="Standard"/>
    <w:uiPriority w:val="99"/>
    <w:unhideWhenUsed/>
    <w:rsid w:val="00326F90"/>
    <w:pPr>
      <w:ind w:left="1080" w:hanging="360"/>
      <w:contextualSpacing/>
    </w:pPr>
  </w:style>
  <w:style w:type="paragraph" w:styleId="Aufzhlungszeichen">
    <w:name w:val="List Bullet"/>
    <w:basedOn w:val="Standard"/>
    <w:uiPriority w:val="99"/>
    <w:unhideWhenUsed/>
    <w:rsid w:val="00326F90"/>
    <w:pPr>
      <w:numPr>
        <w:numId w:val="1"/>
      </w:numPr>
      <w:contextualSpacing/>
    </w:pPr>
  </w:style>
  <w:style w:type="paragraph" w:styleId="Aufzhlungszeichen2">
    <w:name w:val="List Bullet 2"/>
    <w:basedOn w:val="Standard"/>
    <w:uiPriority w:val="99"/>
    <w:unhideWhenUsed/>
    <w:rsid w:val="00326F90"/>
    <w:pPr>
      <w:numPr>
        <w:numId w:val="2"/>
      </w:numPr>
      <w:contextualSpacing/>
    </w:pPr>
  </w:style>
  <w:style w:type="paragraph" w:styleId="Aufzhlungszeichen3">
    <w:name w:val="List Bullet 3"/>
    <w:basedOn w:val="Standard"/>
    <w:uiPriority w:val="99"/>
    <w:unhideWhenUsed/>
    <w:rsid w:val="00326F90"/>
    <w:pPr>
      <w:numPr>
        <w:numId w:val="3"/>
      </w:numPr>
      <w:contextualSpacing/>
    </w:pPr>
  </w:style>
  <w:style w:type="paragraph" w:styleId="Listennummer">
    <w:name w:val="List Number"/>
    <w:basedOn w:val="Standard"/>
    <w:uiPriority w:val="99"/>
    <w:unhideWhenUsed/>
    <w:rsid w:val="00326F90"/>
    <w:pPr>
      <w:numPr>
        <w:numId w:val="5"/>
      </w:numPr>
      <w:contextualSpacing/>
    </w:pPr>
  </w:style>
  <w:style w:type="paragraph" w:styleId="Listennummer2">
    <w:name w:val="List Number 2"/>
    <w:basedOn w:val="Standard"/>
    <w:uiPriority w:val="99"/>
    <w:unhideWhenUsed/>
    <w:rsid w:val="0029639D"/>
    <w:pPr>
      <w:numPr>
        <w:numId w:val="6"/>
      </w:numPr>
      <w:contextualSpacing/>
    </w:pPr>
  </w:style>
  <w:style w:type="paragraph" w:styleId="Listennummer3">
    <w:name w:val="List Number 3"/>
    <w:basedOn w:val="Standard"/>
    <w:uiPriority w:val="99"/>
    <w:unhideWhenUsed/>
    <w:rsid w:val="0029639D"/>
    <w:pPr>
      <w:numPr>
        <w:numId w:val="7"/>
      </w:numPr>
      <w:contextualSpacing/>
    </w:pPr>
  </w:style>
  <w:style w:type="paragraph" w:styleId="Listenfortsetzung">
    <w:name w:val="List Continue"/>
    <w:basedOn w:val="Standard"/>
    <w:uiPriority w:val="99"/>
    <w:unhideWhenUsed/>
    <w:rsid w:val="0029639D"/>
    <w:pPr>
      <w:spacing w:after="120"/>
      <w:ind w:left="360"/>
      <w:contextualSpacing/>
    </w:pPr>
  </w:style>
  <w:style w:type="paragraph" w:styleId="Listenfortsetzung2">
    <w:name w:val="List Continue 2"/>
    <w:basedOn w:val="Standard"/>
    <w:uiPriority w:val="99"/>
    <w:unhideWhenUsed/>
    <w:rsid w:val="0029639D"/>
    <w:pPr>
      <w:spacing w:after="120"/>
      <w:ind w:left="720"/>
      <w:contextualSpacing/>
    </w:pPr>
  </w:style>
  <w:style w:type="paragraph" w:styleId="Listenfortsetzung3">
    <w:name w:val="List Continue 3"/>
    <w:basedOn w:val="Standard"/>
    <w:uiPriority w:val="99"/>
    <w:unhideWhenUsed/>
    <w:rsid w:val="0029639D"/>
    <w:pPr>
      <w:spacing w:after="120"/>
      <w:ind w:left="1080"/>
      <w:contextualSpacing/>
    </w:pPr>
  </w:style>
  <w:style w:type="paragraph" w:styleId="Makrotext">
    <w:name w:val="macro"/>
    <w:link w:val="MakrotextZchn"/>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krotextZchn">
    <w:name w:val="Makrotext Zchn"/>
    <w:basedOn w:val="Absatz-Standardschriftart"/>
    <w:link w:val="Makrotext"/>
    <w:uiPriority w:val="99"/>
    <w:rsid w:val="0029639D"/>
    <w:rPr>
      <w:rFonts w:ascii="Courier" w:hAnsi="Courier"/>
      <w:sz w:val="20"/>
      <w:szCs w:val="20"/>
    </w:rPr>
  </w:style>
  <w:style w:type="paragraph" w:styleId="Zitat">
    <w:name w:val="Quote"/>
    <w:basedOn w:val="Standard"/>
    <w:next w:val="Standard"/>
    <w:link w:val="ZitatZchn"/>
    <w:uiPriority w:val="29"/>
    <w:qFormat/>
    <w:rsid w:val="00FC693F"/>
    <w:rPr>
      <w:i/>
      <w:iCs/>
      <w:color w:val="000000" w:themeColor="text1"/>
    </w:rPr>
  </w:style>
  <w:style w:type="character" w:customStyle="1" w:styleId="ZitatZchn">
    <w:name w:val="Zitat Zchn"/>
    <w:basedOn w:val="Absatz-Standardschriftart"/>
    <w:link w:val="Zitat"/>
    <w:uiPriority w:val="29"/>
    <w:rsid w:val="00FC693F"/>
    <w:rPr>
      <w:i/>
      <w:iCs/>
      <w:color w:val="000000" w:themeColor="text1"/>
    </w:rPr>
  </w:style>
  <w:style w:type="character" w:customStyle="1" w:styleId="berschrift4Zchn">
    <w:name w:val="Überschrift 4 Zchn"/>
    <w:basedOn w:val="Absatz-Standardschriftart"/>
    <w:link w:val="berschrift4"/>
    <w:uiPriority w:val="9"/>
    <w:semiHidden/>
    <w:rsid w:val="00FC693F"/>
    <w:rPr>
      <w:rFonts w:asciiTheme="majorHAnsi" w:eastAsiaTheme="majorEastAsia" w:hAnsiTheme="majorHAnsi" w:cstheme="majorBidi"/>
      <w:b/>
      <w:bCs/>
      <w:i/>
      <w:iCs/>
      <w:color w:val="4F81BD" w:themeColor="accent1"/>
    </w:rPr>
  </w:style>
  <w:style w:type="character" w:customStyle="1" w:styleId="berschrift5Zchn">
    <w:name w:val="Überschrift 5 Zchn"/>
    <w:basedOn w:val="Absatz-Standardschriftart"/>
    <w:link w:val="berschrift5"/>
    <w:uiPriority w:val="9"/>
    <w:semiHidden/>
    <w:rsid w:val="00FC693F"/>
    <w:rPr>
      <w:rFonts w:asciiTheme="majorHAnsi" w:eastAsiaTheme="majorEastAsia" w:hAnsiTheme="majorHAnsi" w:cstheme="majorBidi"/>
      <w:color w:val="243F60" w:themeColor="accent1" w:themeShade="7F"/>
    </w:rPr>
  </w:style>
  <w:style w:type="character" w:customStyle="1" w:styleId="berschrift6Zchn">
    <w:name w:val="Überschrift 6 Zchn"/>
    <w:basedOn w:val="Absatz-Standardschriftart"/>
    <w:link w:val="berschrift6"/>
    <w:uiPriority w:val="9"/>
    <w:semiHidden/>
    <w:rsid w:val="00FC693F"/>
    <w:rPr>
      <w:rFonts w:asciiTheme="majorHAnsi" w:eastAsiaTheme="majorEastAsia" w:hAnsiTheme="majorHAnsi" w:cstheme="majorBidi"/>
      <w:i/>
      <w:iCs/>
      <w:color w:val="243F60" w:themeColor="accent1" w:themeShade="7F"/>
    </w:rPr>
  </w:style>
  <w:style w:type="character" w:customStyle="1" w:styleId="berschrift7Zchn">
    <w:name w:val="Überschrift 7 Zchn"/>
    <w:basedOn w:val="Absatz-Standardschriftart"/>
    <w:link w:val="berschrift7"/>
    <w:uiPriority w:val="9"/>
    <w:semiHidden/>
    <w:rsid w:val="00FC693F"/>
    <w:rPr>
      <w:rFonts w:asciiTheme="majorHAnsi" w:eastAsiaTheme="majorEastAsia" w:hAnsiTheme="majorHAnsi" w:cstheme="majorBidi"/>
      <w:i/>
      <w:iCs/>
      <w:color w:val="404040" w:themeColor="text1" w:themeTint="BF"/>
    </w:rPr>
  </w:style>
  <w:style w:type="character" w:customStyle="1" w:styleId="berschrift8Zchn">
    <w:name w:val="Überschrift 8 Zchn"/>
    <w:basedOn w:val="Absatz-Standardschriftart"/>
    <w:link w:val="berschrift8"/>
    <w:uiPriority w:val="9"/>
    <w:semiHidden/>
    <w:rsid w:val="00FC693F"/>
    <w:rPr>
      <w:rFonts w:asciiTheme="majorHAnsi" w:eastAsiaTheme="majorEastAsia" w:hAnsiTheme="majorHAnsi" w:cstheme="majorBidi"/>
      <w:color w:val="4F81BD" w:themeColor="accent1"/>
      <w:sz w:val="20"/>
      <w:szCs w:val="20"/>
    </w:rPr>
  </w:style>
  <w:style w:type="character" w:customStyle="1" w:styleId="berschrift9Zchn">
    <w:name w:val="Überschrift 9 Zchn"/>
    <w:basedOn w:val="Absatz-Standardschriftart"/>
    <w:link w:val="berschrift9"/>
    <w:uiPriority w:val="9"/>
    <w:semiHidden/>
    <w:rsid w:val="00FC693F"/>
    <w:rPr>
      <w:rFonts w:asciiTheme="majorHAnsi" w:eastAsiaTheme="majorEastAsia" w:hAnsiTheme="majorHAnsi" w:cstheme="majorBidi"/>
      <w:i/>
      <w:iCs/>
      <w:color w:val="404040" w:themeColor="text1" w:themeTint="BF"/>
      <w:sz w:val="20"/>
      <w:szCs w:val="20"/>
    </w:rPr>
  </w:style>
  <w:style w:type="paragraph" w:styleId="Beschriftung">
    <w:name w:val="caption"/>
    <w:basedOn w:val="Standard"/>
    <w:next w:val="Standard"/>
    <w:uiPriority w:val="35"/>
    <w:semiHidden/>
    <w:unhideWhenUsed/>
    <w:qFormat/>
    <w:rsid w:val="00FC693F"/>
    <w:pPr>
      <w:spacing w:line="240" w:lineRule="auto"/>
    </w:pPr>
    <w:rPr>
      <w:b/>
      <w:bCs/>
      <w:color w:val="4F81BD" w:themeColor="accent1"/>
      <w:sz w:val="18"/>
      <w:szCs w:val="18"/>
    </w:rPr>
  </w:style>
  <w:style w:type="character" w:styleId="Fett">
    <w:name w:val="Strong"/>
    <w:basedOn w:val="Absatz-Standardschriftart"/>
    <w:uiPriority w:val="22"/>
    <w:qFormat/>
    <w:rsid w:val="00FC693F"/>
    <w:rPr>
      <w:b/>
      <w:bCs/>
    </w:rPr>
  </w:style>
  <w:style w:type="character" w:styleId="Hervorhebung">
    <w:name w:val="Emphasis"/>
    <w:basedOn w:val="Absatz-Standardschriftart"/>
    <w:uiPriority w:val="20"/>
    <w:qFormat/>
    <w:rsid w:val="00FC693F"/>
    <w:rPr>
      <w:i/>
      <w:iCs/>
    </w:rPr>
  </w:style>
  <w:style w:type="paragraph" w:styleId="IntensivesZitat">
    <w:name w:val="Intense Quote"/>
    <w:basedOn w:val="Standard"/>
    <w:next w:val="Standard"/>
    <w:link w:val="IntensivesZitatZchn"/>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ivesZitatZchn">
    <w:name w:val="Intensives Zitat Zchn"/>
    <w:basedOn w:val="Absatz-Standardschriftart"/>
    <w:link w:val="IntensivesZitat"/>
    <w:uiPriority w:val="30"/>
    <w:rsid w:val="00FC693F"/>
    <w:rPr>
      <w:b/>
      <w:bCs/>
      <w:i/>
      <w:iCs/>
      <w:color w:val="4F81BD" w:themeColor="accent1"/>
    </w:rPr>
  </w:style>
  <w:style w:type="character" w:styleId="SchwacheHervorhebung">
    <w:name w:val="Subtle Emphasis"/>
    <w:basedOn w:val="Absatz-Standardschriftart"/>
    <w:uiPriority w:val="19"/>
    <w:qFormat/>
    <w:rsid w:val="00FC693F"/>
    <w:rPr>
      <w:i/>
      <w:iCs/>
      <w:color w:val="808080" w:themeColor="text1" w:themeTint="7F"/>
    </w:rPr>
  </w:style>
  <w:style w:type="character" w:styleId="IntensiveHervorhebung">
    <w:name w:val="Intense Emphasis"/>
    <w:basedOn w:val="Absatz-Standardschriftart"/>
    <w:uiPriority w:val="21"/>
    <w:qFormat/>
    <w:rsid w:val="00FC693F"/>
    <w:rPr>
      <w:b/>
      <w:bCs/>
      <w:i/>
      <w:iCs/>
      <w:color w:val="4F81BD" w:themeColor="accent1"/>
    </w:rPr>
  </w:style>
  <w:style w:type="character" w:styleId="SchwacherVerweis">
    <w:name w:val="Subtle Reference"/>
    <w:basedOn w:val="Absatz-Standardschriftart"/>
    <w:uiPriority w:val="31"/>
    <w:qFormat/>
    <w:rsid w:val="00FC693F"/>
    <w:rPr>
      <w:smallCaps/>
      <w:color w:val="C0504D" w:themeColor="accent2"/>
      <w:u w:val="single"/>
    </w:rPr>
  </w:style>
  <w:style w:type="character" w:styleId="IntensiverVerweis">
    <w:name w:val="Intense Reference"/>
    <w:basedOn w:val="Absatz-Standardschriftart"/>
    <w:uiPriority w:val="32"/>
    <w:qFormat/>
    <w:rsid w:val="00FC693F"/>
    <w:rPr>
      <w:b/>
      <w:bCs/>
      <w:smallCaps/>
      <w:color w:val="C0504D" w:themeColor="accent2"/>
      <w:spacing w:val="5"/>
      <w:u w:val="single"/>
    </w:rPr>
  </w:style>
  <w:style w:type="character" w:styleId="Buchtitel">
    <w:name w:val="Book Title"/>
    <w:basedOn w:val="Absatz-Standardschriftart"/>
    <w:uiPriority w:val="33"/>
    <w:qFormat/>
    <w:rsid w:val="00FC693F"/>
    <w:rPr>
      <w:b/>
      <w:bCs/>
      <w:smallCaps/>
      <w:spacing w:val="5"/>
    </w:rPr>
  </w:style>
  <w:style w:type="paragraph" w:styleId="Inhaltsverzeichnisberschrift">
    <w:name w:val="TOC Heading"/>
    <w:basedOn w:val="berschrift1"/>
    <w:next w:val="Standard"/>
    <w:uiPriority w:val="39"/>
    <w:unhideWhenUsed/>
    <w:qFormat/>
    <w:rsid w:val="00FC693F"/>
    <w:pPr>
      <w:outlineLvl w:val="9"/>
    </w:pPr>
  </w:style>
  <w:style w:type="table" w:styleId="Tabellenraster">
    <w:name w:val="Table Grid"/>
    <w:basedOn w:val="NormaleTabelle"/>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HelleSchattierung">
    <w:name w:val="Light Shading"/>
    <w:basedOn w:val="NormaleTabelle"/>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HelleSchattierung-Akzent1">
    <w:name w:val="Light Shading Accent 1"/>
    <w:basedOn w:val="NormaleTabelle"/>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HelleSchattierung-Akzent2">
    <w:name w:val="Light Shading Accent 2"/>
    <w:basedOn w:val="NormaleTabelle"/>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HelleSchattierung-Akzent3">
    <w:name w:val="Light Shading Accent 3"/>
    <w:basedOn w:val="NormaleTabelle"/>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HelleSchattierung-Akzent4">
    <w:name w:val="Light Shading Accent 4"/>
    <w:basedOn w:val="NormaleTabelle"/>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HelleSchattierung-Akzent5">
    <w:name w:val="Light Shading Accent 5"/>
    <w:basedOn w:val="NormaleTabelle"/>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HelleSchattierung-Akzent6">
    <w:name w:val="Light Shading Accent 6"/>
    <w:basedOn w:val="NormaleTabelle"/>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HelleListe">
    <w:name w:val="Light List"/>
    <w:basedOn w:val="NormaleTabelle"/>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HelleListe-Akzent1">
    <w:name w:val="Light List Accent 1"/>
    <w:basedOn w:val="NormaleTabelle"/>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HelleListe-Akzent2">
    <w:name w:val="Light List Accent 2"/>
    <w:basedOn w:val="NormaleTabelle"/>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HelleListe-Akzent3">
    <w:name w:val="Light List Accent 3"/>
    <w:basedOn w:val="NormaleTabelle"/>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HelleListe-Akzent4">
    <w:name w:val="Light List Accent 4"/>
    <w:basedOn w:val="NormaleTabelle"/>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HelleListe-Akzent5">
    <w:name w:val="Light List Accent 5"/>
    <w:basedOn w:val="NormaleTabelle"/>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HelleListe-Akzent6">
    <w:name w:val="Light List Accent 6"/>
    <w:basedOn w:val="NormaleTabelle"/>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HellesRaster">
    <w:name w:val="Light Grid"/>
    <w:basedOn w:val="NormaleTabelle"/>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HellesRaster-Akzent1">
    <w:name w:val="Light Grid Accent 1"/>
    <w:basedOn w:val="NormaleTabelle"/>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HellesRaster-Akzent2">
    <w:name w:val="Light Grid Accent 2"/>
    <w:basedOn w:val="NormaleTabelle"/>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HellesRaster-Akzent3">
    <w:name w:val="Light Grid Accent 3"/>
    <w:basedOn w:val="NormaleTabelle"/>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HellesRaster-Akzent4">
    <w:name w:val="Light Grid Accent 4"/>
    <w:basedOn w:val="NormaleTabelle"/>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HellesRaster-Akzent5">
    <w:name w:val="Light Grid Accent 5"/>
    <w:basedOn w:val="NormaleTabelle"/>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HellesRaster-Akzent6">
    <w:name w:val="Light Grid Accent 6"/>
    <w:basedOn w:val="NormaleTabelle"/>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ittlereSchattierung1">
    <w:name w:val="Medium Shading 1"/>
    <w:basedOn w:val="NormaleTabelle"/>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ittlereSchattierung1-Akzent1">
    <w:name w:val="Medium Shading 1 Accent 1"/>
    <w:basedOn w:val="NormaleTabelle"/>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ittlereSchattierung1-Akzent2">
    <w:name w:val="Medium Shading 1 Accent 2"/>
    <w:basedOn w:val="NormaleTabelle"/>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ittlereSchattierung1-Akzent3">
    <w:name w:val="Medium Shading 1 Accent 3"/>
    <w:basedOn w:val="NormaleTabelle"/>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ittlereSchattierung1-Akzent4">
    <w:name w:val="Medium Shading 1 Accent 4"/>
    <w:basedOn w:val="NormaleTabelle"/>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ittlereSchattierung1-Akzent5">
    <w:name w:val="Medium Shading 1 Accent 5"/>
    <w:basedOn w:val="NormaleTabelle"/>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ittlereSchattierung1-Akzent6">
    <w:name w:val="Medium Shading 1 Accent 6"/>
    <w:basedOn w:val="NormaleTabelle"/>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ittlereSchattierung2">
    <w:name w:val="Medium Shading 2"/>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1">
    <w:name w:val="Medium Shading 2 Accent 1"/>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2">
    <w:name w:val="Medium Shading 2 Accent 2"/>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3">
    <w:name w:val="Medium Shading 2 Accent 3"/>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4">
    <w:name w:val="Medium Shading 2 Accent 4"/>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5">
    <w:name w:val="Medium Shading 2 Accent 5"/>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6">
    <w:name w:val="Medium Shading 2 Accent 6"/>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Liste1">
    <w:name w:val="Medium List 1"/>
    <w:basedOn w:val="NormaleTabelle"/>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ittlereListe1-Akzent1">
    <w:name w:val="Medium List 1 Accent 1"/>
    <w:basedOn w:val="NormaleTabelle"/>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ittlereListe1-Akzent2">
    <w:name w:val="Medium List 1 Accent 2"/>
    <w:basedOn w:val="NormaleTabelle"/>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ittlereListe1-Akzent3">
    <w:name w:val="Medium List 1 Accent 3"/>
    <w:basedOn w:val="NormaleTabelle"/>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ittlereListe1-Akzent4">
    <w:name w:val="Medium List 1 Accent 4"/>
    <w:basedOn w:val="NormaleTabelle"/>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ittlereListe1-Akzent5">
    <w:name w:val="Medium List 1 Accent 5"/>
    <w:basedOn w:val="NormaleTabelle"/>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ittlereListe1-Akzent6">
    <w:name w:val="Medium List 1 Accent 6"/>
    <w:basedOn w:val="NormaleTabelle"/>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ittlereListe2">
    <w:name w:val="Medium List 2"/>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1">
    <w:name w:val="Medium List 2 Accent 1"/>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2">
    <w:name w:val="Medium List 2 Accent 2"/>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3">
    <w:name w:val="Medium List 2 Accent 3"/>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4">
    <w:name w:val="Medium List 2 Accent 4"/>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5">
    <w:name w:val="Medium List 2 Accent 5"/>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6">
    <w:name w:val="Medium List 2 Accent 6"/>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sRaster1">
    <w:name w:val="Medium Grid 1"/>
    <w:basedOn w:val="NormaleTabelle"/>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ittleresRaster1-Akzent1">
    <w:name w:val="Medium Grid 1 Accent 1"/>
    <w:basedOn w:val="NormaleTabelle"/>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ittleresRaster1-Akzent2">
    <w:name w:val="Medium Grid 1 Accent 2"/>
    <w:basedOn w:val="NormaleTabelle"/>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ittleresRaster1-Akzent3">
    <w:name w:val="Medium Grid 1 Accent 3"/>
    <w:basedOn w:val="NormaleTabelle"/>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ittleresRaster1-Akzent4">
    <w:name w:val="Medium Grid 1 Accent 4"/>
    <w:basedOn w:val="NormaleTabelle"/>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ittleresRaster1-Akzent5">
    <w:name w:val="Medium Grid 1 Accent 5"/>
    <w:basedOn w:val="NormaleTabelle"/>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ittleresRaster1-Akzent6">
    <w:name w:val="Medium Grid 1 Accent 6"/>
    <w:basedOn w:val="NormaleTabelle"/>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ittleresRaster2">
    <w:name w:val="Medium Grid 2"/>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ittleresRaster2-Akzent1">
    <w:name w:val="Medium Grid 2 Accent 1"/>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ittleresRaster2-Akzent2">
    <w:name w:val="Medium Grid 2 Accent 2"/>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ittleresRaster2-Akzent3">
    <w:name w:val="Medium Grid 2 Accent 3"/>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ittleresRaster2-Akzent4">
    <w:name w:val="Medium Grid 2 Accent 4"/>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ittleresRaster2-Akzent5">
    <w:name w:val="Medium Grid 2 Accent 5"/>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ittleresRaster2-Akzent6">
    <w:name w:val="Medium Grid 2 Accent 6"/>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ittleresRaster3">
    <w:name w:val="Medium Grid 3"/>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ittleresRaster3-Akzent1">
    <w:name w:val="Medium Grid 3 Accent 1"/>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ittleresRaster3-Akzent2">
    <w:name w:val="Medium Grid 3 Accent 2"/>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ittleresRaster3-Akzent3">
    <w:name w:val="Medium Grid 3 Accent 3"/>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ittleresRaster3-Akzent4">
    <w:name w:val="Medium Grid 3 Accent 4"/>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ittleresRaster3-Akzent5">
    <w:name w:val="Medium Grid 3 Accent 5"/>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ittleresRaster3-Akzent6">
    <w:name w:val="Medium Grid 3 Accent 6"/>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unkleListe">
    <w:name w:val="Dark List"/>
    <w:basedOn w:val="NormaleTabelle"/>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unkleListe-Akzent1">
    <w:name w:val="Dark List Accent 1"/>
    <w:basedOn w:val="NormaleTabelle"/>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unkleListe-Akzent2">
    <w:name w:val="Dark List Accent 2"/>
    <w:basedOn w:val="NormaleTabelle"/>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unkleListe-Akzent3">
    <w:name w:val="Dark List Accent 3"/>
    <w:basedOn w:val="NormaleTabelle"/>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unkleListe-Akzent4">
    <w:name w:val="Dark List Accent 4"/>
    <w:basedOn w:val="NormaleTabelle"/>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unkleListe-Akzent5">
    <w:name w:val="Dark List Accent 5"/>
    <w:basedOn w:val="NormaleTabelle"/>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unkleListe-Akzent6">
    <w:name w:val="Dark List Accent 6"/>
    <w:basedOn w:val="NormaleTabelle"/>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FarbigeSchattierung">
    <w:name w:val="Colorful Shading"/>
    <w:basedOn w:val="NormaleTabelle"/>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FarbigeSchattierung-Akzent1">
    <w:name w:val="Colorful Shading Accent 1"/>
    <w:basedOn w:val="NormaleTabelle"/>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FarbigeSchattierung-Akzent2">
    <w:name w:val="Colorful Shading Accent 2"/>
    <w:basedOn w:val="NormaleTabelle"/>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FarbigeSchattierung-Akzent3">
    <w:name w:val="Colorful Shading Accent 3"/>
    <w:basedOn w:val="NormaleTabelle"/>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FarbigeSchattierung-Akzent4">
    <w:name w:val="Colorful Shading Accent 4"/>
    <w:basedOn w:val="NormaleTabelle"/>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FarbigeSchattierung-Akzent5">
    <w:name w:val="Colorful Shading Accent 5"/>
    <w:basedOn w:val="NormaleTabelle"/>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FarbigeSchattierung-Akzent6">
    <w:name w:val="Colorful Shading Accent 6"/>
    <w:basedOn w:val="NormaleTabelle"/>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FarbigeListe">
    <w:name w:val="Colorful List"/>
    <w:basedOn w:val="NormaleTabelle"/>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FarbigeListe-Akzent1">
    <w:name w:val="Colorful List Accent 1"/>
    <w:basedOn w:val="NormaleTabelle"/>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FarbigeListe-Akzent2">
    <w:name w:val="Colorful List Accent 2"/>
    <w:basedOn w:val="NormaleTabelle"/>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FarbigeListe-Akzent3">
    <w:name w:val="Colorful List Accent 3"/>
    <w:basedOn w:val="NormaleTabelle"/>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FarbigeListe-Akzent4">
    <w:name w:val="Colorful List Accent 4"/>
    <w:basedOn w:val="NormaleTabelle"/>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FarbigeListe-Akzent5">
    <w:name w:val="Colorful List Accent 5"/>
    <w:basedOn w:val="NormaleTabelle"/>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FarbigeListe-Akzent6">
    <w:name w:val="Colorful List Accent 6"/>
    <w:basedOn w:val="NormaleTabelle"/>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FarbigesRaster">
    <w:name w:val="Colorful Grid"/>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FarbigesRaster-Akzent1">
    <w:name w:val="Colorful Grid Accent 1"/>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FarbigesRaster-Akzent2">
    <w:name w:val="Colorful Grid Accent 2"/>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FarbigesRaster-Akzent3">
    <w:name w:val="Colorful Grid Accent 3"/>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FarbigesRaster-Akzent4">
    <w:name w:val="Colorful Grid Accent 4"/>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FarbigesRaster-Akzent5">
    <w:name w:val="Colorful Grid Accent 5"/>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FarbigesRaster-Akzent6">
    <w:name w:val="Colorful Grid Accent 6"/>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StandardWeb">
    <w:name w:val="Normal (Web)"/>
    <w:basedOn w:val="Standard"/>
    <w:uiPriority w:val="99"/>
    <w:unhideWhenUsed/>
    <w:rsid w:val="0008199A"/>
    <w:pPr>
      <w:spacing w:before="100" w:beforeAutospacing="1" w:after="100" w:afterAutospacing="1" w:line="240" w:lineRule="auto"/>
    </w:pPr>
    <w:rPr>
      <w:rFonts w:ascii="Times New Roman" w:eastAsia="Times New Roman" w:hAnsi="Times New Roman" w:cs="Times New Roman"/>
      <w:sz w:val="24"/>
      <w:szCs w:val="24"/>
      <w:lang w:val="de-DE" w:eastAsia="de-DE"/>
    </w:rPr>
  </w:style>
  <w:style w:type="character" w:styleId="HTMLCode">
    <w:name w:val="HTML Code"/>
    <w:basedOn w:val="Absatz-Standardschriftart"/>
    <w:uiPriority w:val="99"/>
    <w:semiHidden/>
    <w:unhideWhenUsed/>
    <w:rsid w:val="0027487C"/>
    <w:rPr>
      <w:rFonts w:ascii="Courier New" w:eastAsia="Times New Roman" w:hAnsi="Courier New" w:cs="Courier New"/>
      <w:sz w:val="20"/>
      <w:szCs w:val="20"/>
    </w:rPr>
  </w:style>
  <w:style w:type="character" w:customStyle="1" w:styleId="KeinLeerraumZchn">
    <w:name w:val="Kein Leerraum Zchn"/>
    <w:basedOn w:val="Absatz-Standardschriftart"/>
    <w:link w:val="KeinLeerraum"/>
    <w:uiPriority w:val="1"/>
    <w:rsid w:val="00E142E9"/>
  </w:style>
  <w:style w:type="paragraph" w:styleId="Verzeichnis1">
    <w:name w:val="toc 1"/>
    <w:basedOn w:val="Standard"/>
    <w:next w:val="Standard"/>
    <w:autoRedefine/>
    <w:uiPriority w:val="39"/>
    <w:unhideWhenUsed/>
    <w:rsid w:val="00B5055F"/>
    <w:pPr>
      <w:spacing w:after="100"/>
    </w:pPr>
  </w:style>
  <w:style w:type="paragraph" w:styleId="Verzeichnis2">
    <w:name w:val="toc 2"/>
    <w:basedOn w:val="Standard"/>
    <w:next w:val="Standard"/>
    <w:autoRedefine/>
    <w:uiPriority w:val="39"/>
    <w:unhideWhenUsed/>
    <w:rsid w:val="00B5055F"/>
    <w:pPr>
      <w:spacing w:after="100"/>
      <w:ind w:left="220"/>
    </w:pPr>
  </w:style>
  <w:style w:type="character" w:styleId="Hyperlink">
    <w:name w:val="Hyperlink"/>
    <w:basedOn w:val="Absatz-Standardschriftart"/>
    <w:uiPriority w:val="99"/>
    <w:unhideWhenUsed/>
    <w:rsid w:val="00B5055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014507">
      <w:bodyDiv w:val="1"/>
      <w:marLeft w:val="0"/>
      <w:marRight w:val="0"/>
      <w:marTop w:val="0"/>
      <w:marBottom w:val="0"/>
      <w:divBdr>
        <w:top w:val="none" w:sz="0" w:space="0" w:color="auto"/>
        <w:left w:val="none" w:sz="0" w:space="0" w:color="auto"/>
        <w:bottom w:val="none" w:sz="0" w:space="0" w:color="auto"/>
        <w:right w:val="none" w:sz="0" w:space="0" w:color="auto"/>
      </w:divBdr>
    </w:div>
    <w:div w:id="226649037">
      <w:bodyDiv w:val="1"/>
      <w:marLeft w:val="0"/>
      <w:marRight w:val="0"/>
      <w:marTop w:val="0"/>
      <w:marBottom w:val="0"/>
      <w:divBdr>
        <w:top w:val="none" w:sz="0" w:space="0" w:color="auto"/>
        <w:left w:val="none" w:sz="0" w:space="0" w:color="auto"/>
        <w:bottom w:val="none" w:sz="0" w:space="0" w:color="auto"/>
        <w:right w:val="none" w:sz="0" w:space="0" w:color="auto"/>
      </w:divBdr>
    </w:div>
    <w:div w:id="359167012">
      <w:bodyDiv w:val="1"/>
      <w:marLeft w:val="0"/>
      <w:marRight w:val="0"/>
      <w:marTop w:val="0"/>
      <w:marBottom w:val="0"/>
      <w:divBdr>
        <w:top w:val="none" w:sz="0" w:space="0" w:color="auto"/>
        <w:left w:val="none" w:sz="0" w:space="0" w:color="auto"/>
        <w:bottom w:val="none" w:sz="0" w:space="0" w:color="auto"/>
        <w:right w:val="none" w:sz="0" w:space="0" w:color="auto"/>
      </w:divBdr>
    </w:div>
    <w:div w:id="444423078">
      <w:bodyDiv w:val="1"/>
      <w:marLeft w:val="0"/>
      <w:marRight w:val="0"/>
      <w:marTop w:val="0"/>
      <w:marBottom w:val="0"/>
      <w:divBdr>
        <w:top w:val="none" w:sz="0" w:space="0" w:color="auto"/>
        <w:left w:val="none" w:sz="0" w:space="0" w:color="auto"/>
        <w:bottom w:val="none" w:sz="0" w:space="0" w:color="auto"/>
        <w:right w:val="none" w:sz="0" w:space="0" w:color="auto"/>
      </w:divBdr>
    </w:div>
    <w:div w:id="544559398">
      <w:bodyDiv w:val="1"/>
      <w:marLeft w:val="0"/>
      <w:marRight w:val="0"/>
      <w:marTop w:val="0"/>
      <w:marBottom w:val="0"/>
      <w:divBdr>
        <w:top w:val="none" w:sz="0" w:space="0" w:color="auto"/>
        <w:left w:val="none" w:sz="0" w:space="0" w:color="auto"/>
        <w:bottom w:val="none" w:sz="0" w:space="0" w:color="auto"/>
        <w:right w:val="none" w:sz="0" w:space="0" w:color="auto"/>
      </w:divBdr>
    </w:div>
    <w:div w:id="553009185">
      <w:bodyDiv w:val="1"/>
      <w:marLeft w:val="0"/>
      <w:marRight w:val="0"/>
      <w:marTop w:val="0"/>
      <w:marBottom w:val="0"/>
      <w:divBdr>
        <w:top w:val="none" w:sz="0" w:space="0" w:color="auto"/>
        <w:left w:val="none" w:sz="0" w:space="0" w:color="auto"/>
        <w:bottom w:val="none" w:sz="0" w:space="0" w:color="auto"/>
        <w:right w:val="none" w:sz="0" w:space="0" w:color="auto"/>
      </w:divBdr>
    </w:div>
    <w:div w:id="582102676">
      <w:bodyDiv w:val="1"/>
      <w:marLeft w:val="0"/>
      <w:marRight w:val="0"/>
      <w:marTop w:val="0"/>
      <w:marBottom w:val="0"/>
      <w:divBdr>
        <w:top w:val="none" w:sz="0" w:space="0" w:color="auto"/>
        <w:left w:val="none" w:sz="0" w:space="0" w:color="auto"/>
        <w:bottom w:val="none" w:sz="0" w:space="0" w:color="auto"/>
        <w:right w:val="none" w:sz="0" w:space="0" w:color="auto"/>
      </w:divBdr>
    </w:div>
    <w:div w:id="904991753">
      <w:bodyDiv w:val="1"/>
      <w:marLeft w:val="0"/>
      <w:marRight w:val="0"/>
      <w:marTop w:val="0"/>
      <w:marBottom w:val="0"/>
      <w:divBdr>
        <w:top w:val="none" w:sz="0" w:space="0" w:color="auto"/>
        <w:left w:val="none" w:sz="0" w:space="0" w:color="auto"/>
        <w:bottom w:val="none" w:sz="0" w:space="0" w:color="auto"/>
        <w:right w:val="none" w:sz="0" w:space="0" w:color="auto"/>
      </w:divBdr>
    </w:div>
    <w:div w:id="1011949980">
      <w:bodyDiv w:val="1"/>
      <w:marLeft w:val="0"/>
      <w:marRight w:val="0"/>
      <w:marTop w:val="0"/>
      <w:marBottom w:val="0"/>
      <w:divBdr>
        <w:top w:val="none" w:sz="0" w:space="0" w:color="auto"/>
        <w:left w:val="none" w:sz="0" w:space="0" w:color="auto"/>
        <w:bottom w:val="none" w:sz="0" w:space="0" w:color="auto"/>
        <w:right w:val="none" w:sz="0" w:space="0" w:color="auto"/>
      </w:divBdr>
    </w:div>
    <w:div w:id="1116677530">
      <w:bodyDiv w:val="1"/>
      <w:marLeft w:val="0"/>
      <w:marRight w:val="0"/>
      <w:marTop w:val="0"/>
      <w:marBottom w:val="0"/>
      <w:divBdr>
        <w:top w:val="none" w:sz="0" w:space="0" w:color="auto"/>
        <w:left w:val="none" w:sz="0" w:space="0" w:color="auto"/>
        <w:bottom w:val="none" w:sz="0" w:space="0" w:color="auto"/>
        <w:right w:val="none" w:sz="0" w:space="0" w:color="auto"/>
      </w:divBdr>
    </w:div>
    <w:div w:id="1172112619">
      <w:bodyDiv w:val="1"/>
      <w:marLeft w:val="0"/>
      <w:marRight w:val="0"/>
      <w:marTop w:val="0"/>
      <w:marBottom w:val="0"/>
      <w:divBdr>
        <w:top w:val="none" w:sz="0" w:space="0" w:color="auto"/>
        <w:left w:val="none" w:sz="0" w:space="0" w:color="auto"/>
        <w:bottom w:val="none" w:sz="0" w:space="0" w:color="auto"/>
        <w:right w:val="none" w:sz="0" w:space="0" w:color="auto"/>
      </w:divBdr>
    </w:div>
    <w:div w:id="1295335350">
      <w:bodyDiv w:val="1"/>
      <w:marLeft w:val="0"/>
      <w:marRight w:val="0"/>
      <w:marTop w:val="0"/>
      <w:marBottom w:val="0"/>
      <w:divBdr>
        <w:top w:val="none" w:sz="0" w:space="0" w:color="auto"/>
        <w:left w:val="none" w:sz="0" w:space="0" w:color="auto"/>
        <w:bottom w:val="none" w:sz="0" w:space="0" w:color="auto"/>
        <w:right w:val="none" w:sz="0" w:space="0" w:color="auto"/>
      </w:divBdr>
    </w:div>
    <w:div w:id="1328484492">
      <w:bodyDiv w:val="1"/>
      <w:marLeft w:val="0"/>
      <w:marRight w:val="0"/>
      <w:marTop w:val="0"/>
      <w:marBottom w:val="0"/>
      <w:divBdr>
        <w:top w:val="none" w:sz="0" w:space="0" w:color="auto"/>
        <w:left w:val="none" w:sz="0" w:space="0" w:color="auto"/>
        <w:bottom w:val="none" w:sz="0" w:space="0" w:color="auto"/>
        <w:right w:val="none" w:sz="0" w:space="0" w:color="auto"/>
      </w:divBdr>
    </w:div>
    <w:div w:id="1368028024">
      <w:bodyDiv w:val="1"/>
      <w:marLeft w:val="0"/>
      <w:marRight w:val="0"/>
      <w:marTop w:val="0"/>
      <w:marBottom w:val="0"/>
      <w:divBdr>
        <w:top w:val="none" w:sz="0" w:space="0" w:color="auto"/>
        <w:left w:val="none" w:sz="0" w:space="0" w:color="auto"/>
        <w:bottom w:val="none" w:sz="0" w:space="0" w:color="auto"/>
        <w:right w:val="none" w:sz="0" w:space="0" w:color="auto"/>
      </w:divBdr>
    </w:div>
    <w:div w:id="1402289752">
      <w:bodyDiv w:val="1"/>
      <w:marLeft w:val="0"/>
      <w:marRight w:val="0"/>
      <w:marTop w:val="0"/>
      <w:marBottom w:val="0"/>
      <w:divBdr>
        <w:top w:val="none" w:sz="0" w:space="0" w:color="auto"/>
        <w:left w:val="none" w:sz="0" w:space="0" w:color="auto"/>
        <w:bottom w:val="none" w:sz="0" w:space="0" w:color="auto"/>
        <w:right w:val="none" w:sz="0" w:space="0" w:color="auto"/>
      </w:divBdr>
    </w:div>
    <w:div w:id="1453742206">
      <w:bodyDiv w:val="1"/>
      <w:marLeft w:val="0"/>
      <w:marRight w:val="0"/>
      <w:marTop w:val="0"/>
      <w:marBottom w:val="0"/>
      <w:divBdr>
        <w:top w:val="none" w:sz="0" w:space="0" w:color="auto"/>
        <w:left w:val="none" w:sz="0" w:space="0" w:color="auto"/>
        <w:bottom w:val="none" w:sz="0" w:space="0" w:color="auto"/>
        <w:right w:val="none" w:sz="0" w:space="0" w:color="auto"/>
      </w:divBdr>
    </w:div>
    <w:div w:id="1458253157">
      <w:bodyDiv w:val="1"/>
      <w:marLeft w:val="0"/>
      <w:marRight w:val="0"/>
      <w:marTop w:val="0"/>
      <w:marBottom w:val="0"/>
      <w:divBdr>
        <w:top w:val="none" w:sz="0" w:space="0" w:color="auto"/>
        <w:left w:val="none" w:sz="0" w:space="0" w:color="auto"/>
        <w:bottom w:val="none" w:sz="0" w:space="0" w:color="auto"/>
        <w:right w:val="none" w:sz="0" w:space="0" w:color="auto"/>
      </w:divBdr>
    </w:div>
    <w:div w:id="1570269732">
      <w:bodyDiv w:val="1"/>
      <w:marLeft w:val="0"/>
      <w:marRight w:val="0"/>
      <w:marTop w:val="0"/>
      <w:marBottom w:val="0"/>
      <w:divBdr>
        <w:top w:val="none" w:sz="0" w:space="0" w:color="auto"/>
        <w:left w:val="none" w:sz="0" w:space="0" w:color="auto"/>
        <w:bottom w:val="none" w:sz="0" w:space="0" w:color="auto"/>
        <w:right w:val="none" w:sz="0" w:space="0" w:color="auto"/>
      </w:divBdr>
    </w:div>
    <w:div w:id="1580823779">
      <w:bodyDiv w:val="1"/>
      <w:marLeft w:val="0"/>
      <w:marRight w:val="0"/>
      <w:marTop w:val="0"/>
      <w:marBottom w:val="0"/>
      <w:divBdr>
        <w:top w:val="none" w:sz="0" w:space="0" w:color="auto"/>
        <w:left w:val="none" w:sz="0" w:space="0" w:color="auto"/>
        <w:bottom w:val="none" w:sz="0" w:space="0" w:color="auto"/>
        <w:right w:val="none" w:sz="0" w:space="0" w:color="auto"/>
      </w:divBdr>
    </w:div>
    <w:div w:id="1681808995">
      <w:bodyDiv w:val="1"/>
      <w:marLeft w:val="0"/>
      <w:marRight w:val="0"/>
      <w:marTop w:val="0"/>
      <w:marBottom w:val="0"/>
      <w:divBdr>
        <w:top w:val="none" w:sz="0" w:space="0" w:color="auto"/>
        <w:left w:val="none" w:sz="0" w:space="0" w:color="auto"/>
        <w:bottom w:val="none" w:sz="0" w:space="0" w:color="auto"/>
        <w:right w:val="none" w:sz="0" w:space="0" w:color="auto"/>
      </w:divBdr>
    </w:div>
    <w:div w:id="1723671466">
      <w:bodyDiv w:val="1"/>
      <w:marLeft w:val="0"/>
      <w:marRight w:val="0"/>
      <w:marTop w:val="0"/>
      <w:marBottom w:val="0"/>
      <w:divBdr>
        <w:top w:val="none" w:sz="0" w:space="0" w:color="auto"/>
        <w:left w:val="none" w:sz="0" w:space="0" w:color="auto"/>
        <w:bottom w:val="none" w:sz="0" w:space="0" w:color="auto"/>
        <w:right w:val="none" w:sz="0" w:space="0" w:color="auto"/>
      </w:divBdr>
    </w:div>
    <w:div w:id="1762682090">
      <w:bodyDiv w:val="1"/>
      <w:marLeft w:val="0"/>
      <w:marRight w:val="0"/>
      <w:marTop w:val="0"/>
      <w:marBottom w:val="0"/>
      <w:divBdr>
        <w:top w:val="none" w:sz="0" w:space="0" w:color="auto"/>
        <w:left w:val="none" w:sz="0" w:space="0" w:color="auto"/>
        <w:bottom w:val="none" w:sz="0" w:space="0" w:color="auto"/>
        <w:right w:val="none" w:sz="0" w:space="0" w:color="auto"/>
      </w:divBdr>
    </w:div>
    <w:div w:id="1792944151">
      <w:bodyDiv w:val="1"/>
      <w:marLeft w:val="0"/>
      <w:marRight w:val="0"/>
      <w:marTop w:val="0"/>
      <w:marBottom w:val="0"/>
      <w:divBdr>
        <w:top w:val="none" w:sz="0" w:space="0" w:color="auto"/>
        <w:left w:val="none" w:sz="0" w:space="0" w:color="auto"/>
        <w:bottom w:val="none" w:sz="0" w:space="0" w:color="auto"/>
        <w:right w:val="none" w:sz="0" w:space="0" w:color="auto"/>
      </w:divBdr>
    </w:div>
    <w:div w:id="2027823827">
      <w:bodyDiv w:val="1"/>
      <w:marLeft w:val="0"/>
      <w:marRight w:val="0"/>
      <w:marTop w:val="0"/>
      <w:marBottom w:val="0"/>
      <w:divBdr>
        <w:top w:val="none" w:sz="0" w:space="0" w:color="auto"/>
        <w:left w:val="none" w:sz="0" w:space="0" w:color="auto"/>
        <w:bottom w:val="none" w:sz="0" w:space="0" w:color="auto"/>
        <w:right w:val="none" w:sz="0" w:space="0" w:color="auto"/>
      </w:divBdr>
    </w:div>
    <w:div w:id="211624864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Die </Abstract>
  <CompanyAddress/>
  <CompanyPhone/>
  <CompanyFax/>
  <CompanyEmail>Onur.caglayan@outlook.de</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1471</Words>
  <Characters>9272</Characters>
  <Application>Microsoft Office Word</Application>
  <DocSecurity>0</DocSecurity>
  <Lines>77</Lines>
  <Paragraphs>21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10722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Eine Einführung</dc:subject>
  <dc:creator>Onur Caglayan</dc:creator>
  <cp:keywords/>
  <dc:description>generated by python-docx</dc:description>
  <cp:lastModifiedBy>Clienten</cp:lastModifiedBy>
  <cp:revision>4</cp:revision>
  <dcterms:created xsi:type="dcterms:W3CDTF">2025-03-15T20:39:00Z</dcterms:created>
  <dcterms:modified xsi:type="dcterms:W3CDTF">2025-03-17T19:42:00Z</dcterms:modified>
  <cp:category/>
</cp:coreProperties>
</file>